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drawing>
          <wp:inline distT="0" distB="0" distL="0" distR="0">
            <wp:extent cx="5623560" cy="843534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5623560" cy="8435340"/>
                    </a:xfrm>
                    <a:prstGeom prst="rect">
                      <a:avLst/>
                    </a:prstGeom>
                    <a:noFill/>
                  </pic:spPr>
                </pic:pic>
              </a:graphicData>
            </a:graphic>
          </wp:inline>
        </w:drawing>
      </w:r>
    </w:p>
    <w:p>
      <w:pPr>
        <w:pStyle w:val="Normal"/>
        <w:jc w:val="center"/>
        <w:rPr/>
      </w:pPr>
      <w:r>
        <w:rPr>
          <w:i/>
          <w:sz w:val="26"/>
        </w:rPr>
        <w:t>A regional cookbook of Punjab, Haryana, Uttar Pradesh and Madhya Pradesh</w:t>
      </w:r>
    </w:p>
    <w:p>
      <w:pPr>
        <w:pStyle w:val="Normal"/>
        <w:rPr/>
      </w:pPr>
      <w:r>
        <w:rPr/>
      </w:r>
      <w:r>
        <w:br w:type="page"/>
      </w:r>
    </w:p>
    <w:p>
      <w:pPr>
        <w:pStyle w:val="Heading1"/>
        <w:spacing w:before="0" w:after="0"/>
        <w:rPr/>
      </w:pPr>
      <w:r>
        <w:rPr/>
        <w:t>A note on tradition</w:t>
      </w:r>
    </w:p>
    <w:p>
      <w:pPr>
        <w:pStyle w:val="Normal"/>
        <w:rPr/>
      </w:pPr>
      <w:r>
        <w:rPr/>
        <w:t>This book treats recipes as living regional practices rather than fixed formulas. Home cooks vary spice levels, fat, texture and accompaniments by season, community, household and occasion. Regional associations identify a strong culinary home, not an exclusive claim of origin.</w:t>
      </w:r>
    </w:p>
    <w:p>
      <w:pPr>
        <w:pStyle w:val="Normal"/>
        <w:rPr/>
      </w:pPr>
      <w:r>
        <w:rPr/>
        <w:t>Measurements are practical household-kitchen quantities. A level teaspoon is approximately 5 ml; a tablespoon is approximately 15 ml; 1 cup is approximately 240 ml. Salt, chilli and water may need small adjustments for the ingredients in front of you. Read each recipe through before beginning.</w:t>
      </w:r>
    </w:p>
    <w:p>
      <w:pPr>
        <w:pStyle w:val="Normal"/>
        <w:rPr/>
      </w:pPr>
      <w:r>
        <w:rPr/>
        <w:t>Traditional equipment matters. A clay tandoor is a high-heat, live-fire oven and should only be used by someone familiar with its safe operation. A heavy iron or cast-iron tawa, a thick-bottomed pot, a mortar and pestle, and a hand-held wooden churner are useful traditional tools. Where an open hearth or tandoor is described, the method is explained directly; a stovetop version is not presented as identical to the original.</w:t>
      </w:r>
    </w:p>
    <w:p>
      <w:pPr>
        <w:pStyle w:val="Normal"/>
        <w:rPr/>
      </w:pPr>
      <w:r>
        <w:rPr/>
        <w:t>The book avoids instant mixes, air-fryer shortcuts and artificial flavouring. Some foods—especially festival sweets, street snacks and dishes with many local forms—are documented through one representative home-style version, with variations noted. Traditional practice differs by family and locality.</w:t>
      </w:r>
    </w:p>
    <w:p>
      <w:pPr>
        <w:pStyle w:val="Heading1"/>
        <w:rPr/>
      </w:pPr>
      <w:r>
        <w:rPr/>
        <w:t>Contents</w:t>
      </w:r>
    </w:p>
    <w:p>
      <w:pPr>
        <w:pStyle w:val="ListBullet"/>
        <w:numPr>
          <w:ilvl w:val="0"/>
          <w:numId w:val="1"/>
        </w:numPr>
        <w:rPr/>
      </w:pPr>
      <w:r>
        <w:rPr/>
        <w:t>Part I — Breads and Flatbreads</w:t>
      </w:r>
    </w:p>
    <w:p>
      <w:pPr>
        <w:pStyle w:val="ListBullet"/>
        <w:numPr>
          <w:ilvl w:val="0"/>
          <w:numId w:val="1"/>
        </w:numPr>
        <w:rPr/>
      </w:pPr>
      <w:r>
        <w:rPr/>
        <w:t>Part II — Curries, Sabzis and Main Dishes</w:t>
      </w:r>
    </w:p>
    <w:p>
      <w:pPr>
        <w:pStyle w:val="ListBullet"/>
        <w:numPr>
          <w:ilvl w:val="0"/>
          <w:numId w:val="1"/>
        </w:numPr>
        <w:rPr/>
      </w:pPr>
      <w:r>
        <w:rPr/>
        <w:t>Part III — Dals and Lentils</w:t>
      </w:r>
    </w:p>
    <w:p>
      <w:pPr>
        <w:pStyle w:val="ListBullet"/>
        <w:numPr>
          <w:ilvl w:val="0"/>
          <w:numId w:val="1"/>
        </w:numPr>
        <w:rPr/>
      </w:pPr>
      <w:r>
        <w:rPr/>
        <w:t>Part IV — Rice Dishes</w:t>
      </w:r>
    </w:p>
    <w:p>
      <w:pPr>
        <w:pStyle w:val="ListBullet"/>
        <w:numPr>
          <w:ilvl w:val="0"/>
          <w:numId w:val="1"/>
        </w:numPr>
        <w:rPr/>
      </w:pPr>
      <w:r>
        <w:rPr/>
        <w:t>Part V — Snacks, Street Food and Appetisers</w:t>
      </w:r>
    </w:p>
    <w:p>
      <w:pPr>
        <w:pStyle w:val="ListBullet"/>
        <w:numPr>
          <w:ilvl w:val="0"/>
          <w:numId w:val="1"/>
        </w:numPr>
        <w:rPr/>
      </w:pPr>
      <w:r>
        <w:rPr/>
        <w:t>Part VI — Sweets and Desserts</w:t>
      </w:r>
    </w:p>
    <w:p>
      <w:pPr>
        <w:pStyle w:val="ListBullet"/>
        <w:numPr>
          <w:ilvl w:val="0"/>
          <w:numId w:val="1"/>
        </w:numPr>
        <w:rPr/>
      </w:pPr>
      <w:r>
        <w:rPr/>
        <w:t>Part VII — Drinks and Beverages</w:t>
      </w:r>
    </w:p>
    <w:p>
      <w:pPr>
        <w:pStyle w:val="ListBullet"/>
        <w:numPr>
          <w:ilvl w:val="0"/>
          <w:numId w:val="1"/>
        </w:numPr>
        <w:rPr/>
      </w:pPr>
      <w:r>
        <w:rPr/>
        <w:t>Part VIII — Accompaniments</w:t>
      </w:r>
    </w:p>
    <w:p>
      <w:pPr>
        <w:pStyle w:val="ListBullet"/>
        <w:numPr>
          <w:ilvl w:val="0"/>
          <w:numId w:val="1"/>
        </w:numPr>
        <w:rPr/>
      </w:pPr>
      <w:r>
        <w:rPr/>
        <w:t>Appendix — Traditional techniques, menu pairings and glossary</w:t>
      </w:r>
    </w:p>
    <w:p>
      <w:pPr>
        <w:pStyle w:val="Normal"/>
        <w:rPr/>
      </w:pPr>
      <w:r>
        <w:rPr/>
      </w:r>
      <w:r>
        <w:br w:type="page"/>
      </w:r>
    </w:p>
    <w:p>
      <w:pPr>
        <w:pStyle w:val="Heading1"/>
        <w:spacing w:before="0" w:after="0"/>
        <w:rPr/>
      </w:pPr>
      <w:r>
        <w:rPr/>
        <w:t>PART I — BREADS AND FLATBREADS</w:t>
      </w:r>
    </w:p>
    <w:p>
      <w:pPr>
        <w:pStyle w:val="Normal"/>
        <w:rPr/>
      </w:pPr>
      <w:r>
        <w:rPr/>
        <w:t>Breads are shaped by grain, climate, fuel and the meal they accompany. Punjab is known for tandoor breads and stuffed parathas; Haryana preserves a strong millet and rustic roti tradition; western Uttar Pradesh has festive puris; bafla belongs to the Malwa foodways of central India.</w:t>
      </w:r>
    </w:p>
    <w:p>
      <w:pPr>
        <w:pStyle w:val="Heading2"/>
        <w:rPr/>
      </w:pPr>
      <w:r>
        <w:rPr/>
      </w:r>
    </w:p>
    <w:p>
      <w:pPr>
        <w:pStyle w:val="Heading2"/>
        <w:rPr/>
      </w:pPr>
      <w:r>
        <w:rPr/>
      </w:r>
    </w:p>
    <w:p>
      <w:pPr>
        <w:pStyle w:val="Heading2"/>
        <w:rPr/>
      </w:pPr>
      <w:r>
        <w:rPr/>
        <w:t>Amritsari Kulcha (plain and stuffed)</w:t>
      </w:r>
    </w:p>
    <w:p>
      <w:pPr>
        <w:pStyle w:val="Normal"/>
        <w:rPr/>
      </w:pPr>
      <w:r>
        <w:rPr>
          <w:b/>
          <w:color w:val="5A5A4B"/>
          <w:sz w:val="18"/>
        </w:rPr>
        <w:t>Region: Punjab  |  Yield: 4 medium</w:t>
      </w:r>
    </w:p>
    <w:p>
      <w:pPr>
        <w:pStyle w:val="Normal"/>
        <w:rPr/>
      </w:pPr>
      <w:r>
        <w:rPr/>
      </w:r>
    </w:p>
    <w:p>
      <w:pPr>
        <w:pStyle w:val="Normal"/>
        <w:rPr/>
      </w:pPr>
      <w:r>
        <w:rPr/>
        <w:t>Origins &amp; variations: A leavened, enriched bread associated with Amritsar’s tandoor culture. Stuffings commonly include spiced potato, paneer, onion or cauliflower; shop and household methods vary.</w:t>
      </w:r>
    </w:p>
    <w:p>
      <w:pPr>
        <w:pStyle w:val="Normal"/>
        <w:rPr/>
      </w:pPr>
      <w:r>
        <w:rPr/>
        <w:t>Serving: 4 kulchas</w:t>
      </w:r>
    </w:p>
    <w:p>
      <w:pPr>
        <w:pStyle w:val="Normal"/>
        <w:rPr/>
      </w:pPr>
      <w:r>
        <w:rPr/>
        <w:t>Regional plating: Serve on a steel or brass plate with chole in a small bowl, sliced onion, lemon and a green chilli.</w:t>
      </w:r>
    </w:p>
    <w:p>
      <w:pPr>
        <w:pStyle w:val="Heading3"/>
        <w:rPr/>
      </w:pPr>
      <w:r>
        <w:rPr/>
        <w:t>Ingredients</w:t>
      </w:r>
    </w:p>
    <w:p>
      <w:pPr>
        <w:pStyle w:val="ListBullet"/>
        <w:numPr>
          <w:ilvl w:val="0"/>
          <w:numId w:val="1"/>
        </w:numPr>
        <w:rPr/>
      </w:pPr>
      <w:r>
        <w:rPr/>
        <w:t>3 cups maida (about 375 g)</w:t>
      </w:r>
    </w:p>
    <w:p>
      <w:pPr>
        <w:pStyle w:val="ListBullet"/>
        <w:numPr>
          <w:ilvl w:val="0"/>
          <w:numId w:val="1"/>
        </w:numPr>
        <w:rPr/>
      </w:pPr>
      <w:r>
        <w:rPr/>
        <w:t>½ cup plain curd</w:t>
      </w:r>
    </w:p>
    <w:p>
      <w:pPr>
        <w:pStyle w:val="ListBullet"/>
        <w:numPr>
          <w:ilvl w:val="0"/>
          <w:numId w:val="1"/>
        </w:numPr>
        <w:rPr/>
      </w:pPr>
      <w:r>
        <w:rPr/>
        <w:t>1 tsp sugar</w:t>
      </w:r>
    </w:p>
    <w:p>
      <w:pPr>
        <w:pStyle w:val="ListBullet"/>
        <w:numPr>
          <w:ilvl w:val="0"/>
          <w:numId w:val="1"/>
        </w:numPr>
        <w:rPr/>
      </w:pPr>
      <w:r>
        <w:rPr/>
        <w:t>¾ tsp salt</w:t>
      </w:r>
    </w:p>
    <w:p>
      <w:pPr>
        <w:pStyle w:val="ListBullet"/>
        <w:numPr>
          <w:ilvl w:val="0"/>
          <w:numId w:val="1"/>
        </w:numPr>
        <w:rPr/>
      </w:pPr>
      <w:r>
        <w:rPr/>
        <w:t>½ tsp baking powder and ¼ tsp baking soda</w:t>
      </w:r>
    </w:p>
    <w:p>
      <w:pPr>
        <w:pStyle w:val="ListBullet"/>
        <w:numPr>
          <w:ilvl w:val="0"/>
          <w:numId w:val="1"/>
        </w:numPr>
        <w:rPr/>
      </w:pPr>
      <w:r>
        <w:rPr/>
        <w:t>2 tbsp ghee or oil, plus for finishing</w:t>
      </w:r>
    </w:p>
    <w:p>
      <w:pPr>
        <w:pStyle w:val="ListBullet"/>
        <w:numPr>
          <w:ilvl w:val="0"/>
          <w:numId w:val="1"/>
        </w:numPr>
        <w:rPr/>
      </w:pPr>
      <w:r>
        <w:rPr/>
        <w:t>Warm water as needed</w:t>
      </w:r>
    </w:p>
    <w:p>
      <w:pPr>
        <w:pStyle w:val="ListBullet"/>
        <w:numPr>
          <w:ilvl w:val="0"/>
          <w:numId w:val="1"/>
        </w:numPr>
        <w:rPr/>
      </w:pPr>
      <w:r>
        <w:rPr/>
        <w:t>Stuffing: 3 boiled potatoes, 1 chopped green chilli, 1 tsp grated ginger, 1 tsp amchur, ½ tsp ajwain, chopped coriander and salt</w:t>
      </w:r>
    </w:p>
    <w:p>
      <w:pPr>
        <w:pStyle w:val="Heading3"/>
        <w:rPr/>
      </w:pPr>
      <w:r>
        <w:rPr/>
        <w:t>Traditional method</w:t>
      </w:r>
    </w:p>
    <w:p>
      <w:pPr>
        <w:pStyle w:val="ListNumber"/>
        <w:numPr>
          <w:ilvl w:val="0"/>
          <w:numId w:val="11"/>
        </w:numPr>
        <w:rPr/>
      </w:pPr>
      <w:r>
        <w:rPr/>
        <w:t>Mix flour, curd, sugar, salt, baking powder, soda and ghee. Add warm water gradually to make a soft, slightly tacky dough; knead 6–8 minutes.</w:t>
      </w:r>
    </w:p>
    <w:p>
      <w:pPr>
        <w:pStyle w:val="ListNumber"/>
        <w:numPr>
          <w:ilvl w:val="0"/>
          <w:numId w:val="11"/>
        </w:numPr>
        <w:rPr/>
      </w:pPr>
      <w:r>
        <w:rPr/>
        <w:t>Cover and rest in a warm place for 2–3 hours. The dough should relax and show slight aeration; this is not a highly sour bread.</w:t>
      </w:r>
    </w:p>
    <w:p>
      <w:pPr>
        <w:pStyle w:val="ListNumber"/>
        <w:numPr>
          <w:ilvl w:val="0"/>
          <w:numId w:val="11"/>
        </w:numPr>
        <w:rPr/>
      </w:pPr>
      <w:r>
        <w:rPr/>
        <w:t>For stuffing, mash potatoes while warm and mix with chilli, ginger, amchur, ajwain, coriander and salt. Keep the filling dry and cool.</w:t>
      </w:r>
    </w:p>
    <w:p>
      <w:pPr>
        <w:pStyle w:val="ListNumber"/>
        <w:numPr>
          <w:ilvl w:val="0"/>
          <w:numId w:val="11"/>
        </w:numPr>
        <w:rPr/>
      </w:pPr>
      <w:r>
        <w:rPr/>
        <w:t>Divide dough into four balls. Flatten, place filling in the centre, gather the edges and seal. Rest 5 minutes, then gently pat or roll without tearing.</w:t>
      </w:r>
    </w:p>
    <w:p>
      <w:pPr>
        <w:pStyle w:val="ListNumber"/>
        <w:numPr>
          <w:ilvl w:val="0"/>
          <w:numId w:val="11"/>
        </w:numPr>
        <w:rPr/>
      </w:pPr>
      <w:r>
        <w:rPr/>
        <w:t>Traditionally slap the kulcha onto the inner wall of a hot clay tandoor and bake until blistered and browned, turning if needed. Remove with a proper tandoor hook or skewer.</w:t>
      </w:r>
    </w:p>
    <w:p>
      <w:pPr>
        <w:pStyle w:val="ListNumber"/>
        <w:numPr>
          <w:ilvl w:val="0"/>
          <w:numId w:val="11"/>
        </w:numPr>
        <w:rPr/>
      </w:pPr>
      <w:r>
        <w:rPr/>
        <w:t>Brush with ghee or butter and serve immediately. For a home tawa method, cook on a very hot heavy tawa, turning carefully and finishing over direct flame only if safe.</w:t>
      </w:r>
    </w:p>
    <w:p>
      <w:pPr>
        <w:pStyle w:val="Normal"/>
        <w:rPr/>
      </w:pPr>
      <w:r>
        <w:rPr/>
        <w:t>Technique note: A tandoor is preheated until the inner wall radiates intense, even heat. Keep hands, sleeves and tools clear of the opening; never use a domestic oven as if it were a tandoor.</w:t>
      </w:r>
    </w:p>
    <w:p>
      <w:pPr>
        <w:pStyle w:val="Heading2"/>
        <w:rPr/>
      </w:pPr>
      <w:r>
        <w:rPr/>
      </w:r>
      <w:r>
        <w:br w:type="page"/>
      </w:r>
    </w:p>
    <w:p>
      <w:pPr>
        <w:pStyle w:val="Heading2"/>
        <w:rPr/>
      </w:pPr>
      <w:r>
        <w:rPr/>
        <w:t>Bheega Kulcha</w:t>
      </w:r>
    </w:p>
    <w:p>
      <w:pPr>
        <w:pStyle w:val="Normal"/>
        <w:rPr/>
      </w:pPr>
      <w:r>
        <w:rPr>
          <w:b/>
          <w:color w:val="5A5A4B"/>
          <w:sz w:val="18"/>
        </w:rPr>
        <w:t>Region: Punjab  |  Yield: 2</w:t>
      </w:r>
    </w:p>
    <w:p>
      <w:pPr>
        <w:pStyle w:val="Normal"/>
        <w:rPr/>
      </w:pPr>
      <w:r>
        <w:rPr/>
        <w:t>Origins &amp; variations: A street-food preparation associated with Punjab, especially Amritsar: a soft kulcha is moistened with spiced chole gravy so it absorbs flavour without disintegrating.</w:t>
      </w:r>
    </w:p>
    <w:p>
      <w:pPr>
        <w:pStyle w:val="Normal"/>
        <w:rPr/>
      </w:pPr>
      <w:r>
        <w:rPr/>
        <w:t>Serving: 2 portions</w:t>
      </w:r>
    </w:p>
    <w:p>
      <w:pPr>
        <w:pStyle w:val="Heading3"/>
        <w:rPr/>
      </w:pPr>
      <w:r>
        <w:rPr/>
        <w:t>Ingredients</w:t>
      </w:r>
    </w:p>
    <w:p>
      <w:pPr>
        <w:pStyle w:val="ListBullet"/>
        <w:numPr>
          <w:ilvl w:val="0"/>
          <w:numId w:val="1"/>
        </w:numPr>
        <w:rPr/>
      </w:pPr>
      <w:r>
        <w:rPr/>
        <w:t>2 plain kulchas</w:t>
      </w:r>
    </w:p>
    <w:p>
      <w:pPr>
        <w:pStyle w:val="ListBullet"/>
        <w:numPr>
          <w:ilvl w:val="0"/>
          <w:numId w:val="1"/>
        </w:numPr>
        <w:rPr/>
      </w:pPr>
      <w:r>
        <w:rPr/>
        <w:t>1½ cups cooked Punjabi chole with thick gravy</w:t>
      </w:r>
    </w:p>
    <w:p>
      <w:pPr>
        <w:pStyle w:val="ListBullet"/>
        <w:numPr>
          <w:ilvl w:val="0"/>
          <w:numId w:val="1"/>
        </w:numPr>
        <w:rPr/>
      </w:pPr>
      <w:r>
        <w:rPr/>
        <w:t>½ small onion, finely chopped</w:t>
      </w:r>
    </w:p>
    <w:p>
      <w:pPr>
        <w:pStyle w:val="ListBullet"/>
        <w:numPr>
          <w:ilvl w:val="0"/>
          <w:numId w:val="1"/>
        </w:numPr>
        <w:rPr/>
      </w:pPr>
      <w:r>
        <w:rPr/>
        <w:t>2 tbsp chopped coriander</w:t>
      </w:r>
    </w:p>
    <w:p>
      <w:pPr>
        <w:pStyle w:val="ListBullet"/>
        <w:numPr>
          <w:ilvl w:val="0"/>
          <w:numId w:val="1"/>
        </w:numPr>
        <w:rPr/>
      </w:pPr>
      <w:r>
        <w:rPr/>
        <w:t>1 tsp tamarind chutney (optional)</w:t>
      </w:r>
    </w:p>
    <w:p>
      <w:pPr>
        <w:pStyle w:val="ListBullet"/>
        <w:numPr>
          <w:ilvl w:val="0"/>
          <w:numId w:val="1"/>
        </w:numPr>
        <w:rPr/>
      </w:pPr>
      <w:r>
        <w:rPr/>
        <w:t>Lemon wedges, roasted cumin and chilli powder</w:t>
      </w:r>
    </w:p>
    <w:p>
      <w:pPr>
        <w:pStyle w:val="Heading3"/>
        <w:rPr/>
      </w:pPr>
      <w:r>
        <w:rPr/>
        <w:t>Traditional method</w:t>
      </w:r>
    </w:p>
    <w:p>
      <w:pPr>
        <w:pStyle w:val="ListNumber"/>
        <w:numPr>
          <w:ilvl w:val="0"/>
          <w:numId w:val="10"/>
        </w:numPr>
        <w:rPr/>
      </w:pPr>
      <w:r>
        <w:rPr/>
        <w:t>Warm the kulchas until soft but not crisp.</w:t>
      </w:r>
    </w:p>
    <w:p>
      <w:pPr>
        <w:pStyle w:val="ListNumber"/>
        <w:numPr>
          <w:ilvl w:val="0"/>
          <w:numId w:val="10"/>
        </w:numPr>
        <w:rPr/>
      </w:pPr>
      <w:r>
        <w:rPr/>
        <w:t>Loosen the chole with a few tablespoons of hot cooking liquor; the gravy should be spoonable, not watery.</w:t>
      </w:r>
    </w:p>
    <w:p>
      <w:pPr>
        <w:pStyle w:val="ListNumber"/>
        <w:numPr>
          <w:ilvl w:val="0"/>
          <w:numId w:val="10"/>
        </w:numPr>
        <w:rPr/>
      </w:pPr>
      <w:r>
        <w:rPr/>
        <w:t>Place kulchas in shallow bowls or on plates. Spoon hot chole and a little gravy over them, allowing the bread to soak for 1–2 minutes.</w:t>
      </w:r>
    </w:p>
    <w:p>
      <w:pPr>
        <w:pStyle w:val="ListNumber"/>
        <w:numPr>
          <w:ilvl w:val="0"/>
          <w:numId w:val="10"/>
        </w:numPr>
        <w:rPr/>
      </w:pPr>
      <w:r>
        <w:rPr/>
        <w:t>Top with onion, coriander, roasted cumin and chilli; add chutney or lemon according to taste. Serve immediately.</w:t>
      </w:r>
    </w:p>
    <w:p>
      <w:pPr>
        <w:pStyle w:val="Normal"/>
        <w:rPr/>
      </w:pPr>
      <w:r>
        <w:rPr/>
        <w:t>Technique note: The point is controlled soaking: too little gravy leaves dry bread, while excess thin liquid turns it to paste.</w:t>
      </w:r>
    </w:p>
    <w:p>
      <w:pPr>
        <w:pStyle w:val="Heading2"/>
        <w:rPr/>
      </w:pPr>
      <w:r>
        <w:rPr/>
      </w:r>
      <w:r>
        <w:br w:type="page"/>
      </w:r>
    </w:p>
    <w:p>
      <w:pPr>
        <w:pStyle w:val="Heading2"/>
        <w:rPr/>
      </w:pPr>
      <w:r>
        <w:rPr/>
        <w:t>Makki di Roti</w:t>
      </w:r>
    </w:p>
    <w:p>
      <w:pPr>
        <w:pStyle w:val="Normal"/>
        <w:rPr/>
      </w:pPr>
      <w:r>
        <w:rPr>
          <w:b/>
          <w:color w:val="5A5A4B"/>
          <w:sz w:val="18"/>
        </w:rPr>
        <w:t>Region: Punjab  |  Yield: 4</w:t>
      </w:r>
    </w:p>
    <w:p>
      <w:pPr>
        <w:pStyle w:val="Normal"/>
        <w:rPr/>
      </w:pPr>
      <w:r>
        <w:rPr/>
        <w:t>Origins &amp; variations: Cornmeal flatbread of the winter table, most famously paired with sarson ka saag. Coarse makki atta has little gluten, so warm water and gentle hand-shaping are important.</w:t>
      </w:r>
    </w:p>
    <w:p>
      <w:pPr>
        <w:pStyle w:val="Normal"/>
        <w:rPr/>
      </w:pPr>
      <w:r>
        <w:rPr/>
        <w:t>Serving: 4 rotis</w:t>
      </w:r>
    </w:p>
    <w:p>
      <w:pPr>
        <w:pStyle w:val="Heading3"/>
        <w:rPr/>
      </w:pPr>
      <w:r>
        <w:rPr/>
        <w:t>Ingredients</w:t>
      </w:r>
    </w:p>
    <w:p>
      <w:pPr>
        <w:pStyle w:val="ListBullet"/>
        <w:numPr>
          <w:ilvl w:val="0"/>
          <w:numId w:val="1"/>
        </w:numPr>
        <w:rPr/>
      </w:pPr>
      <w:r>
        <w:rPr/>
        <w:t>2 cups makki atta (cornmeal)</w:t>
      </w:r>
    </w:p>
    <w:p>
      <w:pPr>
        <w:pStyle w:val="ListBullet"/>
        <w:numPr>
          <w:ilvl w:val="0"/>
          <w:numId w:val="1"/>
        </w:numPr>
        <w:rPr/>
      </w:pPr>
      <w:r>
        <w:rPr/>
        <w:t>½ tsp salt</w:t>
      </w:r>
    </w:p>
    <w:p>
      <w:pPr>
        <w:pStyle w:val="ListBullet"/>
        <w:numPr>
          <w:ilvl w:val="0"/>
          <w:numId w:val="1"/>
        </w:numPr>
        <w:rPr/>
      </w:pPr>
      <w:r>
        <w:rPr/>
        <w:t>¾–1 cup warm water, as needed</w:t>
      </w:r>
    </w:p>
    <w:p>
      <w:pPr>
        <w:pStyle w:val="ListBullet"/>
        <w:numPr>
          <w:ilvl w:val="0"/>
          <w:numId w:val="1"/>
        </w:numPr>
        <w:rPr/>
      </w:pPr>
      <w:r>
        <w:rPr/>
        <w:t>Ghee or white butter to serve</w:t>
      </w:r>
    </w:p>
    <w:p>
      <w:pPr>
        <w:pStyle w:val="Heading3"/>
        <w:rPr/>
      </w:pPr>
      <w:r>
        <w:rPr/>
        <w:t>Traditional method</w:t>
      </w:r>
    </w:p>
    <w:p>
      <w:pPr>
        <w:pStyle w:val="ListNumber"/>
        <w:numPr>
          <w:ilvl w:val="0"/>
          <w:numId w:val="15"/>
        </w:numPr>
        <w:rPr/>
      </w:pPr>
      <w:r>
        <w:rPr/>
        <w:t>Put makki atta and salt in a wide bowl. Add warm water gradually and mix with fingers until the meal holds together.</w:t>
      </w:r>
    </w:p>
    <w:p>
      <w:pPr>
        <w:pStyle w:val="ListNumber"/>
        <w:numPr>
          <w:ilvl w:val="0"/>
          <w:numId w:val="15"/>
        </w:numPr>
        <w:rPr/>
      </w:pPr>
      <w:r>
        <w:rPr/>
        <w:t>Knead gently while warm; do not expect an elastic wheat dough. Divide into four balls.</w:t>
      </w:r>
    </w:p>
    <w:p>
      <w:pPr>
        <w:pStyle w:val="ListNumber"/>
        <w:numPr>
          <w:ilvl w:val="0"/>
          <w:numId w:val="15"/>
        </w:numPr>
        <w:rPr/>
      </w:pPr>
      <w:r>
        <w:rPr/>
        <w:t>Pat each ball between damp palms or between sheets of cloth into a round about 5–6 mm thick. Repair cracks at the edge with damp fingers.</w:t>
      </w:r>
    </w:p>
    <w:p>
      <w:pPr>
        <w:pStyle w:val="ListNumber"/>
        <w:numPr>
          <w:ilvl w:val="0"/>
          <w:numId w:val="15"/>
        </w:numPr>
        <w:rPr/>
      </w:pPr>
      <w:r>
        <w:rPr/>
        <w:t>Cook on a moderately hot heavy tawa until the underside firms and shows brown patches. Turn carefully and cook the second side.</w:t>
      </w:r>
    </w:p>
    <w:p>
      <w:pPr>
        <w:pStyle w:val="ListNumber"/>
        <w:numPr>
          <w:ilvl w:val="0"/>
          <w:numId w:val="15"/>
        </w:numPr>
        <w:rPr/>
      </w:pPr>
      <w:r>
        <w:rPr/>
        <w:t>Press the edges gently with a folded cloth or spatula so the roti cooks through. Finish over low heat if needed; brush with ghee or butter.</w:t>
      </w:r>
    </w:p>
    <w:p>
      <w:pPr>
        <w:pStyle w:val="Normal"/>
        <w:rPr/>
      </w:pPr>
      <w:r>
        <w:rPr/>
        <w:t>Technique note: Serve straight from the tawa; makki roti stiffens as it cools.</w:t>
      </w:r>
    </w:p>
    <w:p>
      <w:pPr>
        <w:pStyle w:val="Heading2"/>
        <w:rPr/>
      </w:pPr>
      <w:r>
        <w:rPr/>
      </w:r>
      <w:r>
        <w:br w:type="page"/>
      </w:r>
    </w:p>
    <w:p>
      <w:pPr>
        <w:pStyle w:val="Heading2"/>
        <w:rPr/>
      </w:pPr>
      <w:r>
        <w:rPr/>
        <w:t>Chole Puri</w:t>
      </w:r>
    </w:p>
    <w:p>
      <w:pPr>
        <w:pStyle w:val="Normal"/>
        <w:rPr/>
      </w:pPr>
      <w:r>
        <w:rPr>
          <w:b/>
          <w:color w:val="5A5A4B"/>
          <w:sz w:val="18"/>
        </w:rPr>
        <w:t>Region: Punjab  |  Yield: 8 puris plus chole</w:t>
      </w:r>
    </w:p>
    <w:p>
      <w:pPr>
        <w:pStyle w:val="Normal"/>
        <w:rPr/>
      </w:pPr>
      <w:r>
        <w:rPr/>
        <w:t>Origins &amp; variations: A festive and celebratory pairing of spiced chickpeas and deep-fried wheat bread, found across North India with regional differences in chole masala.</w:t>
      </w:r>
    </w:p>
    <w:p>
      <w:pPr>
        <w:pStyle w:val="Normal"/>
        <w:rPr/>
      </w:pPr>
      <w:r>
        <w:rPr/>
        <w:t>Serving: 4 portions</w:t>
      </w:r>
    </w:p>
    <w:p>
      <w:pPr>
        <w:pStyle w:val="Heading3"/>
        <w:rPr/>
      </w:pPr>
      <w:r>
        <w:rPr/>
        <w:t>Ingredients</w:t>
      </w:r>
    </w:p>
    <w:p>
      <w:pPr>
        <w:pStyle w:val="ListBullet"/>
        <w:numPr>
          <w:ilvl w:val="0"/>
          <w:numId w:val="1"/>
        </w:numPr>
        <w:rPr/>
      </w:pPr>
      <w:r>
        <w:rPr/>
        <w:t>2 cups cooked chickpeas</w:t>
      </w:r>
    </w:p>
    <w:p>
      <w:pPr>
        <w:pStyle w:val="ListBullet"/>
        <w:numPr>
          <w:ilvl w:val="0"/>
          <w:numId w:val="1"/>
        </w:numPr>
        <w:rPr/>
      </w:pPr>
      <w:r>
        <w:rPr/>
        <w:t>2 tbsp ghee or oil</w:t>
      </w:r>
    </w:p>
    <w:p>
      <w:pPr>
        <w:pStyle w:val="ListBullet"/>
        <w:numPr>
          <w:ilvl w:val="0"/>
          <w:numId w:val="1"/>
        </w:numPr>
        <w:rPr/>
      </w:pPr>
      <w:r>
        <w:rPr/>
        <w:t>1 tsp cumin</w:t>
      </w:r>
    </w:p>
    <w:p>
      <w:pPr>
        <w:pStyle w:val="ListBullet"/>
        <w:numPr>
          <w:ilvl w:val="0"/>
          <w:numId w:val="1"/>
        </w:numPr>
        <w:rPr/>
      </w:pPr>
      <w:r>
        <w:rPr/>
        <w:t>1 onion, finely chopped</w:t>
      </w:r>
    </w:p>
    <w:p>
      <w:pPr>
        <w:pStyle w:val="ListBullet"/>
        <w:numPr>
          <w:ilvl w:val="0"/>
          <w:numId w:val="1"/>
        </w:numPr>
        <w:rPr/>
      </w:pPr>
      <w:r>
        <w:rPr/>
        <w:t>1 tbsp ginger-garlic paste</w:t>
      </w:r>
    </w:p>
    <w:p>
      <w:pPr>
        <w:pStyle w:val="ListBullet"/>
        <w:numPr>
          <w:ilvl w:val="0"/>
          <w:numId w:val="1"/>
        </w:numPr>
        <w:rPr/>
      </w:pPr>
      <w:r>
        <w:rPr/>
        <w:t>2 tomatoes, chopped</w:t>
      </w:r>
    </w:p>
    <w:p>
      <w:pPr>
        <w:pStyle w:val="ListBullet"/>
        <w:numPr>
          <w:ilvl w:val="0"/>
          <w:numId w:val="1"/>
        </w:numPr>
        <w:rPr/>
      </w:pPr>
      <w:r>
        <w:rPr/>
        <w:t>1½ tsp coriander powder</w:t>
      </w:r>
    </w:p>
    <w:p>
      <w:pPr>
        <w:pStyle w:val="ListBullet"/>
        <w:numPr>
          <w:ilvl w:val="0"/>
          <w:numId w:val="1"/>
        </w:numPr>
        <w:rPr/>
      </w:pPr>
      <w:r>
        <w:rPr/>
        <w:t>½ tsp cumin powder</w:t>
      </w:r>
    </w:p>
    <w:p>
      <w:pPr>
        <w:pStyle w:val="ListBullet"/>
        <w:numPr>
          <w:ilvl w:val="0"/>
          <w:numId w:val="1"/>
        </w:numPr>
        <w:rPr/>
      </w:pPr>
      <w:r>
        <w:rPr/>
        <w:t>1 tsp chole masala</w:t>
      </w:r>
    </w:p>
    <w:p>
      <w:pPr>
        <w:pStyle w:val="ListBullet"/>
        <w:numPr>
          <w:ilvl w:val="0"/>
          <w:numId w:val="1"/>
        </w:numPr>
        <w:rPr/>
      </w:pPr>
      <w:r>
        <w:rPr/>
        <w:t>½ tsp amchur</w:t>
      </w:r>
    </w:p>
    <w:p>
      <w:pPr>
        <w:pStyle w:val="ListBullet"/>
        <w:numPr>
          <w:ilvl w:val="0"/>
          <w:numId w:val="1"/>
        </w:numPr>
        <w:rPr/>
      </w:pPr>
      <w:r>
        <w:rPr/>
        <w:t>Salt and chilli to taste</w:t>
      </w:r>
    </w:p>
    <w:p>
      <w:pPr>
        <w:pStyle w:val="ListBullet"/>
        <w:numPr>
          <w:ilvl w:val="0"/>
          <w:numId w:val="1"/>
        </w:numPr>
        <w:rPr/>
      </w:pPr>
      <w:r>
        <w:rPr/>
        <w:t>Puri: 2 cups atta, ½ tsp salt, water, oil for frying</w:t>
      </w:r>
    </w:p>
    <w:p>
      <w:pPr>
        <w:pStyle w:val="Heading3"/>
        <w:rPr/>
      </w:pPr>
      <w:r>
        <w:rPr/>
        <w:t>Traditional method</w:t>
      </w:r>
    </w:p>
    <w:p>
      <w:pPr>
        <w:pStyle w:val="ListNumber"/>
        <w:numPr>
          <w:ilvl w:val="0"/>
          <w:numId w:val="8"/>
        </w:numPr>
        <w:rPr/>
      </w:pPr>
      <w:r>
        <w:rPr/>
        <w:t>Heat ghee, add cumin and onion, and cook until deep golden. Add ginger-garlic and cook until its raw aroma fades.</w:t>
      </w:r>
    </w:p>
    <w:p>
      <w:pPr>
        <w:pStyle w:val="ListNumber"/>
        <w:numPr>
          <w:ilvl w:val="0"/>
          <w:numId w:val="8"/>
        </w:numPr>
        <w:rPr/>
      </w:pPr>
      <w:r>
        <w:rPr/>
        <w:t>Add tomatoes, coriander, cumin, chole masala, amchur, salt and chilli. Fry patiently until the masala thickens and ghee begins to show at the edges.</w:t>
      </w:r>
    </w:p>
    <w:p>
      <w:pPr>
        <w:pStyle w:val="ListNumber"/>
        <w:numPr>
          <w:ilvl w:val="0"/>
          <w:numId w:val="8"/>
        </w:numPr>
        <w:rPr/>
      </w:pPr>
      <w:r>
        <w:rPr/>
        <w:t>Add chickpeas and enough cooking liquor to make a thick gravy. Simmer 20–30 minutes, lightly crushing some chickpeas to thicken.</w:t>
      </w:r>
    </w:p>
    <w:p>
      <w:pPr>
        <w:pStyle w:val="ListNumber"/>
        <w:numPr>
          <w:ilvl w:val="0"/>
          <w:numId w:val="8"/>
        </w:numPr>
        <w:rPr/>
      </w:pPr>
      <w:r>
        <w:rPr/>
        <w:t>Knead atta, salt and water into a firm smooth dough. Rest 15 minutes, covered, then divide into small balls and roll into 10–12 cm discs.</w:t>
      </w:r>
    </w:p>
    <w:p>
      <w:pPr>
        <w:pStyle w:val="ListNumber"/>
        <w:numPr>
          <w:ilvl w:val="0"/>
          <w:numId w:val="8"/>
        </w:numPr>
        <w:rPr/>
      </w:pPr>
      <w:r>
        <w:rPr/>
        <w:t>Heat oil in a deep kadai. Slide in one puri; gently press the surface with a slotted spoon so it puffs. Turn once, fry until pale golden and drain.</w:t>
      </w:r>
    </w:p>
    <w:p>
      <w:pPr>
        <w:pStyle w:val="ListNumber"/>
        <w:numPr>
          <w:ilvl w:val="0"/>
          <w:numId w:val="8"/>
        </w:numPr>
        <w:rPr/>
      </w:pPr>
      <w:r>
        <w:rPr/>
        <w:t>Serve hot puris with chole, pickle, onion and lemon.</w:t>
      </w:r>
    </w:p>
    <w:p>
      <w:pPr>
        <w:pStyle w:val="Normal"/>
        <w:rPr/>
      </w:pPr>
      <w:r>
        <w:rPr/>
        <w:t>Technique note: Oil should be hot enough for the puri to puff quickly but not smoke. Fry in small batches to avoid lowering the oil temperature.</w:t>
      </w:r>
    </w:p>
    <w:p>
      <w:pPr>
        <w:pStyle w:val="Heading2"/>
        <w:rPr/>
      </w:pPr>
      <w:r>
        <w:rPr/>
      </w:r>
      <w:r>
        <w:br w:type="page"/>
      </w:r>
    </w:p>
    <w:p>
      <w:pPr>
        <w:pStyle w:val="Heading2"/>
        <w:rPr/>
      </w:pPr>
      <w:r>
        <w:rPr/>
        <w:t>Aloo Puri</w:t>
      </w:r>
    </w:p>
    <w:p>
      <w:pPr>
        <w:pStyle w:val="Normal"/>
        <w:rPr/>
      </w:pPr>
      <w:r>
        <w:rPr>
          <w:b/>
          <w:color w:val="5A5A4B"/>
          <w:sz w:val="18"/>
        </w:rPr>
        <w:t>Region: Punjab / North India  |  Yield: 8 puris and curry</w:t>
      </w:r>
    </w:p>
    <w:p>
      <w:pPr>
        <w:pStyle w:val="Normal"/>
        <w:rPr/>
      </w:pPr>
      <w:r>
        <w:rPr/>
        <w:t>Origins &amp; variations: A popular home and festive meal combining puffed puris with a spiced potato curry. The curry may be dry, thin and tangy, or onion-free for ritual meals.</w:t>
      </w:r>
    </w:p>
    <w:p>
      <w:pPr>
        <w:pStyle w:val="Normal"/>
        <w:rPr/>
      </w:pPr>
      <w:r>
        <w:rPr/>
        <w:t>Serving: 4 portions</w:t>
      </w:r>
    </w:p>
    <w:p>
      <w:pPr>
        <w:pStyle w:val="Heading3"/>
        <w:rPr/>
      </w:pPr>
      <w:r>
        <w:rPr/>
        <w:t>Ingredients</w:t>
      </w:r>
    </w:p>
    <w:p>
      <w:pPr>
        <w:pStyle w:val="ListBullet"/>
        <w:numPr>
          <w:ilvl w:val="0"/>
          <w:numId w:val="1"/>
        </w:numPr>
        <w:rPr/>
      </w:pPr>
      <w:r>
        <w:rPr/>
        <w:t>4 medium potatoes, boiled and broken into chunks</w:t>
      </w:r>
    </w:p>
    <w:p>
      <w:pPr>
        <w:pStyle w:val="ListBullet"/>
        <w:numPr>
          <w:ilvl w:val="0"/>
          <w:numId w:val="1"/>
        </w:numPr>
        <w:rPr/>
      </w:pPr>
      <w:r>
        <w:rPr/>
        <w:t>2 tbsp oil</w:t>
      </w:r>
    </w:p>
    <w:p>
      <w:pPr>
        <w:pStyle w:val="ListBullet"/>
        <w:numPr>
          <w:ilvl w:val="0"/>
          <w:numId w:val="1"/>
        </w:numPr>
        <w:rPr/>
      </w:pPr>
      <w:r>
        <w:rPr/>
        <w:t>1 tsp cumin</w:t>
      </w:r>
    </w:p>
    <w:p>
      <w:pPr>
        <w:pStyle w:val="ListBullet"/>
        <w:numPr>
          <w:ilvl w:val="0"/>
          <w:numId w:val="1"/>
        </w:numPr>
        <w:rPr/>
      </w:pPr>
      <w:r>
        <w:rPr/>
        <w:t>1 pinch hing</w:t>
      </w:r>
    </w:p>
    <w:p>
      <w:pPr>
        <w:pStyle w:val="ListBullet"/>
        <w:numPr>
          <w:ilvl w:val="0"/>
          <w:numId w:val="1"/>
        </w:numPr>
        <w:rPr/>
      </w:pPr>
      <w:r>
        <w:rPr/>
        <w:t>1 tsp grated ginger</w:t>
      </w:r>
    </w:p>
    <w:p>
      <w:pPr>
        <w:pStyle w:val="ListBullet"/>
        <w:numPr>
          <w:ilvl w:val="0"/>
          <w:numId w:val="1"/>
        </w:numPr>
        <w:rPr/>
      </w:pPr>
      <w:r>
        <w:rPr/>
        <w:t>1 tomato, chopped</w:t>
      </w:r>
    </w:p>
    <w:p>
      <w:pPr>
        <w:pStyle w:val="ListBullet"/>
        <w:numPr>
          <w:ilvl w:val="0"/>
          <w:numId w:val="1"/>
        </w:numPr>
        <w:rPr/>
      </w:pPr>
      <w:r>
        <w:rPr/>
        <w:t>½ tsp turmeric</w:t>
      </w:r>
    </w:p>
    <w:p>
      <w:pPr>
        <w:pStyle w:val="ListBullet"/>
        <w:numPr>
          <w:ilvl w:val="0"/>
          <w:numId w:val="1"/>
        </w:numPr>
        <w:rPr/>
      </w:pPr>
      <w:r>
        <w:rPr/>
        <w:t>1 tsp coriander powder</w:t>
      </w:r>
    </w:p>
    <w:p>
      <w:pPr>
        <w:pStyle w:val="ListBullet"/>
        <w:numPr>
          <w:ilvl w:val="0"/>
          <w:numId w:val="1"/>
        </w:numPr>
        <w:rPr/>
      </w:pPr>
      <w:r>
        <w:rPr/>
        <w:t>½ tsp amchur</w:t>
      </w:r>
    </w:p>
    <w:p>
      <w:pPr>
        <w:pStyle w:val="ListBullet"/>
        <w:numPr>
          <w:ilvl w:val="0"/>
          <w:numId w:val="1"/>
        </w:numPr>
        <w:rPr/>
      </w:pPr>
      <w:r>
        <w:rPr/>
        <w:t>Salt, chilli and coriander</w:t>
      </w:r>
    </w:p>
    <w:p>
      <w:pPr>
        <w:pStyle w:val="ListBullet"/>
        <w:numPr>
          <w:ilvl w:val="0"/>
          <w:numId w:val="1"/>
        </w:numPr>
        <w:rPr/>
      </w:pPr>
      <w:r>
        <w:rPr/>
        <w:t>2 cups atta, salt, water and frying oil for puri</w:t>
      </w:r>
    </w:p>
    <w:p>
      <w:pPr>
        <w:pStyle w:val="Heading3"/>
        <w:rPr/>
      </w:pPr>
      <w:r>
        <w:rPr/>
        <w:t>Traditional method</w:t>
      </w:r>
    </w:p>
    <w:p>
      <w:pPr>
        <w:pStyle w:val="ListNumber"/>
        <w:numPr>
          <w:ilvl w:val="0"/>
          <w:numId w:val="7"/>
        </w:numPr>
        <w:rPr/>
      </w:pPr>
      <w:r>
        <w:rPr/>
        <w:t>Heat oil; bloom cumin and hing, then add ginger and tomato. Cook until softened.</w:t>
      </w:r>
    </w:p>
    <w:p>
      <w:pPr>
        <w:pStyle w:val="ListNumber"/>
        <w:numPr>
          <w:ilvl w:val="0"/>
          <w:numId w:val="7"/>
        </w:numPr>
        <w:rPr/>
      </w:pPr>
      <w:r>
        <w:rPr/>
        <w:t>Add turmeric, coriander, chilli and salt. Add potatoes and 2 cups water; simmer 12–15 minutes, breaking some potato to thicken.</w:t>
      </w:r>
    </w:p>
    <w:p>
      <w:pPr>
        <w:pStyle w:val="ListNumber"/>
        <w:numPr>
          <w:ilvl w:val="0"/>
          <w:numId w:val="7"/>
        </w:numPr>
        <w:rPr/>
      </w:pPr>
      <w:r>
        <w:rPr/>
        <w:t>Finish with amchur and coriander. Adjust the gravy to the style preferred.</w:t>
      </w:r>
    </w:p>
    <w:p>
      <w:pPr>
        <w:pStyle w:val="ListNumber"/>
        <w:numPr>
          <w:ilvl w:val="0"/>
          <w:numId w:val="7"/>
        </w:numPr>
        <w:rPr/>
      </w:pPr>
      <w:r>
        <w:rPr/>
        <w:t>Prepare firm atta dough, rest briefly, roll small discs and deep-fry until puffed and golden.</w:t>
      </w:r>
    </w:p>
    <w:p>
      <w:pPr>
        <w:pStyle w:val="ListNumber"/>
        <w:numPr>
          <w:ilvl w:val="0"/>
          <w:numId w:val="7"/>
        </w:numPr>
        <w:rPr/>
      </w:pPr>
      <w:r>
        <w:rPr/>
        <w:t>Serve the potato curry hot with fresh puris and a little pickle.</w:t>
      </w:r>
    </w:p>
    <w:p>
      <w:pPr>
        <w:pStyle w:val="Heading2"/>
        <w:rPr/>
      </w:pPr>
      <w:r>
        <w:rPr/>
      </w:r>
      <w:r>
        <w:br w:type="page"/>
      </w:r>
    </w:p>
    <w:p>
      <w:pPr>
        <w:pStyle w:val="Heading2"/>
        <w:rPr/>
      </w:pPr>
      <w:r>
        <w:rPr/>
        <w:t>Besan Masala Roti with Makhan</w:t>
      </w:r>
    </w:p>
    <w:p>
      <w:pPr>
        <w:pStyle w:val="Normal"/>
        <w:rPr/>
      </w:pPr>
      <w:r>
        <w:rPr>
          <w:b/>
          <w:color w:val="5A5A4B"/>
          <w:sz w:val="18"/>
        </w:rPr>
        <w:t>Region: Haryana  |  Yield: 4</w:t>
      </w:r>
    </w:p>
    <w:p>
      <w:pPr>
        <w:pStyle w:val="Normal"/>
        <w:rPr/>
      </w:pPr>
      <w:r>
        <w:rPr/>
        <w:t>Origins &amp; variations: A rustic gram-flour flatbread associated with Haryana’s hearty grain-based cooking. Recipes differ in the balance of besan and wheat flour and in the spice mixture.</w:t>
      </w:r>
    </w:p>
    <w:p>
      <w:pPr>
        <w:pStyle w:val="Normal"/>
        <w:rPr/>
      </w:pPr>
      <w:r>
        <w:rPr/>
        <w:t>Serving: 4 rotis</w:t>
      </w:r>
    </w:p>
    <w:p>
      <w:pPr>
        <w:pStyle w:val="Heading3"/>
        <w:rPr/>
      </w:pPr>
      <w:r>
        <w:rPr/>
        <w:t>Ingredients</w:t>
      </w:r>
    </w:p>
    <w:p>
      <w:pPr>
        <w:pStyle w:val="ListBullet"/>
        <w:numPr>
          <w:ilvl w:val="0"/>
          <w:numId w:val="1"/>
        </w:numPr>
        <w:rPr/>
      </w:pPr>
      <w:r>
        <w:rPr/>
        <w:t>1 cup besan</w:t>
      </w:r>
    </w:p>
    <w:p>
      <w:pPr>
        <w:pStyle w:val="ListBullet"/>
        <w:numPr>
          <w:ilvl w:val="0"/>
          <w:numId w:val="1"/>
        </w:numPr>
        <w:rPr/>
      </w:pPr>
      <w:r>
        <w:rPr/>
        <w:t>1 cup atta</w:t>
      </w:r>
    </w:p>
    <w:p>
      <w:pPr>
        <w:pStyle w:val="ListBullet"/>
        <w:numPr>
          <w:ilvl w:val="0"/>
          <w:numId w:val="1"/>
        </w:numPr>
        <w:rPr/>
      </w:pPr>
      <w:r>
        <w:rPr/>
        <w:t>1 small onion, finely chopped</w:t>
      </w:r>
    </w:p>
    <w:p>
      <w:pPr>
        <w:pStyle w:val="ListBullet"/>
        <w:numPr>
          <w:ilvl w:val="0"/>
          <w:numId w:val="1"/>
        </w:numPr>
        <w:rPr/>
      </w:pPr>
      <w:r>
        <w:rPr/>
        <w:t>1 green chilli, chopped</w:t>
      </w:r>
    </w:p>
    <w:p>
      <w:pPr>
        <w:pStyle w:val="ListBullet"/>
        <w:numPr>
          <w:ilvl w:val="0"/>
          <w:numId w:val="1"/>
        </w:numPr>
        <w:rPr/>
      </w:pPr>
      <w:r>
        <w:rPr/>
        <w:t>2 tbsp coriander leaves</w:t>
      </w:r>
    </w:p>
    <w:p>
      <w:pPr>
        <w:pStyle w:val="ListBullet"/>
        <w:numPr>
          <w:ilvl w:val="0"/>
          <w:numId w:val="1"/>
        </w:numPr>
        <w:rPr/>
      </w:pPr>
      <w:r>
        <w:rPr/>
        <w:t>½ tsp ajwain</w:t>
      </w:r>
    </w:p>
    <w:p>
      <w:pPr>
        <w:pStyle w:val="ListBullet"/>
        <w:numPr>
          <w:ilvl w:val="0"/>
          <w:numId w:val="1"/>
        </w:numPr>
        <w:rPr/>
      </w:pPr>
      <w:r>
        <w:rPr/>
        <w:t>½ tsp red chilli powder</w:t>
      </w:r>
    </w:p>
    <w:p>
      <w:pPr>
        <w:pStyle w:val="ListBullet"/>
        <w:numPr>
          <w:ilvl w:val="0"/>
          <w:numId w:val="1"/>
        </w:numPr>
        <w:rPr/>
      </w:pPr>
      <w:r>
        <w:rPr/>
        <w:t>½ tsp salt</w:t>
      </w:r>
    </w:p>
    <w:p>
      <w:pPr>
        <w:pStyle w:val="ListBullet"/>
        <w:numPr>
          <w:ilvl w:val="0"/>
          <w:numId w:val="1"/>
        </w:numPr>
        <w:rPr/>
      </w:pPr>
      <w:r>
        <w:rPr/>
        <w:t>2 tsp ghee or oil</w:t>
      </w:r>
    </w:p>
    <w:p>
      <w:pPr>
        <w:pStyle w:val="ListBullet"/>
        <w:numPr>
          <w:ilvl w:val="0"/>
          <w:numId w:val="1"/>
        </w:numPr>
        <w:rPr/>
      </w:pPr>
      <w:r>
        <w:rPr/>
        <w:t>Warm water as needed</w:t>
      </w:r>
    </w:p>
    <w:p>
      <w:pPr>
        <w:pStyle w:val="ListBullet"/>
        <w:numPr>
          <w:ilvl w:val="0"/>
          <w:numId w:val="1"/>
        </w:numPr>
        <w:rPr/>
      </w:pPr>
      <w:r>
        <w:rPr/>
        <w:t>White butter to serve</w:t>
      </w:r>
    </w:p>
    <w:p>
      <w:pPr>
        <w:pStyle w:val="Heading3"/>
        <w:rPr/>
      </w:pPr>
      <w:r>
        <w:rPr/>
        <w:t>Traditional method</w:t>
      </w:r>
    </w:p>
    <w:p>
      <w:pPr>
        <w:pStyle w:val="ListNumber"/>
        <w:numPr>
          <w:ilvl w:val="0"/>
          <w:numId w:val="9"/>
        </w:numPr>
        <w:rPr/>
      </w:pPr>
      <w:r>
        <w:rPr/>
        <w:t>Mix besan, atta, onion, chilli, coriander, ajwain, chilli powder, salt and ghee.</w:t>
      </w:r>
    </w:p>
    <w:p>
      <w:pPr>
        <w:pStyle w:val="ListNumber"/>
        <w:numPr>
          <w:ilvl w:val="0"/>
          <w:numId w:val="9"/>
        </w:numPr>
        <w:rPr/>
      </w:pPr>
      <w:r>
        <w:rPr/>
        <w:t>Add water little by little to make a soft but manageable dough. Rest 10 minutes.</w:t>
      </w:r>
    </w:p>
    <w:p>
      <w:pPr>
        <w:pStyle w:val="ListNumber"/>
        <w:numPr>
          <w:ilvl w:val="0"/>
          <w:numId w:val="9"/>
        </w:numPr>
        <w:rPr/>
      </w:pPr>
      <w:r>
        <w:rPr/>
        <w:t>Divide into four balls and roll between lightly floured sheets or pat with damp hands into thick rotis.</w:t>
      </w:r>
    </w:p>
    <w:p>
      <w:pPr>
        <w:pStyle w:val="ListNumber"/>
        <w:numPr>
          <w:ilvl w:val="0"/>
          <w:numId w:val="9"/>
        </w:numPr>
        <w:rPr/>
      </w:pPr>
      <w:r>
        <w:rPr/>
        <w:t>Cook on a medium-hot tawa, turning until brown spots appear and the centre is cooked. Brush lightly with ghee if desired.</w:t>
      </w:r>
    </w:p>
    <w:p>
      <w:pPr>
        <w:pStyle w:val="ListNumber"/>
        <w:numPr>
          <w:ilvl w:val="0"/>
          <w:numId w:val="9"/>
        </w:numPr>
        <w:rPr/>
      </w:pPr>
      <w:r>
        <w:rPr/>
        <w:t>Serve hot with a generous knob of white butter, curd, pickle or seasonal sabzi.</w:t>
      </w:r>
    </w:p>
    <w:p>
      <w:pPr>
        <w:pStyle w:val="Heading2"/>
        <w:rPr/>
      </w:pPr>
      <w:r>
        <w:rPr/>
      </w:r>
      <w:r>
        <w:br w:type="page"/>
      </w:r>
    </w:p>
    <w:p>
      <w:pPr>
        <w:pStyle w:val="Heading2"/>
        <w:rPr/>
      </w:pPr>
      <w:r>
        <w:rPr/>
        <w:t>Bajra Aloo Roti with Makhan</w:t>
      </w:r>
    </w:p>
    <w:p>
      <w:pPr>
        <w:pStyle w:val="Normal"/>
        <w:rPr/>
      </w:pPr>
      <w:r>
        <w:rPr>
          <w:b/>
          <w:color w:val="5A5A4B"/>
          <w:sz w:val="18"/>
        </w:rPr>
        <w:t>Region: Haryana  |  Yield: 4</w:t>
      </w:r>
    </w:p>
    <w:p>
      <w:pPr>
        <w:pStyle w:val="Normal"/>
        <w:rPr/>
      </w:pPr>
      <w:r>
        <w:rPr/>
        <w:t>Origins &amp; variations: A millet flatbread enriched with potato, practical in households where bajra is a staple. Potato helps bind the naturally gluten-free millet flour.</w:t>
      </w:r>
    </w:p>
    <w:p>
      <w:pPr>
        <w:pStyle w:val="Normal"/>
        <w:rPr/>
      </w:pPr>
      <w:r>
        <w:rPr/>
        <w:t>Serving: 4 rotis</w:t>
      </w:r>
    </w:p>
    <w:p>
      <w:pPr>
        <w:pStyle w:val="Heading3"/>
        <w:rPr/>
      </w:pPr>
      <w:r>
        <w:rPr/>
        <w:t>Ingredients</w:t>
      </w:r>
    </w:p>
    <w:p>
      <w:pPr>
        <w:pStyle w:val="ListBullet"/>
        <w:numPr>
          <w:ilvl w:val="0"/>
          <w:numId w:val="1"/>
        </w:numPr>
        <w:rPr/>
      </w:pPr>
      <w:r>
        <w:rPr/>
        <w:t>2 cups bajra atta</w:t>
      </w:r>
    </w:p>
    <w:p>
      <w:pPr>
        <w:pStyle w:val="ListBullet"/>
        <w:numPr>
          <w:ilvl w:val="0"/>
          <w:numId w:val="1"/>
        </w:numPr>
        <w:rPr/>
      </w:pPr>
      <w:r>
        <w:rPr/>
        <w:t>1 medium boiled potato, mashed</w:t>
      </w:r>
    </w:p>
    <w:p>
      <w:pPr>
        <w:pStyle w:val="ListBullet"/>
        <w:numPr>
          <w:ilvl w:val="0"/>
          <w:numId w:val="1"/>
        </w:numPr>
        <w:rPr/>
      </w:pPr>
      <w:r>
        <w:rPr/>
        <w:t>½ tsp salt</w:t>
      </w:r>
    </w:p>
    <w:p>
      <w:pPr>
        <w:pStyle w:val="ListBullet"/>
        <w:numPr>
          <w:ilvl w:val="0"/>
          <w:numId w:val="1"/>
        </w:numPr>
        <w:rPr/>
      </w:pPr>
      <w:r>
        <w:rPr/>
        <w:t>½ tsp ajwain</w:t>
      </w:r>
    </w:p>
    <w:p>
      <w:pPr>
        <w:pStyle w:val="ListBullet"/>
        <w:numPr>
          <w:ilvl w:val="0"/>
          <w:numId w:val="1"/>
        </w:numPr>
        <w:rPr/>
      </w:pPr>
      <w:r>
        <w:rPr/>
        <w:t>1 green chilli, finely chopped (optional)</w:t>
      </w:r>
    </w:p>
    <w:p>
      <w:pPr>
        <w:pStyle w:val="ListBullet"/>
        <w:numPr>
          <w:ilvl w:val="0"/>
          <w:numId w:val="1"/>
        </w:numPr>
        <w:rPr/>
      </w:pPr>
      <w:r>
        <w:rPr/>
        <w:t>Warm water as needed</w:t>
      </w:r>
    </w:p>
    <w:p>
      <w:pPr>
        <w:pStyle w:val="ListBullet"/>
        <w:numPr>
          <w:ilvl w:val="0"/>
          <w:numId w:val="1"/>
        </w:numPr>
        <w:rPr/>
      </w:pPr>
      <w:r>
        <w:rPr/>
        <w:t>White butter or ghee</w:t>
      </w:r>
    </w:p>
    <w:p>
      <w:pPr>
        <w:pStyle w:val="Heading3"/>
        <w:rPr/>
      </w:pPr>
      <w:r>
        <w:rPr/>
        <w:t>Traditional method</w:t>
      </w:r>
    </w:p>
    <w:p>
      <w:pPr>
        <w:pStyle w:val="ListNumber"/>
        <w:numPr>
          <w:ilvl w:val="0"/>
          <w:numId w:val="12"/>
        </w:numPr>
        <w:rPr/>
      </w:pPr>
      <w:r>
        <w:rPr/>
        <w:t>Mix bajra flour, mashed potato, salt, ajwain and chilli. Add warm water gradually to form a soft dough.</w:t>
      </w:r>
    </w:p>
    <w:p>
      <w:pPr>
        <w:pStyle w:val="ListNumber"/>
        <w:numPr>
          <w:ilvl w:val="0"/>
          <w:numId w:val="12"/>
        </w:numPr>
        <w:rPr/>
      </w:pPr>
      <w:r>
        <w:rPr/>
        <w:t>Keep the dough covered so it does not dry. Divide into four balls.</w:t>
      </w:r>
    </w:p>
    <w:p>
      <w:pPr>
        <w:pStyle w:val="ListNumber"/>
        <w:numPr>
          <w:ilvl w:val="0"/>
          <w:numId w:val="12"/>
        </w:numPr>
        <w:rPr/>
      </w:pPr>
      <w:r>
        <w:rPr/>
        <w:t>Pat each ball into a thick round between damp palms or on a cloth; patch cracks with wet fingertips.</w:t>
      </w:r>
    </w:p>
    <w:p>
      <w:pPr>
        <w:pStyle w:val="ListNumber"/>
        <w:numPr>
          <w:ilvl w:val="0"/>
          <w:numId w:val="12"/>
        </w:numPr>
        <w:rPr/>
      </w:pPr>
      <w:r>
        <w:rPr/>
        <w:t>Cook on a hot tawa over medium heat, turning gently until both sides are cooked and speckled.</w:t>
      </w:r>
    </w:p>
    <w:p>
      <w:pPr>
        <w:pStyle w:val="ListNumber"/>
        <w:numPr>
          <w:ilvl w:val="0"/>
          <w:numId w:val="12"/>
        </w:numPr>
        <w:rPr/>
      </w:pPr>
      <w:r>
        <w:rPr/>
        <w:t>Serve immediately with makhan, curd, garlic chutney or a seasonal vegetable.</w:t>
      </w:r>
    </w:p>
    <w:p>
      <w:pPr>
        <w:pStyle w:val="Heading2"/>
        <w:numPr>
          <w:ilvl w:val="0"/>
          <w:numId w:val="0"/>
        </w:numPr>
        <w:ind w:hanging="0" w:left="720"/>
        <w:rPr/>
      </w:pPr>
      <w:r>
        <w:rPr/>
      </w:r>
    </w:p>
    <w:p>
      <w:pPr>
        <w:pStyle w:val="Heading2"/>
        <w:rPr/>
      </w:pPr>
      <w:r>
        <w:rPr/>
      </w:r>
      <w:r>
        <w:br w:type="page"/>
      </w:r>
    </w:p>
    <w:p>
      <w:pPr>
        <w:pStyle w:val="Heading2"/>
        <w:rPr/>
      </w:pPr>
      <w:r>
        <w:rPr/>
        <w:t>Bhura Roti with Ghee</w:t>
      </w:r>
    </w:p>
    <w:p>
      <w:pPr>
        <w:pStyle w:val="Normal"/>
        <w:rPr/>
      </w:pPr>
      <w:r>
        <w:rPr>
          <w:b/>
          <w:color w:val="5A5A4B"/>
          <w:sz w:val="18"/>
        </w:rPr>
        <w:t>Region: Haryana  |  Yield: 4 rotis</w:t>
      </w:r>
    </w:p>
    <w:p>
      <w:pPr>
        <w:pStyle w:val="Normal"/>
        <w:rPr/>
      </w:pPr>
      <w:r>
        <w:rPr/>
        <w:t>Origins &amp; variations: A home-style sweet roti pairing wheat bread with bhura, a fine, sandy sugar traditionally made by heating and drying sugar. Household methods and sweetness vary.</w:t>
      </w:r>
    </w:p>
    <w:p>
      <w:pPr>
        <w:pStyle w:val="Normal"/>
        <w:rPr/>
      </w:pPr>
      <w:r>
        <w:rPr/>
        <w:t>Serving: 4 portions</w:t>
      </w:r>
    </w:p>
    <w:p>
      <w:pPr>
        <w:pStyle w:val="Heading3"/>
        <w:rPr/>
      </w:pPr>
      <w:r>
        <w:rPr/>
        <w:t>Ingredients</w:t>
      </w:r>
    </w:p>
    <w:p>
      <w:pPr>
        <w:pStyle w:val="ListBullet"/>
        <w:numPr>
          <w:ilvl w:val="0"/>
          <w:numId w:val="1"/>
        </w:numPr>
        <w:rPr/>
      </w:pPr>
      <w:r>
        <w:rPr/>
        <w:t>2 cups atta</w:t>
      </w:r>
    </w:p>
    <w:p>
      <w:pPr>
        <w:pStyle w:val="ListBullet"/>
        <w:numPr>
          <w:ilvl w:val="0"/>
          <w:numId w:val="1"/>
        </w:numPr>
        <w:rPr/>
      </w:pPr>
      <w:r>
        <w:rPr/>
        <w:t>Water as needed</w:t>
      </w:r>
    </w:p>
    <w:p>
      <w:pPr>
        <w:pStyle w:val="ListBullet"/>
        <w:numPr>
          <w:ilvl w:val="0"/>
          <w:numId w:val="1"/>
        </w:numPr>
        <w:rPr/>
      </w:pPr>
      <w:r>
        <w:rPr/>
        <w:t>4–6 tbsp bhura or fine sugar</w:t>
      </w:r>
    </w:p>
    <w:p>
      <w:pPr>
        <w:pStyle w:val="ListBullet"/>
        <w:numPr>
          <w:ilvl w:val="0"/>
          <w:numId w:val="1"/>
        </w:numPr>
        <w:rPr/>
      </w:pPr>
      <w:r>
        <w:rPr/>
        <w:t>4 tbsp ghee</w:t>
      </w:r>
    </w:p>
    <w:p>
      <w:pPr>
        <w:pStyle w:val="ListBullet"/>
        <w:numPr>
          <w:ilvl w:val="0"/>
          <w:numId w:val="1"/>
        </w:numPr>
        <w:rPr/>
      </w:pPr>
      <w:r>
        <w:rPr/>
        <w:t>Pinch of cardamom (optional)</w:t>
      </w:r>
    </w:p>
    <w:p>
      <w:pPr>
        <w:pStyle w:val="Heading3"/>
        <w:rPr/>
      </w:pPr>
      <w:r>
        <w:rPr/>
        <w:t>Traditional method</w:t>
      </w:r>
    </w:p>
    <w:p>
      <w:pPr>
        <w:pStyle w:val="ListNumber"/>
        <w:numPr>
          <w:ilvl w:val="0"/>
          <w:numId w:val="13"/>
        </w:numPr>
        <w:rPr/>
      </w:pPr>
      <w:r>
        <w:rPr/>
        <w:t>Knead atta with water into a smooth, medium-soft dough. Cover and rest 20 minutes.</w:t>
      </w:r>
    </w:p>
    <w:p>
      <w:pPr>
        <w:pStyle w:val="ListNumber"/>
        <w:numPr>
          <w:ilvl w:val="0"/>
          <w:numId w:val="13"/>
        </w:numPr>
        <w:rPr/>
      </w:pPr>
      <w:r>
        <w:rPr/>
        <w:t>Divide into four balls and roll into thin rotis.</w:t>
      </w:r>
    </w:p>
    <w:p>
      <w:pPr>
        <w:pStyle w:val="ListNumber"/>
        <w:numPr>
          <w:ilvl w:val="0"/>
          <w:numId w:val="13"/>
        </w:numPr>
        <w:rPr/>
      </w:pPr>
      <w:r>
        <w:rPr/>
        <w:t>Cook each on a hot tawa, turning until brown spots appear and the bread is fully cooked.</w:t>
      </w:r>
    </w:p>
    <w:p>
      <w:pPr>
        <w:pStyle w:val="ListNumber"/>
        <w:numPr>
          <w:ilvl w:val="0"/>
          <w:numId w:val="13"/>
        </w:numPr>
        <w:rPr/>
      </w:pPr>
      <w:r>
        <w:rPr/>
        <w:t>While hot, spread ghee over the roti and sprinkle bhura evenly. Fold or roll so the sugar melts slightly into the fat.</w:t>
      </w:r>
    </w:p>
    <w:p>
      <w:pPr>
        <w:pStyle w:val="ListNumber"/>
        <w:numPr>
          <w:ilvl w:val="0"/>
          <w:numId w:val="13"/>
        </w:numPr>
        <w:rPr/>
      </w:pPr>
      <w:r>
        <w:rPr/>
        <w:t>Serve warm as a simple sweet finish or with a glass of milk.</w:t>
      </w:r>
    </w:p>
    <w:p>
      <w:pPr>
        <w:pStyle w:val="Heading2"/>
        <w:rPr/>
      </w:pPr>
      <w:r>
        <w:rPr/>
      </w:r>
      <w:r>
        <w:br w:type="page"/>
      </w:r>
    </w:p>
    <w:p>
      <w:pPr>
        <w:pStyle w:val="Heading2"/>
        <w:rPr/>
      </w:pPr>
      <w:r>
        <w:rPr/>
        <w:t>Bajra Roti / Bajre ki Roti</w:t>
      </w:r>
    </w:p>
    <w:p>
      <w:pPr>
        <w:pStyle w:val="Normal"/>
        <w:rPr/>
      </w:pPr>
      <w:r>
        <w:rPr>
          <w:b/>
          <w:color w:val="5A5A4B"/>
          <w:sz w:val="18"/>
        </w:rPr>
        <w:t>Region: Haryana  |  Yield: 4</w:t>
      </w:r>
    </w:p>
    <w:p>
      <w:pPr>
        <w:pStyle w:val="Normal"/>
        <w:rPr/>
      </w:pPr>
      <w:r>
        <w:rPr/>
        <w:t>Origins &amp; variations: A foundational millet bread of Haryana and neighbouring dryland regions. It is made without gluten and is traditionally patted by hand rather than rolled thin.</w:t>
      </w:r>
    </w:p>
    <w:p>
      <w:pPr>
        <w:pStyle w:val="Normal"/>
        <w:rPr/>
      </w:pPr>
      <w:r>
        <w:rPr/>
        <w:t>Serving: 4 rotis</w:t>
      </w:r>
    </w:p>
    <w:p>
      <w:pPr>
        <w:pStyle w:val="Heading3"/>
        <w:rPr/>
      </w:pPr>
      <w:r>
        <w:rPr/>
        <w:t>Ingredients</w:t>
      </w:r>
    </w:p>
    <w:p>
      <w:pPr>
        <w:pStyle w:val="ListBullet"/>
        <w:numPr>
          <w:ilvl w:val="0"/>
          <w:numId w:val="1"/>
        </w:numPr>
        <w:rPr/>
      </w:pPr>
      <w:r>
        <w:rPr/>
        <w:t>2 cups bajra atta</w:t>
      </w:r>
    </w:p>
    <w:p>
      <w:pPr>
        <w:pStyle w:val="ListBullet"/>
        <w:numPr>
          <w:ilvl w:val="0"/>
          <w:numId w:val="1"/>
        </w:numPr>
        <w:rPr/>
      </w:pPr>
      <w:r>
        <w:rPr/>
        <w:t>½ tsp salt (optional)</w:t>
      </w:r>
    </w:p>
    <w:p>
      <w:pPr>
        <w:pStyle w:val="ListBullet"/>
        <w:numPr>
          <w:ilvl w:val="0"/>
          <w:numId w:val="1"/>
        </w:numPr>
        <w:rPr/>
      </w:pPr>
      <w:r>
        <w:rPr/>
        <w:t>¾–1 cup warm water</w:t>
      </w:r>
    </w:p>
    <w:p>
      <w:pPr>
        <w:pStyle w:val="ListBullet"/>
        <w:numPr>
          <w:ilvl w:val="0"/>
          <w:numId w:val="1"/>
        </w:numPr>
        <w:rPr/>
      </w:pPr>
      <w:r>
        <w:rPr/>
        <w:t>Ghee or white butter to serve</w:t>
      </w:r>
    </w:p>
    <w:p>
      <w:pPr>
        <w:pStyle w:val="Heading3"/>
        <w:rPr/>
      </w:pPr>
      <w:r>
        <w:rPr/>
        <w:t>Traditional method</w:t>
      </w:r>
    </w:p>
    <w:p>
      <w:pPr>
        <w:pStyle w:val="ListNumber"/>
        <w:numPr>
          <w:ilvl w:val="0"/>
          <w:numId w:val="14"/>
        </w:numPr>
        <w:rPr/>
      </w:pPr>
      <w:r>
        <w:rPr/>
        <w:t>Place flour in a wide bowl and add warm water gradually, mixing until it forms a soft dough.</w:t>
      </w:r>
    </w:p>
    <w:p>
      <w:pPr>
        <w:pStyle w:val="ListNumber"/>
        <w:numPr>
          <w:ilvl w:val="0"/>
          <w:numId w:val="14"/>
        </w:numPr>
        <w:rPr/>
      </w:pPr>
      <w:r>
        <w:rPr/>
        <w:t>Knead briefly while warm. Divide into four balls and keep covered.</w:t>
      </w:r>
    </w:p>
    <w:p>
      <w:pPr>
        <w:pStyle w:val="ListNumber"/>
        <w:numPr>
          <w:ilvl w:val="0"/>
          <w:numId w:val="14"/>
        </w:numPr>
        <w:rPr/>
      </w:pPr>
      <w:r>
        <w:rPr/>
        <w:t>Pat each ball between damp palms or on a damp cloth into a 12–15 cm round, about 6 mm thick.</w:t>
      </w:r>
    </w:p>
    <w:p>
      <w:pPr>
        <w:pStyle w:val="ListNumber"/>
        <w:numPr>
          <w:ilvl w:val="0"/>
          <w:numId w:val="14"/>
        </w:numPr>
        <w:rPr/>
      </w:pPr>
      <w:r>
        <w:rPr/>
        <w:t>Lift carefully onto a hot tawa. Cook over medium heat until the first side firms, then turn and cook until both sides show brown patches.</w:t>
      </w:r>
    </w:p>
    <w:p>
      <w:pPr>
        <w:pStyle w:val="ListNumber"/>
        <w:numPr>
          <w:ilvl w:val="0"/>
          <w:numId w:val="14"/>
        </w:numPr>
        <w:rPr/>
      </w:pPr>
      <w:r>
        <w:rPr/>
        <w:t>Press lightly around the edges for even cooking. Serve hot with ghee, butter, curd, saag or jaggery.</w:t>
      </w:r>
    </w:p>
    <w:p>
      <w:pPr>
        <w:pStyle w:val="Normal"/>
        <w:rPr/>
      </w:pPr>
      <w:r>
        <w:rPr/>
        <w:t>Technique note: If the dough cracks, wet the fingers and press it back together; extra dry flour makes the bread crumbly.</w:t>
      </w:r>
    </w:p>
    <w:p>
      <w:pPr>
        <w:pStyle w:val="Heading2"/>
        <w:rPr/>
      </w:pPr>
      <w:r>
        <w:rPr/>
        <w:br/>
      </w:r>
      <w:r>
        <w:br w:type="page"/>
      </w:r>
    </w:p>
    <w:p>
      <w:pPr>
        <w:pStyle w:val="Heading2"/>
        <w:rPr/>
      </w:pPr>
      <w:r>
        <w:rPr/>
        <w:t>Poori</w:t>
      </w:r>
    </w:p>
    <w:p>
      <w:pPr>
        <w:pStyle w:val="Normal"/>
        <w:rPr/>
      </w:pPr>
      <w:r>
        <w:rPr>
          <w:b/>
          <w:color w:val="5A5A4B"/>
          <w:sz w:val="18"/>
        </w:rPr>
        <w:t>Region: Punjab / Haryana / Uttar Pradesh  |  Yield: 10–12 puris</w:t>
      </w:r>
    </w:p>
    <w:p>
      <w:pPr>
        <w:pStyle w:val="Normal"/>
        <w:rPr/>
      </w:pPr>
      <w:r>
        <w:rPr/>
        <w:t>Origins &amp; variations: A widely shared festive wheat bread. Regional differences mainly concern flour, thickness, oil temperature and the curry served beside it.</w:t>
      </w:r>
    </w:p>
    <w:p>
      <w:pPr>
        <w:pStyle w:val="Normal"/>
        <w:rPr/>
      </w:pPr>
      <w:r>
        <w:rPr/>
        <w:t>Serving: 4 portions</w:t>
      </w:r>
    </w:p>
    <w:p>
      <w:pPr>
        <w:pStyle w:val="Heading3"/>
        <w:rPr/>
      </w:pPr>
      <w:r>
        <w:rPr/>
        <w:t>Ingredients</w:t>
      </w:r>
    </w:p>
    <w:p>
      <w:pPr>
        <w:pStyle w:val="ListBullet"/>
        <w:numPr>
          <w:ilvl w:val="0"/>
          <w:numId w:val="1"/>
        </w:numPr>
        <w:rPr/>
      </w:pPr>
      <w:r>
        <w:rPr/>
        <w:t>2 cups atta</w:t>
      </w:r>
    </w:p>
    <w:p>
      <w:pPr>
        <w:pStyle w:val="ListBullet"/>
        <w:numPr>
          <w:ilvl w:val="0"/>
          <w:numId w:val="1"/>
        </w:numPr>
        <w:rPr/>
      </w:pPr>
      <w:r>
        <w:rPr/>
        <w:t>½ tsp salt</w:t>
      </w:r>
    </w:p>
    <w:p>
      <w:pPr>
        <w:pStyle w:val="ListBullet"/>
        <w:numPr>
          <w:ilvl w:val="0"/>
          <w:numId w:val="1"/>
        </w:numPr>
        <w:rPr/>
      </w:pPr>
      <w:r>
        <w:rPr/>
        <w:t>1 tsp oil or ghee (optional)</w:t>
      </w:r>
    </w:p>
    <w:p>
      <w:pPr>
        <w:pStyle w:val="ListBullet"/>
        <w:numPr>
          <w:ilvl w:val="0"/>
          <w:numId w:val="1"/>
        </w:numPr>
        <w:rPr/>
      </w:pPr>
      <w:r>
        <w:rPr/>
        <w:t>¾ cup water, approximately</w:t>
      </w:r>
    </w:p>
    <w:p>
      <w:pPr>
        <w:pStyle w:val="ListBullet"/>
        <w:numPr>
          <w:ilvl w:val="0"/>
          <w:numId w:val="1"/>
        </w:numPr>
        <w:rPr/>
      </w:pPr>
      <w:r>
        <w:rPr/>
        <w:t>Oil for deep-frying</w:t>
      </w:r>
    </w:p>
    <w:p>
      <w:pPr>
        <w:pStyle w:val="Heading3"/>
        <w:rPr/>
      </w:pPr>
      <w:r>
        <w:rPr/>
        <w:t>Traditional method</w:t>
      </w:r>
    </w:p>
    <w:p>
      <w:pPr>
        <w:pStyle w:val="ListNumber"/>
        <w:numPr>
          <w:ilvl w:val="0"/>
          <w:numId w:val="16"/>
        </w:numPr>
        <w:rPr/>
      </w:pPr>
      <w:r>
        <w:rPr/>
        <w:t>Mix atta and salt; rub in optional oil. Add water gradually and knead to a firm, smooth dough.</w:t>
      </w:r>
    </w:p>
    <w:p>
      <w:pPr>
        <w:pStyle w:val="ListNumber"/>
        <w:numPr>
          <w:ilvl w:val="0"/>
          <w:numId w:val="16"/>
        </w:numPr>
        <w:rPr/>
      </w:pPr>
      <w:r>
        <w:rPr/>
        <w:t>Cover and rest 15–20 minutes. Divide into small equal balls.</w:t>
      </w:r>
    </w:p>
    <w:p>
      <w:pPr>
        <w:pStyle w:val="ListNumber"/>
        <w:numPr>
          <w:ilvl w:val="0"/>
          <w:numId w:val="16"/>
        </w:numPr>
        <w:rPr/>
      </w:pPr>
      <w:r>
        <w:rPr/>
        <w:t>Roll into 9–10 cm discs of even thickness, using very little dry flour.</w:t>
      </w:r>
    </w:p>
    <w:p>
      <w:pPr>
        <w:pStyle w:val="ListNumber"/>
        <w:numPr>
          <w:ilvl w:val="0"/>
          <w:numId w:val="16"/>
        </w:numPr>
        <w:rPr/>
      </w:pPr>
      <w:r>
        <w:rPr/>
        <w:t>Heat oil in a deep kadai. Slide in one disc and press gently with a slotted spoon until it puffs; turn and fry until lightly golden.</w:t>
      </w:r>
    </w:p>
    <w:p>
      <w:pPr>
        <w:pStyle w:val="ListNumber"/>
        <w:numPr>
          <w:ilvl w:val="0"/>
          <w:numId w:val="16"/>
        </w:numPr>
        <w:rPr/>
      </w:pPr>
      <w:r>
        <w:rPr/>
        <w:t>Drain upright in a colander or on absorbent paper and serve immediately.</w:t>
      </w:r>
    </w:p>
    <w:p>
      <w:pPr>
        <w:pStyle w:val="Heading2"/>
        <w:numPr>
          <w:ilvl w:val="0"/>
          <w:numId w:val="0"/>
        </w:numPr>
        <w:ind w:hanging="0" w:left="720"/>
        <w:rPr/>
      </w:pPr>
      <w:r>
        <w:rPr/>
      </w:r>
      <w:r>
        <w:br w:type="page"/>
      </w:r>
    </w:p>
    <w:p>
      <w:pPr>
        <w:pStyle w:val="Heading2"/>
        <w:rPr/>
      </w:pPr>
      <w:r>
        <w:rPr/>
        <w:t>Bedmi Puri (Western Uttar Pradesh)</w:t>
      </w:r>
    </w:p>
    <w:p>
      <w:pPr>
        <w:pStyle w:val="Normal"/>
        <w:rPr/>
      </w:pPr>
      <w:r>
        <w:rPr>
          <w:b/>
          <w:color w:val="5A5A4B"/>
          <w:sz w:val="18"/>
        </w:rPr>
        <w:t>Region: Uttar Pradesh  |  Yield: 8 puris</w:t>
      </w:r>
    </w:p>
    <w:p>
      <w:pPr>
        <w:pStyle w:val="Normal"/>
        <w:rPr/>
      </w:pPr>
      <w:r>
        <w:rPr/>
        <w:t>Origins &amp; variations: A festive puri with a spiced urad-dal filling or ground lentil worked into the dough. Western UP versions are commonly served with a tangy potato curry.</w:t>
      </w:r>
    </w:p>
    <w:p>
      <w:pPr>
        <w:pStyle w:val="Normal"/>
        <w:rPr/>
      </w:pPr>
      <w:r>
        <w:rPr/>
        <w:t>Serving: 4 portions</w:t>
      </w:r>
    </w:p>
    <w:p>
      <w:pPr>
        <w:pStyle w:val="Heading3"/>
        <w:rPr/>
      </w:pPr>
      <w:r>
        <w:rPr/>
        <w:t>Ingredients</w:t>
      </w:r>
    </w:p>
    <w:p>
      <w:pPr>
        <w:pStyle w:val="ListBullet"/>
        <w:numPr>
          <w:ilvl w:val="0"/>
          <w:numId w:val="1"/>
        </w:numPr>
        <w:rPr/>
      </w:pPr>
      <w:r>
        <w:rPr/>
        <w:t>2 cups atta</w:t>
      </w:r>
    </w:p>
    <w:p>
      <w:pPr>
        <w:pStyle w:val="ListBullet"/>
        <w:numPr>
          <w:ilvl w:val="0"/>
          <w:numId w:val="1"/>
        </w:numPr>
        <w:rPr/>
      </w:pPr>
      <w:r>
        <w:rPr/>
        <w:t>½ cup urad dal, soaked 3 hours and drained</w:t>
      </w:r>
    </w:p>
    <w:p>
      <w:pPr>
        <w:pStyle w:val="ListBullet"/>
        <w:numPr>
          <w:ilvl w:val="0"/>
          <w:numId w:val="1"/>
        </w:numPr>
        <w:rPr/>
      </w:pPr>
      <w:r>
        <w:rPr/>
        <w:t>1 tsp fennel</w:t>
      </w:r>
    </w:p>
    <w:p>
      <w:pPr>
        <w:pStyle w:val="ListBullet"/>
        <w:numPr>
          <w:ilvl w:val="0"/>
          <w:numId w:val="1"/>
        </w:numPr>
        <w:rPr/>
      </w:pPr>
      <w:r>
        <w:rPr/>
        <w:t>½ tsp cumin</w:t>
      </w:r>
    </w:p>
    <w:p>
      <w:pPr>
        <w:pStyle w:val="ListBullet"/>
        <w:numPr>
          <w:ilvl w:val="0"/>
          <w:numId w:val="1"/>
        </w:numPr>
        <w:rPr/>
      </w:pPr>
      <w:r>
        <w:rPr/>
        <w:t>½ tsp hing</w:t>
      </w:r>
    </w:p>
    <w:p>
      <w:pPr>
        <w:pStyle w:val="ListBullet"/>
        <w:numPr>
          <w:ilvl w:val="0"/>
          <w:numId w:val="1"/>
        </w:numPr>
        <w:rPr/>
      </w:pPr>
      <w:r>
        <w:rPr/>
        <w:t>1 tsp coriander powder</w:t>
      </w:r>
    </w:p>
    <w:p>
      <w:pPr>
        <w:pStyle w:val="ListBullet"/>
        <w:numPr>
          <w:ilvl w:val="0"/>
          <w:numId w:val="1"/>
        </w:numPr>
        <w:rPr/>
      </w:pPr>
      <w:r>
        <w:rPr/>
        <w:t>½ tsp red chilli</w:t>
      </w:r>
    </w:p>
    <w:p>
      <w:pPr>
        <w:pStyle w:val="ListBullet"/>
        <w:numPr>
          <w:ilvl w:val="0"/>
          <w:numId w:val="1"/>
        </w:numPr>
        <w:rPr/>
      </w:pPr>
      <w:r>
        <w:rPr/>
        <w:t>Salt</w:t>
      </w:r>
    </w:p>
    <w:p>
      <w:pPr>
        <w:pStyle w:val="ListBullet"/>
        <w:numPr>
          <w:ilvl w:val="0"/>
          <w:numId w:val="1"/>
        </w:numPr>
        <w:rPr/>
      </w:pPr>
      <w:r>
        <w:rPr/>
        <w:t>Water as needed</w:t>
      </w:r>
    </w:p>
    <w:p>
      <w:pPr>
        <w:pStyle w:val="ListBullet"/>
        <w:numPr>
          <w:ilvl w:val="0"/>
          <w:numId w:val="1"/>
        </w:numPr>
        <w:rPr/>
      </w:pPr>
      <w:r>
        <w:rPr/>
        <w:t>Oil for frying</w:t>
      </w:r>
    </w:p>
    <w:p>
      <w:pPr>
        <w:pStyle w:val="Heading3"/>
        <w:rPr/>
      </w:pPr>
      <w:r>
        <w:rPr/>
        <w:t>Traditional method</w:t>
      </w:r>
    </w:p>
    <w:p>
      <w:pPr>
        <w:pStyle w:val="ListNumber"/>
        <w:numPr>
          <w:ilvl w:val="0"/>
          <w:numId w:val="17"/>
        </w:numPr>
        <w:rPr/>
      </w:pPr>
      <w:r>
        <w:rPr/>
        <w:t>Grind drained urad dal coarsely with as little water as possible.</w:t>
      </w:r>
    </w:p>
    <w:p>
      <w:pPr>
        <w:pStyle w:val="ListNumber"/>
        <w:numPr>
          <w:ilvl w:val="0"/>
          <w:numId w:val="17"/>
        </w:numPr>
        <w:rPr/>
      </w:pPr>
      <w:r>
        <w:rPr/>
        <w:t>Dry-roast fennel and cumin; crush them. Mix with dal, hing, coriander, chilli and salt.</w:t>
      </w:r>
    </w:p>
    <w:p>
      <w:pPr>
        <w:pStyle w:val="ListNumber"/>
        <w:numPr>
          <w:ilvl w:val="0"/>
          <w:numId w:val="17"/>
        </w:numPr>
        <w:rPr/>
      </w:pPr>
      <w:r>
        <w:rPr/>
        <w:t>Combine the spiced dal with atta. Add water little by little to make a firm dough. Rest 20 minutes.</w:t>
      </w:r>
    </w:p>
    <w:p>
      <w:pPr>
        <w:pStyle w:val="ListNumber"/>
        <w:numPr>
          <w:ilvl w:val="0"/>
          <w:numId w:val="17"/>
        </w:numPr>
        <w:rPr/>
      </w:pPr>
      <w:r>
        <w:rPr/>
        <w:t>Divide and roll into small discs. If the dough resists, cover and rest a further 5 minutes.</w:t>
      </w:r>
    </w:p>
    <w:p>
      <w:pPr>
        <w:pStyle w:val="ListNumber"/>
        <w:numPr>
          <w:ilvl w:val="0"/>
          <w:numId w:val="17"/>
        </w:numPr>
        <w:rPr/>
      </w:pPr>
      <w:r>
        <w:rPr/>
        <w:t>Deep-fry in hot oil until puffed and golden, turning once. Serve with aloo sabzi, pickle and a little sweet chutney.</w:t>
      </w:r>
    </w:p>
    <w:p>
      <w:pPr>
        <w:pStyle w:val="Heading2"/>
        <w:rPr/>
      </w:pPr>
      <w:r>
        <w:rPr/>
      </w:r>
      <w:r>
        <w:br w:type="page"/>
      </w:r>
    </w:p>
    <w:p>
      <w:pPr>
        <w:pStyle w:val="Heading2"/>
        <w:rPr/>
      </w:pPr>
      <w:r>
        <w:rPr/>
        <w:t>Stuffed Parathas: Aloo, Gobhi and Mooli</w:t>
      </w:r>
    </w:p>
    <w:p>
      <w:pPr>
        <w:pStyle w:val="Normal"/>
        <w:rPr/>
      </w:pPr>
      <w:r>
        <w:rPr>
          <w:b/>
          <w:color w:val="5A5A4B"/>
          <w:sz w:val="18"/>
        </w:rPr>
        <w:t>Region: Punjab  |  Yield: 4 large</w:t>
      </w:r>
    </w:p>
    <w:p>
      <w:pPr>
        <w:pStyle w:val="Normal"/>
        <w:rPr/>
      </w:pPr>
      <w:r>
        <w:rPr/>
        <w:t>Origins &amp; variations: Stuffed griddle breads are central to Punjabi breakfasts. Potato is soft and mellow, cauliflower is drier and aromatic, and radish is peppery and must be squeezed of excess water.</w:t>
      </w:r>
    </w:p>
    <w:p>
      <w:pPr>
        <w:pStyle w:val="Normal"/>
        <w:rPr/>
      </w:pPr>
      <w:r>
        <w:rPr/>
        <w:t>Serving: 4 parathas</w:t>
      </w:r>
    </w:p>
    <w:p>
      <w:pPr>
        <w:pStyle w:val="Heading3"/>
        <w:rPr/>
      </w:pPr>
      <w:r>
        <w:rPr/>
        <w:t>Ingredients</w:t>
      </w:r>
    </w:p>
    <w:p>
      <w:pPr>
        <w:pStyle w:val="ListBullet"/>
        <w:numPr>
          <w:ilvl w:val="0"/>
          <w:numId w:val="1"/>
        </w:numPr>
        <w:rPr/>
      </w:pPr>
      <w:r>
        <w:rPr/>
        <w:t>2 cups atta and water for dough</w:t>
      </w:r>
    </w:p>
    <w:p>
      <w:pPr>
        <w:pStyle w:val="ListBullet"/>
        <w:numPr>
          <w:ilvl w:val="0"/>
          <w:numId w:val="1"/>
        </w:numPr>
        <w:rPr/>
      </w:pPr>
      <w:r>
        <w:rPr/>
        <w:t>1 tbsp ghee or oil for dough</w:t>
      </w:r>
    </w:p>
    <w:p>
      <w:pPr>
        <w:pStyle w:val="ListBullet"/>
        <w:numPr>
          <w:ilvl w:val="0"/>
          <w:numId w:val="1"/>
        </w:numPr>
        <w:rPr/>
      </w:pPr>
      <w:r>
        <w:rPr/>
        <w:t>Aloo filling: 2 boiled potatoes, ½ tsp ajwain, chilli, salt, coriander and amchur</w:t>
      </w:r>
    </w:p>
    <w:p>
      <w:pPr>
        <w:pStyle w:val="ListBullet"/>
        <w:numPr>
          <w:ilvl w:val="0"/>
          <w:numId w:val="1"/>
        </w:numPr>
        <w:rPr/>
      </w:pPr>
      <w:r>
        <w:rPr/>
        <w:t>Gobhi filling: 1½ cups grated cauliflower, ginger, chilli, salt and coriander</w:t>
      </w:r>
    </w:p>
    <w:p>
      <w:pPr>
        <w:pStyle w:val="ListBullet"/>
        <w:numPr>
          <w:ilvl w:val="0"/>
          <w:numId w:val="1"/>
        </w:numPr>
        <w:rPr/>
      </w:pPr>
      <w:r>
        <w:rPr/>
        <w:t>Mooli filling: 1½ cups grated radish, squeezed dry, salt, chilli and coriander</w:t>
      </w:r>
    </w:p>
    <w:p>
      <w:pPr>
        <w:pStyle w:val="ListBullet"/>
        <w:numPr>
          <w:ilvl w:val="0"/>
          <w:numId w:val="1"/>
        </w:numPr>
        <w:rPr/>
      </w:pPr>
      <w:r>
        <w:rPr/>
        <w:t>Ghee for cooking</w:t>
      </w:r>
    </w:p>
    <w:p>
      <w:pPr>
        <w:pStyle w:val="Heading3"/>
        <w:rPr/>
      </w:pPr>
      <w:r>
        <w:rPr/>
        <w:t>Traditional method</w:t>
      </w:r>
    </w:p>
    <w:p>
      <w:pPr>
        <w:pStyle w:val="ListNumber"/>
        <w:numPr>
          <w:ilvl w:val="0"/>
          <w:numId w:val="18"/>
        </w:numPr>
        <w:rPr/>
      </w:pPr>
      <w:r>
        <w:rPr/>
        <w:t>Knead atta, water and a little ghee into a soft dough. Cover and rest 20–30 minutes.</w:t>
      </w:r>
    </w:p>
    <w:p>
      <w:pPr>
        <w:pStyle w:val="ListNumber"/>
        <w:numPr>
          <w:ilvl w:val="0"/>
          <w:numId w:val="18"/>
        </w:numPr>
        <w:rPr/>
      </w:pPr>
      <w:r>
        <w:rPr/>
        <w:t>Prepare the chosen filling. For gobhi or mooli, squeeze out moisture and season just before stuffing.</w:t>
      </w:r>
    </w:p>
    <w:p>
      <w:pPr>
        <w:pStyle w:val="ListNumber"/>
        <w:numPr>
          <w:ilvl w:val="0"/>
          <w:numId w:val="18"/>
        </w:numPr>
        <w:rPr/>
      </w:pPr>
      <w:r>
        <w:rPr/>
        <w:t>Divide dough into balls. Roll a small disc, place filling in the centre, gather and seal the edges.</w:t>
      </w:r>
    </w:p>
    <w:p>
      <w:pPr>
        <w:pStyle w:val="ListNumber"/>
        <w:numPr>
          <w:ilvl w:val="0"/>
          <w:numId w:val="18"/>
        </w:numPr>
        <w:rPr/>
      </w:pPr>
      <w:r>
        <w:rPr/>
        <w:t>Flatten gently and roll into a 15–18 cm paratha, dusting lightly so the filling does not break through.</w:t>
      </w:r>
    </w:p>
    <w:p>
      <w:pPr>
        <w:pStyle w:val="ListNumber"/>
        <w:numPr>
          <w:ilvl w:val="0"/>
          <w:numId w:val="18"/>
        </w:numPr>
        <w:rPr/>
      </w:pPr>
      <w:r>
        <w:rPr/>
        <w:t>Cook on a hot tawa. When both sides show brown spots, add ghee around the edges and cook until crisp patches appear.</w:t>
      </w:r>
    </w:p>
    <w:p>
      <w:pPr>
        <w:pStyle w:val="ListNumber"/>
        <w:numPr>
          <w:ilvl w:val="0"/>
          <w:numId w:val="18"/>
        </w:numPr>
        <w:rPr/>
      </w:pPr>
      <w:r>
        <w:rPr/>
        <w:t>Serve with curd, pickle, white butter and, for breakfast, a cup of chai.</w:t>
      </w:r>
    </w:p>
    <w:p>
      <w:pPr>
        <w:pStyle w:val="Heading2"/>
        <w:rPr/>
      </w:pPr>
      <w:r>
        <w:rPr/>
      </w:r>
      <w:r>
        <w:br w:type="page"/>
      </w:r>
    </w:p>
    <w:p>
      <w:pPr>
        <w:pStyle w:val="Heading2"/>
        <w:rPr/>
      </w:pPr>
      <w:r>
        <w:rPr/>
        <w:t>Bafla</w:t>
      </w:r>
    </w:p>
    <w:p>
      <w:pPr>
        <w:pStyle w:val="Normal"/>
        <w:rPr/>
      </w:pPr>
      <w:r>
        <w:rPr>
          <w:b/>
          <w:color w:val="5A5A4B"/>
          <w:sz w:val="18"/>
        </w:rPr>
        <w:t>Region: Madhya Pradesh (Malwa)  |  Yield: 8 small bafla</w:t>
      </w:r>
    </w:p>
    <w:p>
      <w:pPr>
        <w:pStyle w:val="Normal"/>
        <w:rPr/>
      </w:pPr>
      <w:r>
        <w:rPr/>
        <w:t>Origins &amp; variations: Bafla is a wheat cake related to the wider central Indian baati tradition, often boiled before baking or roasting and finished in ghee. The sequence creates a firm crust and dense centre.</w:t>
      </w:r>
    </w:p>
    <w:p>
      <w:pPr>
        <w:pStyle w:val="Normal"/>
        <w:rPr/>
      </w:pPr>
      <w:r>
        <w:rPr/>
        <w:t>Serving: 4 portions</w:t>
      </w:r>
    </w:p>
    <w:p>
      <w:pPr>
        <w:pStyle w:val="Heading3"/>
        <w:rPr/>
      </w:pPr>
      <w:r>
        <w:rPr/>
        <w:t>Ingredients</w:t>
      </w:r>
    </w:p>
    <w:p>
      <w:pPr>
        <w:pStyle w:val="ListBullet"/>
        <w:numPr>
          <w:ilvl w:val="0"/>
          <w:numId w:val="1"/>
        </w:numPr>
        <w:rPr/>
      </w:pPr>
      <w:r>
        <w:rPr/>
        <w:t>3 cups coarse wheat flour or atta</w:t>
      </w:r>
    </w:p>
    <w:p>
      <w:pPr>
        <w:pStyle w:val="ListBullet"/>
        <w:numPr>
          <w:ilvl w:val="0"/>
          <w:numId w:val="1"/>
        </w:numPr>
        <w:rPr/>
      </w:pPr>
      <w:r>
        <w:rPr/>
        <w:t>½ cup semolina (optional, for texture)</w:t>
      </w:r>
    </w:p>
    <w:p>
      <w:pPr>
        <w:pStyle w:val="ListBullet"/>
        <w:numPr>
          <w:ilvl w:val="0"/>
          <w:numId w:val="1"/>
        </w:numPr>
        <w:rPr/>
      </w:pPr>
      <w:r>
        <w:rPr/>
        <w:t>½ cup ghee</w:t>
      </w:r>
    </w:p>
    <w:p>
      <w:pPr>
        <w:pStyle w:val="ListBullet"/>
        <w:numPr>
          <w:ilvl w:val="0"/>
          <w:numId w:val="1"/>
        </w:numPr>
        <w:rPr/>
      </w:pPr>
      <w:r>
        <w:rPr/>
        <w:t>1 tsp ajwain</w:t>
      </w:r>
    </w:p>
    <w:p>
      <w:pPr>
        <w:pStyle w:val="ListBullet"/>
        <w:numPr>
          <w:ilvl w:val="0"/>
          <w:numId w:val="1"/>
        </w:numPr>
        <w:rPr/>
      </w:pPr>
      <w:r>
        <w:rPr/>
        <w:t>1 tsp salt</w:t>
      </w:r>
    </w:p>
    <w:p>
      <w:pPr>
        <w:pStyle w:val="ListBullet"/>
        <w:numPr>
          <w:ilvl w:val="0"/>
          <w:numId w:val="1"/>
        </w:numPr>
        <w:rPr/>
      </w:pPr>
      <w:r>
        <w:rPr/>
        <w:t>Warm water</w:t>
      </w:r>
    </w:p>
    <w:p>
      <w:pPr>
        <w:pStyle w:val="ListBullet"/>
        <w:numPr>
          <w:ilvl w:val="0"/>
          <w:numId w:val="1"/>
        </w:numPr>
        <w:rPr/>
      </w:pPr>
      <w:r>
        <w:rPr/>
        <w:t>Ghee for dunking</w:t>
      </w:r>
    </w:p>
    <w:p>
      <w:pPr>
        <w:pStyle w:val="Heading3"/>
        <w:rPr/>
      </w:pPr>
      <w:r>
        <w:rPr/>
        <w:t>Traditional method</w:t>
      </w:r>
    </w:p>
    <w:p>
      <w:pPr>
        <w:pStyle w:val="ListNumber"/>
        <w:numPr>
          <w:ilvl w:val="0"/>
          <w:numId w:val="19"/>
        </w:numPr>
        <w:rPr/>
      </w:pPr>
      <w:r>
        <w:rPr/>
        <w:t>Mix flour, optional semolina, ajwain and salt. Rub in ghee until the mixture resembles coarse crumbs.</w:t>
      </w:r>
    </w:p>
    <w:p>
      <w:pPr>
        <w:pStyle w:val="ListNumber"/>
        <w:numPr>
          <w:ilvl w:val="0"/>
          <w:numId w:val="19"/>
        </w:numPr>
        <w:rPr/>
      </w:pPr>
      <w:r>
        <w:rPr/>
        <w:t>Add water gradually to form a firm dough. Knead briefly and rest covered for 15 minutes.</w:t>
      </w:r>
    </w:p>
    <w:p>
      <w:pPr>
        <w:pStyle w:val="ListNumber"/>
        <w:numPr>
          <w:ilvl w:val="0"/>
          <w:numId w:val="19"/>
        </w:numPr>
        <w:rPr/>
      </w:pPr>
      <w:r>
        <w:rPr/>
        <w:t>Divide into eight balls and press a shallow thumb indentation into each so the centre cooks evenly.</w:t>
      </w:r>
    </w:p>
    <w:p>
      <w:pPr>
        <w:pStyle w:val="ListNumber"/>
        <w:numPr>
          <w:ilvl w:val="0"/>
          <w:numId w:val="19"/>
        </w:numPr>
        <w:rPr/>
      </w:pPr>
      <w:r>
        <w:rPr/>
        <w:t>Boil in gently simmering water for about 15–20 minutes, until the bafla rises and feels set. Drain well.</w:t>
      </w:r>
    </w:p>
    <w:p>
      <w:pPr>
        <w:pStyle w:val="ListNumber"/>
        <w:numPr>
          <w:ilvl w:val="0"/>
          <w:numId w:val="19"/>
        </w:numPr>
        <w:rPr/>
      </w:pPr>
      <w:r>
        <w:rPr/>
        <w:t>Bake in a preheated traditional oven or roast over embers, turning until the outside is golden and firm and the inside is cooked.</w:t>
      </w:r>
    </w:p>
    <w:p>
      <w:pPr>
        <w:pStyle w:val="ListNumber"/>
        <w:numPr>
          <w:ilvl w:val="0"/>
          <w:numId w:val="19"/>
        </w:numPr>
        <w:rPr/>
      </w:pPr>
      <w:r>
        <w:rPr/>
        <w:t>Break or slit while hot and dip in warm ghee. Serve with dal, churma and a seasonal vegetable.</w:t>
      </w:r>
    </w:p>
    <w:p>
      <w:pPr>
        <w:pStyle w:val="Normal"/>
        <w:rPr/>
      </w:pPr>
      <w:r>
        <w:rPr/>
        <w:t>Technique note: For ember roasting, use a bed of settled, glowing embers rather than tall flames; rotate often for an even crust.</w:t>
      </w:r>
    </w:p>
    <w:p>
      <w:pPr>
        <w:pStyle w:val="Normal"/>
        <w:rPr/>
      </w:pPr>
      <w:r>
        <w:rPr/>
      </w:r>
      <w:r>
        <w:br w:type="page"/>
      </w:r>
    </w:p>
    <w:p>
      <w:pPr>
        <w:pStyle w:val="Heading1"/>
        <w:spacing w:before="0" w:after="0"/>
        <w:rPr/>
      </w:pPr>
      <w:r>
        <w:rPr/>
        <w:t>PART II — CURRIES, SABZIS AND MAIN DISHES</w:t>
      </w:r>
    </w:p>
    <w:p>
      <w:pPr>
        <w:pStyle w:val="Normal"/>
        <w:rPr/>
      </w:pPr>
      <w:r>
        <w:rPr/>
        <w:t>This chapter moves from Punjabi slow-cooked dals and paneer gravies to Haryana’s seasonal greens and rustic vegetables, then to Malwa and central Indian specialities. The recipes are written for a home kitchen using fresh ingredients and patient cooking.</w:t>
      </w:r>
    </w:p>
    <w:p>
      <w:pPr>
        <w:pStyle w:val="Heading2"/>
        <w:rPr/>
      </w:pPr>
      <w:r>
        <w:rPr/>
        <w:t>Sarson ka Saag</w:t>
      </w:r>
    </w:p>
    <w:p>
      <w:pPr>
        <w:pStyle w:val="Normal"/>
        <w:rPr/>
      </w:pPr>
      <w:r>
        <w:rPr>
          <w:b/>
          <w:color w:val="5A5A4B"/>
          <w:sz w:val="18"/>
        </w:rPr>
        <w:t>Region: Punjab  |  Yield: 4 bowls</w:t>
      </w:r>
    </w:p>
    <w:p>
      <w:pPr>
        <w:pStyle w:val="Normal"/>
        <w:rPr/>
      </w:pPr>
      <w:r>
        <w:rPr/>
        <w:t>Origins &amp; variations: A winter preparation of mustard greens, traditionally cooked with other greens to balance their pungency. The exact blend changes with season and availability.</w:t>
      </w:r>
    </w:p>
    <w:p>
      <w:pPr>
        <w:pStyle w:val="Normal"/>
        <w:rPr/>
      </w:pPr>
      <w:r>
        <w:rPr/>
        <w:t>Serving: 4 portions</w:t>
      </w:r>
    </w:p>
    <w:p>
      <w:pPr>
        <w:pStyle w:val="Heading3"/>
        <w:rPr/>
      </w:pPr>
      <w:r>
        <w:rPr/>
        <w:t>Ingredients</w:t>
      </w:r>
    </w:p>
    <w:p>
      <w:pPr>
        <w:pStyle w:val="ListBullet"/>
        <w:numPr>
          <w:ilvl w:val="0"/>
          <w:numId w:val="1"/>
        </w:numPr>
        <w:rPr/>
      </w:pPr>
      <w:r>
        <w:rPr/>
        <w:t>500 g mustard greens, washed and chopped</w:t>
      </w:r>
    </w:p>
    <w:p>
      <w:pPr>
        <w:pStyle w:val="ListBullet"/>
        <w:numPr>
          <w:ilvl w:val="0"/>
          <w:numId w:val="1"/>
        </w:numPr>
        <w:rPr/>
      </w:pPr>
      <w:r>
        <w:rPr/>
        <w:t>200 g spinach or bathua</w:t>
      </w:r>
    </w:p>
    <w:p>
      <w:pPr>
        <w:pStyle w:val="ListBullet"/>
        <w:numPr>
          <w:ilvl w:val="0"/>
          <w:numId w:val="1"/>
        </w:numPr>
        <w:rPr/>
      </w:pPr>
      <w:r>
        <w:rPr/>
        <w:t>1 small onion, chopped (optional)</w:t>
      </w:r>
    </w:p>
    <w:p>
      <w:pPr>
        <w:pStyle w:val="ListBullet"/>
        <w:numPr>
          <w:ilvl w:val="0"/>
          <w:numId w:val="1"/>
        </w:numPr>
        <w:rPr/>
      </w:pPr>
      <w:r>
        <w:rPr/>
        <w:t>1 inch ginger</w:t>
      </w:r>
    </w:p>
    <w:p>
      <w:pPr>
        <w:pStyle w:val="ListBullet"/>
        <w:numPr>
          <w:ilvl w:val="0"/>
          <w:numId w:val="1"/>
        </w:numPr>
        <w:rPr/>
      </w:pPr>
      <w:r>
        <w:rPr/>
        <w:t>2 green chillies</w:t>
      </w:r>
    </w:p>
    <w:p>
      <w:pPr>
        <w:pStyle w:val="ListBullet"/>
        <w:numPr>
          <w:ilvl w:val="0"/>
          <w:numId w:val="1"/>
        </w:numPr>
        <w:rPr/>
      </w:pPr>
      <w:r>
        <w:rPr/>
        <w:t>2 tbsp makki atta</w:t>
      </w:r>
    </w:p>
    <w:p>
      <w:pPr>
        <w:pStyle w:val="ListBullet"/>
        <w:numPr>
          <w:ilvl w:val="0"/>
          <w:numId w:val="1"/>
        </w:numPr>
        <w:rPr/>
      </w:pPr>
      <w:r>
        <w:rPr/>
        <w:t>2 tbsp ghee</w:t>
      </w:r>
    </w:p>
    <w:p>
      <w:pPr>
        <w:pStyle w:val="ListBullet"/>
        <w:numPr>
          <w:ilvl w:val="0"/>
          <w:numId w:val="1"/>
        </w:numPr>
        <w:rPr/>
      </w:pPr>
      <w:r>
        <w:rPr/>
        <w:t>2 garlic cloves, sliced</w:t>
      </w:r>
    </w:p>
    <w:p>
      <w:pPr>
        <w:pStyle w:val="ListBullet"/>
        <w:numPr>
          <w:ilvl w:val="0"/>
          <w:numId w:val="1"/>
        </w:numPr>
        <w:rPr/>
      </w:pPr>
      <w:r>
        <w:rPr/>
        <w:t>Salt</w:t>
      </w:r>
    </w:p>
    <w:p>
      <w:pPr>
        <w:pStyle w:val="Heading3"/>
        <w:rPr/>
      </w:pPr>
      <w:r>
        <w:rPr/>
        <w:t>Traditional method</w:t>
      </w:r>
    </w:p>
    <w:p>
      <w:pPr>
        <w:pStyle w:val="ListNumber"/>
        <w:numPr>
          <w:ilvl w:val="0"/>
          <w:numId w:val="20"/>
        </w:numPr>
        <w:rPr/>
      </w:pPr>
      <w:r>
        <w:rPr/>
        <w:t>Wash greens repeatedly to remove grit. Put in a heavy pot with ginger, chillies, salt and ½ cup water.</w:t>
      </w:r>
    </w:p>
    <w:p>
      <w:pPr>
        <w:pStyle w:val="ListNumber"/>
        <w:numPr>
          <w:ilvl w:val="0"/>
          <w:numId w:val="20"/>
        </w:numPr>
        <w:rPr/>
      </w:pPr>
      <w:r>
        <w:rPr/>
        <w:t>Cover and simmer gently 35–50 minutes until completely tender, stirring occasionally and adding water only as needed.</w:t>
      </w:r>
    </w:p>
    <w:p>
      <w:pPr>
        <w:pStyle w:val="ListNumber"/>
        <w:numPr>
          <w:ilvl w:val="0"/>
          <w:numId w:val="20"/>
        </w:numPr>
        <w:rPr/>
      </w:pPr>
      <w:r>
        <w:rPr/>
        <w:t>Crush or coarsely blend the greens; traditional saag may be mashed with a wooden mathani or ladle rather than made perfectly smooth.</w:t>
      </w:r>
    </w:p>
    <w:p>
      <w:pPr>
        <w:pStyle w:val="ListNumber"/>
        <w:numPr>
          <w:ilvl w:val="0"/>
          <w:numId w:val="20"/>
        </w:numPr>
        <w:rPr/>
      </w:pPr>
      <w:r>
        <w:rPr/>
        <w:t>Mix makki atta with a little water and stir into the greens. Simmer another 10–15 minutes until the flour cooks and the saag thickens.</w:t>
      </w:r>
    </w:p>
    <w:p>
      <w:pPr>
        <w:pStyle w:val="ListNumber"/>
        <w:numPr>
          <w:ilvl w:val="0"/>
          <w:numId w:val="20"/>
        </w:numPr>
        <w:rPr/>
      </w:pPr>
      <w:r>
        <w:rPr/>
        <w:t>Heat ghee separately; fry garlic and optional onion until golden. Pour over the saag and simmer briefly.</w:t>
      </w:r>
    </w:p>
    <w:p>
      <w:pPr>
        <w:pStyle w:val="ListNumber"/>
        <w:numPr>
          <w:ilvl w:val="0"/>
          <w:numId w:val="20"/>
        </w:numPr>
        <w:rPr/>
      </w:pPr>
      <w:r>
        <w:rPr/>
        <w:t>Serve with makki di roti, white butter, raw onion, green chilli and jaggery.</w:t>
      </w:r>
    </w:p>
    <w:p>
      <w:pPr>
        <w:pStyle w:val="Normal"/>
        <w:rPr/>
      </w:pPr>
      <w:r>
        <w:rPr/>
        <w:t>Technique note: Slow cooking mellows mustard’s sharpness. Avoid rushing the greens at a fierce boil, which can scorch the base.</w:t>
      </w:r>
    </w:p>
    <w:p>
      <w:pPr>
        <w:pStyle w:val="Heading2"/>
        <w:rPr/>
      </w:pPr>
      <w:r>
        <w:rPr/>
      </w:r>
      <w:r>
        <w:br w:type="page"/>
      </w:r>
    </w:p>
    <w:p>
      <w:pPr>
        <w:pStyle w:val="Heading2"/>
        <w:rPr/>
      </w:pPr>
      <w:r>
        <w:rPr/>
        <w:t>Dal Makhani</w:t>
      </w:r>
    </w:p>
    <w:p>
      <w:pPr>
        <w:pStyle w:val="Normal"/>
        <w:rPr/>
      </w:pPr>
      <w:r>
        <w:rPr>
          <w:b/>
          <w:color w:val="5A5A4B"/>
          <w:sz w:val="18"/>
        </w:rPr>
        <w:t>Region: Punjab  |  Yield: 4–6</w:t>
      </w:r>
    </w:p>
    <w:p>
      <w:pPr>
        <w:pStyle w:val="Normal"/>
        <w:rPr/>
      </w:pPr>
      <w:r>
        <w:rPr/>
        <w:t>Origins &amp; variations: A celebratory Punjabi black lentil and kidney bean dish known for long simmering, a creamy body and a final ghee or butter enrichment.</w:t>
      </w:r>
    </w:p>
    <w:p>
      <w:pPr>
        <w:pStyle w:val="Normal"/>
        <w:rPr/>
      </w:pPr>
      <w:r>
        <w:rPr/>
        <w:t>Serving: 4–6 portions</w:t>
      </w:r>
    </w:p>
    <w:p>
      <w:pPr>
        <w:pStyle w:val="Heading3"/>
        <w:rPr/>
      </w:pPr>
      <w:r>
        <w:rPr/>
        <w:t>Ingredients</w:t>
      </w:r>
    </w:p>
    <w:p>
      <w:pPr>
        <w:pStyle w:val="ListBullet"/>
        <w:numPr>
          <w:ilvl w:val="0"/>
          <w:numId w:val="1"/>
        </w:numPr>
        <w:rPr/>
      </w:pPr>
      <w:r>
        <w:rPr/>
        <w:t>1 cup whole urad dal</w:t>
      </w:r>
    </w:p>
    <w:p>
      <w:pPr>
        <w:pStyle w:val="ListBullet"/>
        <w:numPr>
          <w:ilvl w:val="0"/>
          <w:numId w:val="1"/>
        </w:numPr>
        <w:rPr/>
      </w:pPr>
      <w:r>
        <w:rPr/>
        <w:t>¼ cup rajma</w:t>
      </w:r>
    </w:p>
    <w:p>
      <w:pPr>
        <w:pStyle w:val="ListBullet"/>
        <w:numPr>
          <w:ilvl w:val="0"/>
          <w:numId w:val="1"/>
        </w:numPr>
        <w:rPr/>
      </w:pPr>
      <w:r>
        <w:rPr/>
        <w:t>1 onion, finely chopped</w:t>
      </w:r>
    </w:p>
    <w:p>
      <w:pPr>
        <w:pStyle w:val="ListBullet"/>
        <w:numPr>
          <w:ilvl w:val="0"/>
          <w:numId w:val="1"/>
        </w:numPr>
        <w:rPr/>
      </w:pPr>
      <w:r>
        <w:rPr/>
        <w:t>2 tomatoes, puréed</w:t>
      </w:r>
    </w:p>
    <w:p>
      <w:pPr>
        <w:pStyle w:val="ListBullet"/>
        <w:numPr>
          <w:ilvl w:val="0"/>
          <w:numId w:val="1"/>
        </w:numPr>
        <w:rPr/>
      </w:pPr>
      <w:r>
        <w:rPr/>
        <w:t>1 tbsp ginger-garlic paste</w:t>
      </w:r>
    </w:p>
    <w:p>
      <w:pPr>
        <w:pStyle w:val="ListBullet"/>
        <w:numPr>
          <w:ilvl w:val="0"/>
          <w:numId w:val="1"/>
        </w:numPr>
        <w:rPr/>
      </w:pPr>
      <w:r>
        <w:rPr/>
        <w:t>1 tsp cumin</w:t>
      </w:r>
    </w:p>
    <w:p>
      <w:pPr>
        <w:pStyle w:val="ListBullet"/>
        <w:numPr>
          <w:ilvl w:val="0"/>
          <w:numId w:val="1"/>
        </w:numPr>
        <w:rPr/>
      </w:pPr>
      <w:r>
        <w:rPr/>
        <w:t>1 tsp coriander powder</w:t>
      </w:r>
    </w:p>
    <w:p>
      <w:pPr>
        <w:pStyle w:val="ListBullet"/>
        <w:numPr>
          <w:ilvl w:val="0"/>
          <w:numId w:val="1"/>
        </w:numPr>
        <w:rPr/>
      </w:pPr>
      <w:r>
        <w:rPr/>
        <w:t>½ tsp chilli powder</w:t>
      </w:r>
    </w:p>
    <w:p>
      <w:pPr>
        <w:pStyle w:val="ListBullet"/>
        <w:numPr>
          <w:ilvl w:val="0"/>
          <w:numId w:val="1"/>
        </w:numPr>
        <w:rPr/>
      </w:pPr>
      <w:r>
        <w:rPr/>
        <w:t>½ tsp garam masala</w:t>
      </w:r>
    </w:p>
    <w:p>
      <w:pPr>
        <w:pStyle w:val="ListBullet"/>
        <w:numPr>
          <w:ilvl w:val="0"/>
          <w:numId w:val="1"/>
        </w:numPr>
        <w:rPr/>
      </w:pPr>
      <w:r>
        <w:rPr/>
        <w:t>3 tbsp butter or ghee</w:t>
      </w:r>
    </w:p>
    <w:p>
      <w:pPr>
        <w:pStyle w:val="ListBullet"/>
        <w:numPr>
          <w:ilvl w:val="0"/>
          <w:numId w:val="1"/>
        </w:numPr>
        <w:rPr/>
      </w:pPr>
      <w:r>
        <w:rPr/>
        <w:t>2–4 tbsp cream (optional)</w:t>
      </w:r>
    </w:p>
    <w:p>
      <w:pPr>
        <w:pStyle w:val="ListBullet"/>
        <w:numPr>
          <w:ilvl w:val="0"/>
          <w:numId w:val="1"/>
        </w:numPr>
        <w:rPr/>
      </w:pPr>
      <w:r>
        <w:rPr/>
        <w:t>Salt</w:t>
      </w:r>
    </w:p>
    <w:p>
      <w:pPr>
        <w:pStyle w:val="Heading3"/>
        <w:rPr/>
      </w:pPr>
      <w:r>
        <w:rPr/>
        <w:t>Traditional method</w:t>
      </w:r>
    </w:p>
    <w:p>
      <w:pPr>
        <w:pStyle w:val="ListNumber"/>
        <w:numPr>
          <w:ilvl w:val="0"/>
          <w:numId w:val="21"/>
        </w:numPr>
        <w:rPr/>
      </w:pPr>
      <w:r>
        <w:rPr/>
        <w:t>Wash urad and rajma and soak separately for 8–12 hours. Drain and rinse.</w:t>
      </w:r>
    </w:p>
    <w:p>
      <w:pPr>
        <w:pStyle w:val="ListNumber"/>
        <w:numPr>
          <w:ilvl w:val="0"/>
          <w:numId w:val="21"/>
        </w:numPr>
        <w:rPr/>
      </w:pPr>
      <w:r>
        <w:rPr/>
        <w:t>Cover with fresh water and simmer until fully tender; a pressure cooker may be used for the initial cooking in a home kitchen, but the traditional character comes from the subsequent slow simmer.</w:t>
      </w:r>
    </w:p>
    <w:p>
      <w:pPr>
        <w:pStyle w:val="ListNumber"/>
        <w:numPr>
          <w:ilvl w:val="0"/>
          <w:numId w:val="21"/>
        </w:numPr>
        <w:rPr/>
      </w:pPr>
      <w:r>
        <w:rPr/>
        <w:t>Heat ghee or butter. Add cumin and onion; cook to a deep golden brown. Add ginger-garlic and fry until fragrant.</w:t>
      </w:r>
    </w:p>
    <w:p>
      <w:pPr>
        <w:pStyle w:val="ListNumber"/>
        <w:numPr>
          <w:ilvl w:val="0"/>
          <w:numId w:val="21"/>
        </w:numPr>
        <w:rPr/>
      </w:pPr>
      <w:r>
        <w:rPr/>
        <w:t>Add tomato, coriander, chilli and salt. Cook slowly until thick, darkened and the fat begins to separate.</w:t>
      </w:r>
    </w:p>
    <w:p>
      <w:pPr>
        <w:pStyle w:val="ListNumber"/>
        <w:numPr>
          <w:ilvl w:val="0"/>
          <w:numId w:val="21"/>
        </w:numPr>
        <w:rPr/>
      </w:pPr>
      <w:r>
        <w:rPr/>
        <w:t>Add cooked lentils and their liquor. Simmer very gently for 1½–3 hours, stirring often and adding hot water as needed so the base does not catch.</w:t>
      </w:r>
    </w:p>
    <w:p>
      <w:pPr>
        <w:pStyle w:val="ListNumber"/>
        <w:numPr>
          <w:ilvl w:val="0"/>
          <w:numId w:val="21"/>
        </w:numPr>
        <w:rPr/>
      </w:pPr>
      <w:r>
        <w:rPr/>
        <w:t>Crush a small portion of lentils against the pot to thicken. Finish with garam masala, butter and optional cream; simmer 10 minutes more.</w:t>
      </w:r>
    </w:p>
    <w:p>
      <w:pPr>
        <w:pStyle w:val="Normal"/>
        <w:rPr/>
      </w:pPr>
      <w:r>
        <w:rPr/>
        <w:t>Technique note: For slow cooking, keep the pot at a bare simmer with small bubbles, scrape the bottom often and add hot water rather than cold. Never leave a thick dal unattended.</w:t>
      </w:r>
    </w:p>
    <w:p>
      <w:pPr>
        <w:pStyle w:val="Heading2"/>
        <w:rPr/>
      </w:pPr>
      <w:r>
        <w:rPr/>
      </w:r>
      <w:r>
        <w:br w:type="page"/>
      </w:r>
    </w:p>
    <w:p>
      <w:pPr>
        <w:pStyle w:val="Heading2"/>
        <w:rPr/>
      </w:pPr>
      <w:r>
        <w:rPr/>
        <w:t>Palak Paneer</w:t>
      </w:r>
    </w:p>
    <w:p>
      <w:pPr>
        <w:pStyle w:val="Normal"/>
        <w:rPr/>
      </w:pPr>
      <w:r>
        <w:rPr>
          <w:b/>
          <w:color w:val="5A5A4B"/>
          <w:sz w:val="18"/>
        </w:rPr>
        <w:t>Region: Punjab / North India  |  Yield: 4</w:t>
      </w:r>
    </w:p>
    <w:p>
      <w:pPr>
        <w:pStyle w:val="Normal"/>
        <w:rPr/>
      </w:pPr>
      <w:r>
        <w:rPr/>
        <w:t>Origins &amp; variations: A spinach and paneer curry popular in Punjabi restaurants and homes. Traditional household versions often retain a little texture and use a modest tempering.</w:t>
      </w:r>
    </w:p>
    <w:p>
      <w:pPr>
        <w:pStyle w:val="Normal"/>
        <w:rPr/>
      </w:pPr>
      <w:r>
        <w:rPr/>
        <w:t>Serving: 4 portions</w:t>
      </w:r>
    </w:p>
    <w:p>
      <w:pPr>
        <w:pStyle w:val="Heading3"/>
        <w:rPr/>
      </w:pPr>
      <w:r>
        <w:rPr/>
        <w:t>Ingredients</w:t>
      </w:r>
    </w:p>
    <w:p>
      <w:pPr>
        <w:pStyle w:val="ListBullet"/>
        <w:numPr>
          <w:ilvl w:val="0"/>
          <w:numId w:val="1"/>
        </w:numPr>
        <w:rPr/>
      </w:pPr>
      <w:r>
        <w:rPr/>
        <w:t>500 g spinach</w:t>
      </w:r>
    </w:p>
    <w:p>
      <w:pPr>
        <w:pStyle w:val="ListBullet"/>
        <w:numPr>
          <w:ilvl w:val="0"/>
          <w:numId w:val="1"/>
        </w:numPr>
        <w:rPr/>
      </w:pPr>
      <w:r>
        <w:rPr/>
        <w:t>250 g paneer, cubed</w:t>
      </w:r>
    </w:p>
    <w:p>
      <w:pPr>
        <w:pStyle w:val="ListBullet"/>
        <w:numPr>
          <w:ilvl w:val="0"/>
          <w:numId w:val="1"/>
        </w:numPr>
        <w:rPr/>
      </w:pPr>
      <w:r>
        <w:rPr/>
        <w:t>1 onion, chopped</w:t>
      </w:r>
    </w:p>
    <w:p>
      <w:pPr>
        <w:pStyle w:val="ListBullet"/>
        <w:numPr>
          <w:ilvl w:val="0"/>
          <w:numId w:val="1"/>
        </w:numPr>
        <w:rPr/>
      </w:pPr>
      <w:r>
        <w:rPr/>
        <w:t>1 tomato, chopped</w:t>
      </w:r>
    </w:p>
    <w:p>
      <w:pPr>
        <w:pStyle w:val="ListBullet"/>
        <w:numPr>
          <w:ilvl w:val="0"/>
          <w:numId w:val="1"/>
        </w:numPr>
        <w:rPr/>
      </w:pPr>
      <w:r>
        <w:rPr/>
        <w:t>1 tsp ginger-garlic paste</w:t>
      </w:r>
    </w:p>
    <w:p>
      <w:pPr>
        <w:pStyle w:val="ListBullet"/>
        <w:numPr>
          <w:ilvl w:val="0"/>
          <w:numId w:val="1"/>
        </w:numPr>
        <w:rPr/>
      </w:pPr>
      <w:r>
        <w:rPr/>
        <w:t>1 green chilli</w:t>
      </w:r>
    </w:p>
    <w:p>
      <w:pPr>
        <w:pStyle w:val="ListBullet"/>
        <w:numPr>
          <w:ilvl w:val="0"/>
          <w:numId w:val="1"/>
        </w:numPr>
        <w:rPr/>
      </w:pPr>
      <w:r>
        <w:rPr/>
        <w:t>½ tsp cumin</w:t>
      </w:r>
    </w:p>
    <w:p>
      <w:pPr>
        <w:pStyle w:val="ListBullet"/>
        <w:numPr>
          <w:ilvl w:val="0"/>
          <w:numId w:val="1"/>
        </w:numPr>
        <w:rPr/>
      </w:pPr>
      <w:r>
        <w:rPr/>
        <w:t>½ tsp coriander powder</w:t>
      </w:r>
    </w:p>
    <w:p>
      <w:pPr>
        <w:pStyle w:val="ListBullet"/>
        <w:numPr>
          <w:ilvl w:val="0"/>
          <w:numId w:val="1"/>
        </w:numPr>
        <w:rPr/>
      </w:pPr>
      <w:r>
        <w:rPr/>
        <w:t>2 tbsp ghee</w:t>
      </w:r>
    </w:p>
    <w:p>
      <w:pPr>
        <w:pStyle w:val="ListBullet"/>
        <w:numPr>
          <w:ilvl w:val="0"/>
          <w:numId w:val="1"/>
        </w:numPr>
        <w:rPr/>
      </w:pPr>
      <w:r>
        <w:rPr/>
        <w:t>Salt</w:t>
      </w:r>
    </w:p>
    <w:p>
      <w:pPr>
        <w:pStyle w:val="ListBullet"/>
        <w:numPr>
          <w:ilvl w:val="0"/>
          <w:numId w:val="1"/>
        </w:numPr>
        <w:rPr/>
      </w:pPr>
      <w:r>
        <w:rPr/>
        <w:t>1 tbsp cream (optional)</w:t>
      </w:r>
    </w:p>
    <w:p>
      <w:pPr>
        <w:pStyle w:val="Heading3"/>
        <w:rPr/>
      </w:pPr>
      <w:r>
        <w:rPr/>
        <w:t>Traditional method</w:t>
      </w:r>
    </w:p>
    <w:p>
      <w:pPr>
        <w:pStyle w:val="ListNumber"/>
        <w:numPr>
          <w:ilvl w:val="0"/>
          <w:numId w:val="22"/>
        </w:numPr>
        <w:rPr/>
      </w:pPr>
      <w:r>
        <w:rPr/>
        <w:t>Wash spinach well. Blanch in boiling water for 1–2 minutes, then cool quickly and drain. Coarsely purée with green chilli.</w:t>
      </w:r>
    </w:p>
    <w:p>
      <w:pPr>
        <w:pStyle w:val="ListNumber"/>
        <w:numPr>
          <w:ilvl w:val="0"/>
          <w:numId w:val="22"/>
        </w:numPr>
        <w:rPr/>
      </w:pPr>
      <w:r>
        <w:rPr/>
        <w:t>Heat ghee, add cumin and onion and cook until soft and lightly golden. Add ginger-garlic and cook briefly.</w:t>
      </w:r>
    </w:p>
    <w:p>
      <w:pPr>
        <w:pStyle w:val="ListNumber"/>
        <w:numPr>
          <w:ilvl w:val="0"/>
          <w:numId w:val="22"/>
        </w:numPr>
        <w:rPr/>
      </w:pPr>
      <w:r>
        <w:rPr/>
        <w:t>Add tomato, coriander powder and salt; cook until the tomato softens and the masala thickens.</w:t>
      </w:r>
    </w:p>
    <w:p>
      <w:pPr>
        <w:pStyle w:val="ListNumber"/>
        <w:numPr>
          <w:ilvl w:val="0"/>
          <w:numId w:val="22"/>
        </w:numPr>
        <w:rPr/>
      </w:pPr>
      <w:r>
        <w:rPr/>
        <w:t>Add spinach purée and simmer 8–12 minutes. Add a little hot water if needed; avoid prolonged boiling that dulls the green colour.</w:t>
      </w:r>
    </w:p>
    <w:p>
      <w:pPr>
        <w:pStyle w:val="ListNumber"/>
        <w:numPr>
          <w:ilvl w:val="0"/>
          <w:numId w:val="22"/>
        </w:numPr>
        <w:rPr/>
      </w:pPr>
      <w:r>
        <w:rPr/>
        <w:t>Add paneer and simmer gently for 3–4 minutes. Finish with optional cream and serve with roti, naan or paratha.</w:t>
      </w:r>
    </w:p>
    <w:p>
      <w:pPr>
        <w:pStyle w:val="Heading2"/>
        <w:rPr/>
      </w:pPr>
      <w:r>
        <w:rPr/>
      </w:r>
      <w:r>
        <w:br w:type="page"/>
      </w:r>
    </w:p>
    <w:p>
      <w:pPr>
        <w:pStyle w:val="Heading2"/>
        <w:rPr/>
      </w:pPr>
      <w:r>
        <w:rPr/>
        <w:t>Shahi Paneer / Paneer Makhani</w:t>
      </w:r>
    </w:p>
    <w:p>
      <w:pPr>
        <w:pStyle w:val="Normal"/>
        <w:rPr/>
      </w:pPr>
      <w:r>
        <w:rPr>
          <w:b/>
          <w:color w:val="5A5A4B"/>
          <w:sz w:val="18"/>
        </w:rPr>
        <w:t>Region: Punjab / Uttar Pradesh  |  Yield: 4</w:t>
      </w:r>
    </w:p>
    <w:p>
      <w:pPr>
        <w:pStyle w:val="Normal"/>
        <w:rPr/>
      </w:pPr>
      <w:r>
        <w:rPr/>
        <w:t>Origins &amp; variations: Shahi paneer is associated with rich Mughlai-influenced gravies, while paneer makhani is known for a tomato-butter base. Names and methods overlap in restaurants, so this entry gives a home-style shahi version.</w:t>
      </w:r>
    </w:p>
    <w:p>
      <w:pPr>
        <w:pStyle w:val="Normal"/>
        <w:rPr/>
      </w:pPr>
      <w:r>
        <w:rPr/>
        <w:t>Serving: 4 portions</w:t>
      </w:r>
    </w:p>
    <w:p>
      <w:pPr>
        <w:pStyle w:val="Heading3"/>
        <w:rPr/>
      </w:pPr>
      <w:r>
        <w:rPr/>
        <w:t>Ingredients</w:t>
      </w:r>
    </w:p>
    <w:p>
      <w:pPr>
        <w:pStyle w:val="ListBullet"/>
        <w:numPr>
          <w:ilvl w:val="0"/>
          <w:numId w:val="1"/>
        </w:numPr>
        <w:rPr/>
      </w:pPr>
      <w:r>
        <w:rPr/>
        <w:t>300 g paneer</w:t>
      </w:r>
    </w:p>
    <w:p>
      <w:pPr>
        <w:pStyle w:val="ListBullet"/>
        <w:numPr>
          <w:ilvl w:val="0"/>
          <w:numId w:val="1"/>
        </w:numPr>
        <w:rPr/>
      </w:pPr>
      <w:r>
        <w:rPr/>
        <w:t>3 tomatoes, chopped</w:t>
      </w:r>
    </w:p>
    <w:p>
      <w:pPr>
        <w:pStyle w:val="ListBullet"/>
        <w:numPr>
          <w:ilvl w:val="0"/>
          <w:numId w:val="1"/>
        </w:numPr>
        <w:rPr/>
      </w:pPr>
      <w:r>
        <w:rPr/>
        <w:t>1 small onion, sliced</w:t>
      </w:r>
    </w:p>
    <w:p>
      <w:pPr>
        <w:pStyle w:val="ListBullet"/>
        <w:numPr>
          <w:ilvl w:val="0"/>
          <w:numId w:val="1"/>
        </w:numPr>
        <w:rPr/>
      </w:pPr>
      <w:r>
        <w:rPr/>
        <w:t>12 cashews, soaked</w:t>
      </w:r>
    </w:p>
    <w:p>
      <w:pPr>
        <w:pStyle w:val="ListBullet"/>
        <w:numPr>
          <w:ilvl w:val="0"/>
          <w:numId w:val="1"/>
        </w:numPr>
        <w:rPr/>
      </w:pPr>
      <w:r>
        <w:rPr/>
        <w:t>1 tsp ginger-garlic paste</w:t>
      </w:r>
    </w:p>
    <w:p>
      <w:pPr>
        <w:pStyle w:val="ListBullet"/>
        <w:numPr>
          <w:ilvl w:val="0"/>
          <w:numId w:val="1"/>
        </w:numPr>
        <w:rPr/>
      </w:pPr>
      <w:r>
        <w:rPr/>
        <w:t>2 tbsp ghee and 1 tbsp butter</w:t>
      </w:r>
    </w:p>
    <w:p>
      <w:pPr>
        <w:pStyle w:val="ListBullet"/>
        <w:numPr>
          <w:ilvl w:val="0"/>
          <w:numId w:val="1"/>
        </w:numPr>
        <w:rPr/>
      </w:pPr>
      <w:r>
        <w:rPr/>
        <w:t>2 green cardamoms</w:t>
      </w:r>
    </w:p>
    <w:p>
      <w:pPr>
        <w:pStyle w:val="ListBullet"/>
        <w:numPr>
          <w:ilvl w:val="0"/>
          <w:numId w:val="1"/>
        </w:numPr>
        <w:rPr/>
      </w:pPr>
      <w:r>
        <w:rPr/>
        <w:t>1 small cinnamon piece</w:t>
      </w:r>
    </w:p>
    <w:p>
      <w:pPr>
        <w:pStyle w:val="ListBullet"/>
        <w:numPr>
          <w:ilvl w:val="0"/>
          <w:numId w:val="1"/>
        </w:numPr>
        <w:rPr/>
      </w:pPr>
      <w:r>
        <w:rPr/>
        <w:t>½ tsp Kashmiri chilli</w:t>
      </w:r>
    </w:p>
    <w:p>
      <w:pPr>
        <w:pStyle w:val="ListBullet"/>
        <w:numPr>
          <w:ilvl w:val="0"/>
          <w:numId w:val="1"/>
        </w:numPr>
        <w:rPr/>
      </w:pPr>
      <w:r>
        <w:rPr/>
        <w:t>¼ tsp garam masala</w:t>
      </w:r>
    </w:p>
    <w:p>
      <w:pPr>
        <w:pStyle w:val="ListBullet"/>
        <w:numPr>
          <w:ilvl w:val="0"/>
          <w:numId w:val="1"/>
        </w:numPr>
        <w:rPr/>
      </w:pPr>
      <w:r>
        <w:rPr/>
        <w:t>2 tbsp cream (optional)</w:t>
      </w:r>
    </w:p>
    <w:p>
      <w:pPr>
        <w:pStyle w:val="ListBullet"/>
        <w:numPr>
          <w:ilvl w:val="0"/>
          <w:numId w:val="1"/>
        </w:numPr>
        <w:rPr/>
      </w:pPr>
      <w:r>
        <w:rPr/>
        <w:t>Salt</w:t>
      </w:r>
    </w:p>
    <w:p>
      <w:pPr>
        <w:pStyle w:val="Heading3"/>
        <w:rPr/>
      </w:pPr>
      <w:r>
        <w:rPr/>
        <w:t>Traditional method</w:t>
      </w:r>
    </w:p>
    <w:p>
      <w:pPr>
        <w:pStyle w:val="ListNumber"/>
        <w:numPr>
          <w:ilvl w:val="0"/>
          <w:numId w:val="23"/>
        </w:numPr>
        <w:rPr/>
      </w:pPr>
      <w:r>
        <w:rPr/>
        <w:t>Simmer tomatoes, onion, cashews, ginger-garlic and whole spices with ½ cup water until soft.</w:t>
      </w:r>
    </w:p>
    <w:p>
      <w:pPr>
        <w:pStyle w:val="ListNumber"/>
        <w:numPr>
          <w:ilvl w:val="0"/>
          <w:numId w:val="23"/>
        </w:numPr>
        <w:rPr/>
      </w:pPr>
      <w:r>
        <w:rPr/>
        <w:t>Cool, remove whole spices if desired, and grind to a smooth paste. Strain for a particularly fine festive gravy.</w:t>
      </w:r>
    </w:p>
    <w:p>
      <w:pPr>
        <w:pStyle w:val="ListNumber"/>
        <w:numPr>
          <w:ilvl w:val="0"/>
          <w:numId w:val="23"/>
        </w:numPr>
        <w:rPr/>
      </w:pPr>
      <w:r>
        <w:rPr/>
        <w:t>Heat ghee and butter. Add the ground paste and cook gently, stirring, until it thickens and loses its raw aroma.</w:t>
      </w:r>
    </w:p>
    <w:p>
      <w:pPr>
        <w:pStyle w:val="ListNumber"/>
        <w:numPr>
          <w:ilvl w:val="0"/>
          <w:numId w:val="23"/>
        </w:numPr>
        <w:rPr/>
      </w:pPr>
      <w:r>
        <w:rPr/>
        <w:t>Add chilli, salt and ½–1 cup hot water to make a silky sauce. Simmer 8–10 minutes.</w:t>
      </w:r>
    </w:p>
    <w:p>
      <w:pPr>
        <w:pStyle w:val="ListNumber"/>
        <w:numPr>
          <w:ilvl w:val="0"/>
          <w:numId w:val="23"/>
        </w:numPr>
        <w:rPr/>
      </w:pPr>
      <w:r>
        <w:rPr/>
        <w:t>Add paneer cubes and warm through without vigorous boiling. Finish with garam masala and optional cream.</w:t>
      </w:r>
    </w:p>
    <w:p>
      <w:pPr>
        <w:pStyle w:val="ListNumber"/>
        <w:numPr>
          <w:ilvl w:val="0"/>
          <w:numId w:val="23"/>
        </w:numPr>
        <w:rPr/>
      </w:pPr>
      <w:r>
        <w:rPr/>
        <w:t>Serve with tandoori roti, naan, or a festive pulao.</w:t>
      </w:r>
    </w:p>
    <w:p>
      <w:pPr>
        <w:pStyle w:val="Heading2"/>
        <w:rPr/>
      </w:pPr>
      <w:r>
        <w:rPr/>
      </w:r>
      <w:r>
        <w:br w:type="page"/>
      </w:r>
    </w:p>
    <w:p>
      <w:pPr>
        <w:pStyle w:val="Heading2"/>
        <w:rPr/>
      </w:pPr>
      <w:r>
        <w:rPr/>
        <w:t>Matar Paneer</w:t>
      </w:r>
    </w:p>
    <w:p>
      <w:pPr>
        <w:pStyle w:val="Normal"/>
        <w:rPr/>
      </w:pPr>
      <w:r>
        <w:rPr>
          <w:b/>
          <w:color w:val="5A5A4B"/>
          <w:sz w:val="18"/>
        </w:rPr>
        <w:t>Region: Punjab  |  Yield: 4</w:t>
      </w:r>
    </w:p>
    <w:p>
      <w:pPr>
        <w:pStyle w:val="Normal"/>
        <w:rPr/>
      </w:pPr>
      <w:r>
        <w:rPr/>
        <w:t>Origins &amp; variations: A home-style paneer and green-pea curry found across North India, especially in winter when fresh peas are available.</w:t>
      </w:r>
    </w:p>
    <w:p>
      <w:pPr>
        <w:pStyle w:val="Normal"/>
        <w:rPr/>
      </w:pPr>
      <w:r>
        <w:rPr/>
        <w:t>Serving: 4 portions</w:t>
      </w:r>
    </w:p>
    <w:p>
      <w:pPr>
        <w:pStyle w:val="Heading3"/>
        <w:rPr/>
      </w:pPr>
      <w:r>
        <w:rPr/>
        <w:t>Ingredients</w:t>
      </w:r>
    </w:p>
    <w:p>
      <w:pPr>
        <w:pStyle w:val="ListBullet"/>
        <w:numPr>
          <w:ilvl w:val="0"/>
          <w:numId w:val="1"/>
        </w:numPr>
        <w:rPr/>
      </w:pPr>
      <w:r>
        <w:rPr/>
        <w:t>250 g paneer, cubed</w:t>
      </w:r>
    </w:p>
    <w:p>
      <w:pPr>
        <w:pStyle w:val="ListBullet"/>
        <w:numPr>
          <w:ilvl w:val="0"/>
          <w:numId w:val="1"/>
        </w:numPr>
        <w:rPr/>
      </w:pPr>
      <w:r>
        <w:rPr/>
        <w:t>1½ cups peas</w:t>
      </w:r>
    </w:p>
    <w:p>
      <w:pPr>
        <w:pStyle w:val="ListBullet"/>
        <w:numPr>
          <w:ilvl w:val="0"/>
          <w:numId w:val="1"/>
        </w:numPr>
        <w:rPr/>
      </w:pPr>
      <w:r>
        <w:rPr/>
        <w:t>1 onion, chopped</w:t>
      </w:r>
    </w:p>
    <w:p>
      <w:pPr>
        <w:pStyle w:val="ListBullet"/>
        <w:numPr>
          <w:ilvl w:val="0"/>
          <w:numId w:val="1"/>
        </w:numPr>
        <w:rPr/>
      </w:pPr>
      <w:r>
        <w:rPr/>
        <w:t>2 tomatoes, puréed</w:t>
      </w:r>
    </w:p>
    <w:p>
      <w:pPr>
        <w:pStyle w:val="ListBullet"/>
        <w:numPr>
          <w:ilvl w:val="0"/>
          <w:numId w:val="1"/>
        </w:numPr>
        <w:rPr/>
      </w:pPr>
      <w:r>
        <w:rPr/>
        <w:t>1 tsp ginger-garlic paste</w:t>
      </w:r>
    </w:p>
    <w:p>
      <w:pPr>
        <w:pStyle w:val="ListBullet"/>
        <w:numPr>
          <w:ilvl w:val="0"/>
          <w:numId w:val="1"/>
        </w:numPr>
        <w:rPr/>
      </w:pPr>
      <w:r>
        <w:rPr/>
        <w:t>2 tbsp oil or ghee</w:t>
      </w:r>
    </w:p>
    <w:p>
      <w:pPr>
        <w:pStyle w:val="ListBullet"/>
        <w:numPr>
          <w:ilvl w:val="0"/>
          <w:numId w:val="1"/>
        </w:numPr>
        <w:rPr/>
      </w:pPr>
      <w:r>
        <w:rPr/>
        <w:t>½ tsp cumin</w:t>
      </w:r>
    </w:p>
    <w:p>
      <w:pPr>
        <w:pStyle w:val="ListBullet"/>
        <w:numPr>
          <w:ilvl w:val="0"/>
          <w:numId w:val="1"/>
        </w:numPr>
        <w:rPr/>
      </w:pPr>
      <w:r>
        <w:rPr/>
        <w:t>1 tsp coriander powder</w:t>
      </w:r>
    </w:p>
    <w:p>
      <w:pPr>
        <w:pStyle w:val="ListBullet"/>
        <w:numPr>
          <w:ilvl w:val="0"/>
          <w:numId w:val="1"/>
        </w:numPr>
        <w:rPr/>
      </w:pPr>
      <w:r>
        <w:rPr/>
        <w:t>¼ tsp turmeric</w:t>
      </w:r>
    </w:p>
    <w:p>
      <w:pPr>
        <w:pStyle w:val="ListBullet"/>
        <w:numPr>
          <w:ilvl w:val="0"/>
          <w:numId w:val="1"/>
        </w:numPr>
        <w:rPr/>
      </w:pPr>
      <w:r>
        <w:rPr/>
        <w:t>½ tsp garam masala</w:t>
      </w:r>
    </w:p>
    <w:p>
      <w:pPr>
        <w:pStyle w:val="ListBullet"/>
        <w:numPr>
          <w:ilvl w:val="0"/>
          <w:numId w:val="1"/>
        </w:numPr>
        <w:rPr/>
      </w:pPr>
      <w:r>
        <w:rPr/>
        <w:t>Salt and chilli</w:t>
      </w:r>
    </w:p>
    <w:p>
      <w:pPr>
        <w:pStyle w:val="Heading3"/>
        <w:rPr/>
      </w:pPr>
      <w:r>
        <w:rPr/>
        <w:t>Traditional method</w:t>
      </w:r>
    </w:p>
    <w:p>
      <w:pPr>
        <w:pStyle w:val="ListNumber"/>
        <w:numPr>
          <w:ilvl w:val="0"/>
          <w:numId w:val="4"/>
        </w:numPr>
        <w:rPr/>
      </w:pPr>
      <w:r>
        <w:rPr/>
        <w:t>Heat oil or ghee and add cumin. Add onion and cook until golden.</w:t>
      </w:r>
    </w:p>
    <w:p>
      <w:pPr>
        <w:pStyle w:val="ListNumber"/>
        <w:numPr>
          <w:ilvl w:val="0"/>
          <w:numId w:val="4"/>
        </w:numPr>
        <w:rPr/>
      </w:pPr>
      <w:r>
        <w:rPr/>
        <w:t>Stir in ginger-garlic, then tomato purée, coriander, turmeric, chilli and salt. Fry until thick and the fat begins to separate.</w:t>
      </w:r>
    </w:p>
    <w:p>
      <w:pPr>
        <w:pStyle w:val="ListNumber"/>
        <w:numPr>
          <w:ilvl w:val="0"/>
          <w:numId w:val="4"/>
        </w:numPr>
        <w:rPr/>
      </w:pPr>
      <w:r>
        <w:rPr/>
        <w:t>Add peas and ¾ cup water. Cover and simmer until tender, 8–15 minutes depending on the peas.</w:t>
      </w:r>
    </w:p>
    <w:p>
      <w:pPr>
        <w:pStyle w:val="ListNumber"/>
        <w:numPr>
          <w:ilvl w:val="0"/>
          <w:numId w:val="4"/>
        </w:numPr>
        <w:rPr/>
      </w:pPr>
      <w:r>
        <w:rPr/>
        <w:t>Add paneer and garam masala; simmer gently for 3–4 minutes. Adjust the gravy with hot water.</w:t>
      </w:r>
    </w:p>
    <w:p>
      <w:pPr>
        <w:pStyle w:val="ListNumber"/>
        <w:numPr>
          <w:ilvl w:val="0"/>
          <w:numId w:val="4"/>
        </w:numPr>
        <w:rPr/>
      </w:pPr>
      <w:r>
        <w:rPr/>
        <w:t>Serve with chapati, paratha or rice.</w:t>
      </w:r>
    </w:p>
    <w:p>
      <w:pPr>
        <w:pStyle w:val="Heading2"/>
        <w:rPr/>
      </w:pPr>
      <w:r>
        <w:rPr/>
      </w:r>
      <w:r>
        <w:br w:type="page"/>
      </w:r>
    </w:p>
    <w:p>
      <w:pPr>
        <w:pStyle w:val="Heading2"/>
        <w:rPr/>
      </w:pPr>
      <w:r>
        <w:rPr/>
        <w:t>Aloo Gobi</w:t>
      </w:r>
    </w:p>
    <w:p>
      <w:pPr>
        <w:pStyle w:val="Normal"/>
        <w:rPr/>
      </w:pPr>
      <w:r>
        <w:rPr>
          <w:b/>
          <w:color w:val="5A5A4B"/>
          <w:sz w:val="18"/>
        </w:rPr>
        <w:t>Region: Punjab / North India  |  Yield: 4</w:t>
      </w:r>
    </w:p>
    <w:p>
      <w:pPr>
        <w:pStyle w:val="Normal"/>
        <w:rPr/>
      </w:pPr>
      <w:r>
        <w:rPr/>
        <w:t>Origins &amp; variations: A familiar dry or semi-dry cauliflower and potato sabzi. Punjabi versions commonly use cumin, turmeric, coriander and ginger, with the vegetables cooked until tender but not collapsed.</w:t>
      </w:r>
    </w:p>
    <w:p>
      <w:pPr>
        <w:pStyle w:val="Normal"/>
        <w:rPr/>
      </w:pPr>
      <w:r>
        <w:rPr/>
        <w:t>Serving: 4 portions</w:t>
      </w:r>
    </w:p>
    <w:p>
      <w:pPr>
        <w:pStyle w:val="Heading3"/>
        <w:rPr/>
      </w:pPr>
      <w:r>
        <w:rPr/>
        <w:t>Ingredients</w:t>
      </w:r>
    </w:p>
    <w:p>
      <w:pPr>
        <w:pStyle w:val="ListBullet"/>
        <w:numPr>
          <w:ilvl w:val="0"/>
          <w:numId w:val="1"/>
        </w:numPr>
        <w:rPr/>
      </w:pPr>
      <w:r>
        <w:rPr/>
        <w:t>1 medium cauliflower, in florets</w:t>
      </w:r>
    </w:p>
    <w:p>
      <w:pPr>
        <w:pStyle w:val="ListBullet"/>
        <w:numPr>
          <w:ilvl w:val="0"/>
          <w:numId w:val="1"/>
        </w:numPr>
        <w:rPr/>
      </w:pPr>
      <w:r>
        <w:rPr/>
        <w:t>3 potatoes, cubed</w:t>
      </w:r>
    </w:p>
    <w:p>
      <w:pPr>
        <w:pStyle w:val="ListBullet"/>
        <w:numPr>
          <w:ilvl w:val="0"/>
          <w:numId w:val="1"/>
        </w:numPr>
        <w:rPr/>
      </w:pPr>
      <w:r>
        <w:rPr/>
        <w:t>3 tbsp mustard oil or ghee</w:t>
      </w:r>
    </w:p>
    <w:p>
      <w:pPr>
        <w:pStyle w:val="ListBullet"/>
        <w:numPr>
          <w:ilvl w:val="0"/>
          <w:numId w:val="1"/>
        </w:numPr>
        <w:rPr/>
      </w:pPr>
      <w:r>
        <w:rPr/>
        <w:t>1 tsp cumin</w:t>
      </w:r>
    </w:p>
    <w:p>
      <w:pPr>
        <w:pStyle w:val="ListBullet"/>
        <w:numPr>
          <w:ilvl w:val="0"/>
          <w:numId w:val="1"/>
        </w:numPr>
        <w:rPr/>
      </w:pPr>
      <w:r>
        <w:rPr/>
        <w:t>1 tsp grated ginger</w:t>
      </w:r>
    </w:p>
    <w:p>
      <w:pPr>
        <w:pStyle w:val="ListBullet"/>
        <w:numPr>
          <w:ilvl w:val="0"/>
          <w:numId w:val="1"/>
        </w:numPr>
        <w:rPr/>
      </w:pPr>
      <w:r>
        <w:rPr/>
        <w:t>½ tsp turmeric</w:t>
      </w:r>
    </w:p>
    <w:p>
      <w:pPr>
        <w:pStyle w:val="ListBullet"/>
        <w:numPr>
          <w:ilvl w:val="0"/>
          <w:numId w:val="1"/>
        </w:numPr>
        <w:rPr/>
      </w:pPr>
      <w:r>
        <w:rPr/>
        <w:t>1½ tsp coriander powder</w:t>
      </w:r>
    </w:p>
    <w:p>
      <w:pPr>
        <w:pStyle w:val="ListBullet"/>
        <w:numPr>
          <w:ilvl w:val="0"/>
          <w:numId w:val="1"/>
        </w:numPr>
        <w:rPr/>
      </w:pPr>
      <w:r>
        <w:rPr/>
        <w:t>½ tsp chilli</w:t>
      </w:r>
    </w:p>
    <w:p>
      <w:pPr>
        <w:pStyle w:val="ListBullet"/>
        <w:numPr>
          <w:ilvl w:val="0"/>
          <w:numId w:val="1"/>
        </w:numPr>
        <w:rPr/>
      </w:pPr>
      <w:r>
        <w:rPr/>
        <w:t>Salt</w:t>
      </w:r>
    </w:p>
    <w:p>
      <w:pPr>
        <w:pStyle w:val="ListBullet"/>
        <w:numPr>
          <w:ilvl w:val="0"/>
          <w:numId w:val="1"/>
        </w:numPr>
        <w:rPr/>
      </w:pPr>
      <w:r>
        <w:rPr/>
        <w:t>Fresh coriander and lemon</w:t>
      </w:r>
    </w:p>
    <w:p>
      <w:pPr>
        <w:pStyle w:val="Heading3"/>
        <w:rPr/>
      </w:pPr>
      <w:r>
        <w:rPr/>
        <w:t>Traditional method</w:t>
      </w:r>
    </w:p>
    <w:p>
      <w:pPr>
        <w:pStyle w:val="ListNumber"/>
        <w:numPr>
          <w:ilvl w:val="0"/>
          <w:numId w:val="24"/>
        </w:numPr>
        <w:rPr/>
      </w:pPr>
      <w:r>
        <w:rPr/>
        <w:t>Wash cauliflower and dry it well. If using mustard oil, heat until it just begins to smoke, then cool slightly before cooking.</w:t>
      </w:r>
    </w:p>
    <w:p>
      <w:pPr>
        <w:pStyle w:val="ListNumber"/>
        <w:numPr>
          <w:ilvl w:val="0"/>
          <w:numId w:val="24"/>
        </w:numPr>
        <w:rPr/>
      </w:pPr>
      <w:r>
        <w:rPr/>
        <w:t>Add cumin, then ginger. Add potatoes, turmeric, coriander, chilli and salt; toss to coat.</w:t>
      </w:r>
    </w:p>
    <w:p>
      <w:pPr>
        <w:pStyle w:val="ListNumber"/>
        <w:numPr>
          <w:ilvl w:val="0"/>
          <w:numId w:val="24"/>
        </w:numPr>
        <w:rPr/>
      </w:pPr>
      <w:r>
        <w:rPr/>
        <w:t>Cover and cook over low-medium heat 8–10 minutes, stirring carefully so the potatoes do not stick.</w:t>
      </w:r>
    </w:p>
    <w:p>
      <w:pPr>
        <w:pStyle w:val="ListNumber"/>
        <w:numPr>
          <w:ilvl w:val="0"/>
          <w:numId w:val="24"/>
        </w:numPr>
        <w:rPr/>
      </w:pPr>
      <w:r>
        <w:rPr/>
        <w:t>Add cauliflower, cover and cook another 12–18 minutes, turning gently. Sprinkle a little water only if the base catches.</w:t>
      </w:r>
    </w:p>
    <w:p>
      <w:pPr>
        <w:pStyle w:val="ListNumber"/>
        <w:numPr>
          <w:ilvl w:val="0"/>
          <w:numId w:val="24"/>
        </w:numPr>
        <w:rPr/>
      </w:pPr>
      <w:r>
        <w:rPr/>
        <w:t>Uncover for the final few minutes so excess moisture evaporates and the edges lightly brown. Finish with coriander and lemon.</w:t>
      </w:r>
      <w:r>
        <w:br w:type="page"/>
      </w:r>
    </w:p>
    <w:p>
      <w:pPr>
        <w:pStyle w:val="ListNumber"/>
        <w:numPr>
          <w:ilvl w:val="0"/>
          <w:numId w:val="0"/>
        </w:numPr>
        <w:ind w:hanging="0" w:left="720"/>
        <w:rPr/>
      </w:pPr>
      <w:r>
        <w:rPr/>
      </w:r>
    </w:p>
    <w:p>
      <w:pPr>
        <w:pStyle w:val="Heading2"/>
        <w:rPr/>
      </w:pPr>
      <w:r>
        <w:rPr/>
        <w:t>Baingan Bharta</w:t>
      </w:r>
    </w:p>
    <w:p>
      <w:pPr>
        <w:pStyle w:val="Normal"/>
        <w:rPr/>
      </w:pPr>
      <w:r>
        <w:rPr>
          <w:b/>
          <w:color w:val="5A5A4B"/>
          <w:sz w:val="18"/>
        </w:rPr>
        <w:t>Region: Punjab  |  Yield: 4</w:t>
      </w:r>
    </w:p>
    <w:p>
      <w:pPr>
        <w:pStyle w:val="Normal"/>
        <w:rPr/>
      </w:pPr>
      <w:r>
        <w:rPr/>
        <w:t>Origins &amp; variations: Smoky mashed aubergine, traditionally made by roasting whole eggplant directly over a wood or charcoal fire. The charred skin contributes the characteristic flavour.</w:t>
      </w:r>
    </w:p>
    <w:p>
      <w:pPr>
        <w:pStyle w:val="Normal"/>
        <w:rPr/>
      </w:pPr>
      <w:r>
        <w:rPr/>
        <w:t>Serving: 4 portions</w:t>
      </w:r>
    </w:p>
    <w:p>
      <w:pPr>
        <w:pStyle w:val="Heading3"/>
        <w:rPr/>
      </w:pPr>
      <w:r>
        <w:rPr/>
        <w:t>Ingredients</w:t>
      </w:r>
    </w:p>
    <w:p>
      <w:pPr>
        <w:pStyle w:val="ListBullet"/>
        <w:numPr>
          <w:ilvl w:val="0"/>
          <w:numId w:val="1"/>
        </w:numPr>
        <w:rPr/>
      </w:pPr>
      <w:r>
        <w:rPr/>
        <w:t>2 large eggplants (about 800 g)</w:t>
      </w:r>
    </w:p>
    <w:p>
      <w:pPr>
        <w:pStyle w:val="ListBullet"/>
        <w:numPr>
          <w:ilvl w:val="0"/>
          <w:numId w:val="1"/>
        </w:numPr>
        <w:rPr/>
      </w:pPr>
      <w:r>
        <w:rPr/>
        <w:t>2 tbsp mustard oil</w:t>
      </w:r>
    </w:p>
    <w:p>
      <w:pPr>
        <w:pStyle w:val="ListBullet"/>
        <w:numPr>
          <w:ilvl w:val="0"/>
          <w:numId w:val="1"/>
        </w:numPr>
        <w:rPr/>
      </w:pPr>
      <w:r>
        <w:rPr/>
        <w:t>1 onion, chopped</w:t>
      </w:r>
    </w:p>
    <w:p>
      <w:pPr>
        <w:pStyle w:val="ListBullet"/>
        <w:numPr>
          <w:ilvl w:val="0"/>
          <w:numId w:val="1"/>
        </w:numPr>
        <w:rPr/>
      </w:pPr>
      <w:r>
        <w:rPr/>
        <w:t>2 tomatoes, chopped</w:t>
      </w:r>
    </w:p>
    <w:p>
      <w:pPr>
        <w:pStyle w:val="ListBullet"/>
        <w:numPr>
          <w:ilvl w:val="0"/>
          <w:numId w:val="1"/>
        </w:numPr>
        <w:rPr/>
      </w:pPr>
      <w:r>
        <w:rPr/>
        <w:t>1 tbsp ginger, minced</w:t>
      </w:r>
    </w:p>
    <w:p>
      <w:pPr>
        <w:pStyle w:val="ListBullet"/>
        <w:numPr>
          <w:ilvl w:val="0"/>
          <w:numId w:val="1"/>
        </w:numPr>
        <w:rPr/>
      </w:pPr>
      <w:r>
        <w:rPr/>
        <w:t>2 green chillies</w:t>
      </w:r>
    </w:p>
    <w:p>
      <w:pPr>
        <w:pStyle w:val="ListBullet"/>
        <w:numPr>
          <w:ilvl w:val="0"/>
          <w:numId w:val="1"/>
        </w:numPr>
        <w:rPr/>
      </w:pPr>
      <w:r>
        <w:rPr/>
        <w:t>Salt</w:t>
      </w:r>
    </w:p>
    <w:p>
      <w:pPr>
        <w:pStyle w:val="ListBullet"/>
        <w:numPr>
          <w:ilvl w:val="0"/>
          <w:numId w:val="1"/>
        </w:numPr>
        <w:rPr/>
      </w:pPr>
      <w:r>
        <w:rPr/>
        <w:t>Coriander</w:t>
      </w:r>
    </w:p>
    <w:p>
      <w:pPr>
        <w:pStyle w:val="Heading3"/>
        <w:rPr/>
      </w:pPr>
      <w:r>
        <w:rPr/>
        <w:t>Traditional method</w:t>
      </w:r>
    </w:p>
    <w:p>
      <w:pPr>
        <w:pStyle w:val="ListNumber"/>
        <w:numPr>
          <w:ilvl w:val="0"/>
          <w:numId w:val="25"/>
        </w:numPr>
        <w:rPr/>
      </w:pPr>
      <w:r>
        <w:rPr/>
        <w:t>Wash and dry eggplants. Make a few shallow slits and roast whole over a live flame or glowing embers, turning frequently until the skin is blackened and the flesh collapses.</w:t>
      </w:r>
    </w:p>
    <w:p>
      <w:pPr>
        <w:pStyle w:val="ListNumber"/>
        <w:numPr>
          <w:ilvl w:val="0"/>
          <w:numId w:val="25"/>
        </w:numPr>
        <w:rPr/>
      </w:pPr>
      <w:r>
        <w:rPr/>
        <w:t>Place in a covered bowl for 5 minutes to loosen the skin. Peel while warm, remove any burnt fragments and mash the flesh.</w:t>
      </w:r>
    </w:p>
    <w:p>
      <w:pPr>
        <w:pStyle w:val="ListNumber"/>
        <w:numPr>
          <w:ilvl w:val="0"/>
          <w:numId w:val="25"/>
        </w:numPr>
        <w:rPr/>
      </w:pPr>
      <w:r>
        <w:rPr/>
        <w:t>Heat mustard oil in a kadai. Add onion and cook until golden; add ginger and green chilli.</w:t>
      </w:r>
    </w:p>
    <w:p>
      <w:pPr>
        <w:pStyle w:val="ListNumber"/>
        <w:numPr>
          <w:ilvl w:val="0"/>
          <w:numId w:val="25"/>
        </w:numPr>
        <w:rPr/>
      </w:pPr>
      <w:r>
        <w:rPr/>
        <w:t>Add tomatoes and salt and cook until the tomatoes soften and the masala thickens.</w:t>
      </w:r>
    </w:p>
    <w:p>
      <w:pPr>
        <w:pStyle w:val="ListNumber"/>
        <w:numPr>
          <w:ilvl w:val="0"/>
          <w:numId w:val="25"/>
        </w:numPr>
        <w:rPr/>
      </w:pPr>
      <w:r>
        <w:rPr/>
        <w:t>Stir in the roasted eggplant and cook 8–12 minutes, stirring and mashing to the desired texture. Finish with coriander.</w:t>
      </w:r>
    </w:p>
    <w:p>
      <w:pPr>
        <w:pStyle w:val="ListNumber"/>
        <w:numPr>
          <w:ilvl w:val="0"/>
          <w:numId w:val="25"/>
        </w:numPr>
        <w:rPr/>
      </w:pPr>
      <w:r>
        <w:rPr/>
        <w:t>Serve with roti or makki di roti, raw onion and green chilli.</w:t>
      </w:r>
    </w:p>
    <w:p>
      <w:pPr>
        <w:pStyle w:val="Normal"/>
        <w:rPr/>
      </w:pPr>
      <w:r>
        <w:rPr/>
        <w:t>Technique note: For charcoal roasting, maintain a controlled bed of embers and turn the eggplant with long tongs. Do not leave it unattended.</w:t>
      </w:r>
    </w:p>
    <w:p>
      <w:pPr>
        <w:pStyle w:val="Heading2"/>
        <w:rPr/>
      </w:pPr>
      <w:r>
        <w:rPr/>
      </w:r>
      <w:r>
        <w:br w:type="page"/>
      </w:r>
    </w:p>
    <w:p>
      <w:pPr>
        <w:pStyle w:val="Heading2"/>
        <w:rPr/>
      </w:pPr>
      <w:r>
        <w:rPr/>
        <w:t>Punjabi Chole / Chana Masala</w:t>
      </w:r>
    </w:p>
    <w:p>
      <w:pPr>
        <w:pStyle w:val="Normal"/>
        <w:rPr/>
      </w:pPr>
      <w:r>
        <w:rPr>
          <w:b/>
          <w:color w:val="5A5A4B"/>
          <w:sz w:val="18"/>
        </w:rPr>
        <w:t>Region: Punjab  |  Yield: 4</w:t>
      </w:r>
    </w:p>
    <w:p>
      <w:pPr>
        <w:pStyle w:val="Normal"/>
        <w:rPr/>
      </w:pPr>
      <w:r>
        <w:rPr/>
        <w:t>Origins &amp; variations: Chickpeas simmered in a dark, tangy, robustly spiced gravy. Punjabi versions often use amchur or anardana and may darken the cooking liquor with tea or whole spices.</w:t>
      </w:r>
    </w:p>
    <w:p>
      <w:pPr>
        <w:pStyle w:val="Normal"/>
        <w:rPr/>
      </w:pPr>
      <w:r>
        <w:rPr/>
        <w:t>Serving: 4 portions</w:t>
      </w:r>
    </w:p>
    <w:p>
      <w:pPr>
        <w:pStyle w:val="Heading3"/>
        <w:rPr/>
      </w:pPr>
      <w:r>
        <w:rPr/>
        <w:t>Ingredients</w:t>
      </w:r>
    </w:p>
    <w:p>
      <w:pPr>
        <w:pStyle w:val="ListBullet"/>
        <w:numPr>
          <w:ilvl w:val="0"/>
          <w:numId w:val="1"/>
        </w:numPr>
        <w:rPr/>
      </w:pPr>
      <w:r>
        <w:rPr/>
        <w:t>2 cups cooked chickpeas</w:t>
      </w:r>
    </w:p>
    <w:p>
      <w:pPr>
        <w:pStyle w:val="ListBullet"/>
        <w:numPr>
          <w:ilvl w:val="0"/>
          <w:numId w:val="1"/>
        </w:numPr>
        <w:rPr/>
      </w:pPr>
      <w:r>
        <w:rPr/>
        <w:t>2 tbsp ghee or oil</w:t>
      </w:r>
    </w:p>
    <w:p>
      <w:pPr>
        <w:pStyle w:val="ListBullet"/>
        <w:numPr>
          <w:ilvl w:val="0"/>
          <w:numId w:val="1"/>
        </w:numPr>
        <w:rPr/>
      </w:pPr>
      <w:r>
        <w:rPr/>
        <w:t>1 large onion, chopped</w:t>
      </w:r>
    </w:p>
    <w:p>
      <w:pPr>
        <w:pStyle w:val="ListBullet"/>
        <w:numPr>
          <w:ilvl w:val="0"/>
          <w:numId w:val="1"/>
        </w:numPr>
        <w:rPr/>
      </w:pPr>
      <w:r>
        <w:rPr/>
        <w:t>1 tbsp ginger-garlic paste</w:t>
      </w:r>
    </w:p>
    <w:p>
      <w:pPr>
        <w:pStyle w:val="ListBullet"/>
        <w:numPr>
          <w:ilvl w:val="0"/>
          <w:numId w:val="1"/>
        </w:numPr>
        <w:rPr/>
      </w:pPr>
      <w:r>
        <w:rPr/>
        <w:t>2 tomatoes, chopped</w:t>
      </w:r>
    </w:p>
    <w:p>
      <w:pPr>
        <w:pStyle w:val="ListBullet"/>
        <w:numPr>
          <w:ilvl w:val="0"/>
          <w:numId w:val="1"/>
        </w:numPr>
        <w:rPr/>
      </w:pPr>
      <w:r>
        <w:rPr/>
        <w:t>1 tsp cumin</w:t>
      </w:r>
    </w:p>
    <w:p>
      <w:pPr>
        <w:pStyle w:val="ListBullet"/>
        <w:numPr>
          <w:ilvl w:val="0"/>
          <w:numId w:val="1"/>
        </w:numPr>
        <w:rPr/>
      </w:pPr>
      <w:r>
        <w:rPr/>
        <w:t>1½ tsp coriander powder</w:t>
      </w:r>
    </w:p>
    <w:p>
      <w:pPr>
        <w:pStyle w:val="ListBullet"/>
        <w:numPr>
          <w:ilvl w:val="0"/>
          <w:numId w:val="1"/>
        </w:numPr>
        <w:rPr/>
      </w:pPr>
      <w:r>
        <w:rPr/>
        <w:t>1 tsp chole masala</w:t>
      </w:r>
    </w:p>
    <w:p>
      <w:pPr>
        <w:pStyle w:val="ListBullet"/>
        <w:numPr>
          <w:ilvl w:val="0"/>
          <w:numId w:val="1"/>
        </w:numPr>
        <w:rPr/>
      </w:pPr>
      <w:r>
        <w:rPr/>
        <w:t>½ tsp amchur or crushed anardana</w:t>
      </w:r>
    </w:p>
    <w:p>
      <w:pPr>
        <w:pStyle w:val="ListBullet"/>
        <w:numPr>
          <w:ilvl w:val="0"/>
          <w:numId w:val="1"/>
        </w:numPr>
        <w:rPr/>
      </w:pPr>
      <w:r>
        <w:rPr/>
        <w:t>Salt, chilli, coriander</w:t>
      </w:r>
    </w:p>
    <w:p>
      <w:pPr>
        <w:pStyle w:val="Heading3"/>
        <w:rPr/>
      </w:pPr>
      <w:r>
        <w:rPr/>
        <w:t>Traditional method</w:t>
      </w:r>
    </w:p>
    <w:p>
      <w:pPr>
        <w:pStyle w:val="ListNumber"/>
        <w:numPr>
          <w:ilvl w:val="0"/>
          <w:numId w:val="26"/>
        </w:numPr>
        <w:rPr/>
      </w:pPr>
      <w:r>
        <w:rPr/>
        <w:t>Heat ghee and cumin. Add onion and cook to a deep golden colour.</w:t>
      </w:r>
    </w:p>
    <w:p>
      <w:pPr>
        <w:pStyle w:val="ListNumber"/>
        <w:numPr>
          <w:ilvl w:val="0"/>
          <w:numId w:val="26"/>
        </w:numPr>
        <w:rPr/>
      </w:pPr>
      <w:r>
        <w:rPr/>
        <w:t>Add ginger-garlic and fry briefly. Add tomatoes, coriander, chilli, chole masala and salt; cook until thick and glossy.</w:t>
      </w:r>
    </w:p>
    <w:p>
      <w:pPr>
        <w:pStyle w:val="ListNumber"/>
        <w:numPr>
          <w:ilvl w:val="0"/>
          <w:numId w:val="26"/>
        </w:numPr>
        <w:rPr/>
      </w:pPr>
      <w:r>
        <w:rPr/>
        <w:t>Add chickpeas and 1½ cups cooking liquor. Simmer 25–35 minutes, stirring periodically.</w:t>
      </w:r>
    </w:p>
    <w:p>
      <w:pPr>
        <w:pStyle w:val="ListNumber"/>
        <w:numPr>
          <w:ilvl w:val="0"/>
          <w:numId w:val="26"/>
        </w:numPr>
        <w:rPr/>
      </w:pPr>
      <w:r>
        <w:rPr/>
        <w:t>Crush a handful of chickpeas against the side of the pan to create a thick gravy. Add amchur or anardana and simmer 5 minutes.</w:t>
      </w:r>
    </w:p>
    <w:p>
      <w:pPr>
        <w:pStyle w:val="ListNumber"/>
        <w:numPr>
          <w:ilvl w:val="0"/>
          <w:numId w:val="26"/>
        </w:numPr>
        <w:rPr/>
      </w:pPr>
      <w:r>
        <w:rPr/>
        <w:t>Finish with coriander. Serve with kulcha, bhatura, puri, onion and lemon.</w:t>
      </w:r>
    </w:p>
    <w:p>
      <w:pPr>
        <w:pStyle w:val="Heading2"/>
        <w:rPr/>
      </w:pPr>
      <w:r>
        <w:rPr/>
      </w:r>
      <w:r>
        <w:br w:type="page"/>
      </w:r>
    </w:p>
    <w:p>
      <w:pPr>
        <w:pStyle w:val="Heading2"/>
        <w:rPr/>
      </w:pPr>
      <w:r>
        <w:rPr/>
        <w:t>Kachri ki Sabzi</w:t>
      </w:r>
    </w:p>
    <w:p>
      <w:pPr>
        <w:pStyle w:val="Normal"/>
        <w:rPr/>
      </w:pPr>
      <w:r>
        <w:rPr>
          <w:b/>
          <w:color w:val="5A5A4B"/>
          <w:sz w:val="18"/>
        </w:rPr>
        <w:t>Region: Haryana  |  Yield: 4</w:t>
      </w:r>
    </w:p>
    <w:p>
      <w:pPr>
        <w:pStyle w:val="Normal"/>
        <w:rPr/>
      </w:pPr>
      <w:r>
        <w:rPr/>
        <w:t>Origins &amp; variations: Kachri is a small wild melon used in parts of Haryana and Rajasthan. It is valued for its tartness and is cooked as a seasonal vegetable or dried for later use.</w:t>
      </w:r>
    </w:p>
    <w:p>
      <w:pPr>
        <w:pStyle w:val="Normal"/>
        <w:rPr/>
      </w:pPr>
      <w:r>
        <w:rPr/>
        <w:t>Serving: 3–4 portions</w:t>
      </w:r>
    </w:p>
    <w:p>
      <w:pPr>
        <w:pStyle w:val="Heading3"/>
        <w:rPr/>
      </w:pPr>
      <w:r>
        <w:rPr/>
        <w:t>Ingredients</w:t>
      </w:r>
    </w:p>
    <w:p>
      <w:pPr>
        <w:pStyle w:val="ListBullet"/>
        <w:numPr>
          <w:ilvl w:val="0"/>
          <w:numId w:val="1"/>
        </w:numPr>
        <w:rPr/>
      </w:pPr>
      <w:r>
        <w:rPr/>
        <w:t>300 g fresh kachri, washed and chopped (or rehydrated dried kachri)</w:t>
      </w:r>
    </w:p>
    <w:p>
      <w:pPr>
        <w:pStyle w:val="ListBullet"/>
        <w:numPr>
          <w:ilvl w:val="0"/>
          <w:numId w:val="1"/>
        </w:numPr>
        <w:rPr/>
      </w:pPr>
      <w:r>
        <w:rPr/>
        <w:t>2 tbsp mustard oil</w:t>
      </w:r>
    </w:p>
    <w:p>
      <w:pPr>
        <w:pStyle w:val="ListBullet"/>
        <w:numPr>
          <w:ilvl w:val="0"/>
          <w:numId w:val="1"/>
        </w:numPr>
        <w:rPr/>
      </w:pPr>
      <w:r>
        <w:rPr/>
        <w:t>½ tsp cumin</w:t>
      </w:r>
    </w:p>
    <w:p>
      <w:pPr>
        <w:pStyle w:val="ListBullet"/>
        <w:numPr>
          <w:ilvl w:val="0"/>
          <w:numId w:val="1"/>
        </w:numPr>
        <w:rPr/>
      </w:pPr>
      <w:r>
        <w:rPr/>
        <w:t>Pinch hing</w:t>
      </w:r>
    </w:p>
    <w:p>
      <w:pPr>
        <w:pStyle w:val="ListBullet"/>
        <w:numPr>
          <w:ilvl w:val="0"/>
          <w:numId w:val="1"/>
        </w:numPr>
        <w:rPr/>
      </w:pPr>
      <w:r>
        <w:rPr/>
        <w:t>½ tsp turmeric</w:t>
      </w:r>
    </w:p>
    <w:p>
      <w:pPr>
        <w:pStyle w:val="ListBullet"/>
        <w:numPr>
          <w:ilvl w:val="0"/>
          <w:numId w:val="1"/>
        </w:numPr>
        <w:rPr/>
      </w:pPr>
      <w:r>
        <w:rPr/>
        <w:t>1 tsp coriander powder</w:t>
      </w:r>
    </w:p>
    <w:p>
      <w:pPr>
        <w:pStyle w:val="ListBullet"/>
        <w:numPr>
          <w:ilvl w:val="0"/>
          <w:numId w:val="1"/>
        </w:numPr>
        <w:rPr/>
      </w:pPr>
      <w:r>
        <w:rPr/>
        <w:t>½ tsp chilli</w:t>
      </w:r>
    </w:p>
    <w:p>
      <w:pPr>
        <w:pStyle w:val="ListBullet"/>
        <w:numPr>
          <w:ilvl w:val="0"/>
          <w:numId w:val="1"/>
        </w:numPr>
        <w:rPr/>
      </w:pPr>
      <w:r>
        <w:rPr/>
        <w:t>Salt</w:t>
      </w:r>
    </w:p>
    <w:p>
      <w:pPr>
        <w:pStyle w:val="ListBullet"/>
        <w:numPr>
          <w:ilvl w:val="0"/>
          <w:numId w:val="1"/>
        </w:numPr>
        <w:rPr/>
      </w:pPr>
      <w:r>
        <w:rPr/>
        <w:t>2 tbsp curd (optional, if a milder gravy is wanted)</w:t>
      </w:r>
    </w:p>
    <w:p>
      <w:pPr>
        <w:pStyle w:val="Heading3"/>
        <w:rPr/>
      </w:pPr>
      <w:r>
        <w:rPr/>
        <w:t>Traditional method</w:t>
      </w:r>
    </w:p>
    <w:p>
      <w:pPr>
        <w:pStyle w:val="ListNumber"/>
        <w:numPr>
          <w:ilvl w:val="0"/>
          <w:numId w:val="27"/>
        </w:numPr>
        <w:rPr/>
      </w:pPr>
      <w:r>
        <w:rPr/>
        <w:t>Heat mustard oil until it just smokes; let it cool slightly. Add cumin and hing.</w:t>
      </w:r>
    </w:p>
    <w:p>
      <w:pPr>
        <w:pStyle w:val="ListNumber"/>
        <w:numPr>
          <w:ilvl w:val="0"/>
          <w:numId w:val="27"/>
        </w:numPr>
        <w:rPr/>
      </w:pPr>
      <w:r>
        <w:rPr/>
        <w:t>Add kachri, turmeric, coriander, chilli and salt. Stir to coat.</w:t>
      </w:r>
    </w:p>
    <w:p>
      <w:pPr>
        <w:pStyle w:val="ListNumber"/>
        <w:numPr>
          <w:ilvl w:val="0"/>
          <w:numId w:val="27"/>
        </w:numPr>
        <w:rPr/>
      </w:pPr>
      <w:r>
        <w:rPr/>
        <w:t>Cover and cook on low heat until tender, 10–20 minutes depending on maturity. Add spoonfuls of water only if needed.</w:t>
      </w:r>
    </w:p>
    <w:p>
      <w:pPr>
        <w:pStyle w:val="ListNumber"/>
        <w:numPr>
          <w:ilvl w:val="0"/>
          <w:numId w:val="27"/>
        </w:numPr>
        <w:rPr/>
      </w:pPr>
      <w:r>
        <w:rPr/>
        <w:t>If using curd, whisk it smooth and stir in over low heat so it does not split. Simmer briefly.</w:t>
      </w:r>
    </w:p>
    <w:p>
      <w:pPr>
        <w:pStyle w:val="ListNumber"/>
        <w:numPr>
          <w:ilvl w:val="0"/>
          <w:numId w:val="27"/>
        </w:numPr>
        <w:rPr/>
      </w:pPr>
      <w:r>
        <w:rPr/>
        <w:t>Taste before adding any further souring agent; kachri itself can be quite tart. Serve with bajra roti or plain roti.</w:t>
      </w:r>
    </w:p>
    <w:p>
      <w:pPr>
        <w:pStyle w:val="Heading2"/>
        <w:rPr/>
      </w:pPr>
      <w:r>
        <w:rPr/>
      </w:r>
    </w:p>
    <w:p>
      <w:pPr>
        <w:pStyle w:val="Heading2"/>
        <w:rPr/>
      </w:pPr>
      <w:r>
        <w:rPr/>
      </w:r>
      <w:r>
        <w:br w:type="page"/>
      </w:r>
    </w:p>
    <w:p>
      <w:pPr>
        <w:pStyle w:val="Heading2"/>
        <w:rPr/>
      </w:pPr>
      <w:r>
        <w:rPr/>
        <w:t>Singri ki Sabzi</w:t>
      </w:r>
    </w:p>
    <w:p>
      <w:pPr>
        <w:pStyle w:val="Normal"/>
        <w:rPr/>
      </w:pPr>
      <w:r>
        <w:rPr>
          <w:b/>
          <w:color w:val="5A5A4B"/>
          <w:sz w:val="18"/>
        </w:rPr>
        <w:t>Region: Haryana  |  Yield: 4</w:t>
      </w:r>
    </w:p>
    <w:p>
      <w:pPr>
        <w:pStyle w:val="Normal"/>
        <w:rPr/>
      </w:pPr>
      <w:r>
        <w:rPr/>
        <w:t>Origins &amp; variations: Singri is a regional name used for certain wild beans or pods in arid northwestern food traditions; names and species can vary locally. Use a correctly identified edible singri from a trusted source.</w:t>
      </w:r>
    </w:p>
    <w:p>
      <w:pPr>
        <w:pStyle w:val="Normal"/>
        <w:rPr/>
      </w:pPr>
      <w:r>
        <w:rPr/>
        <w:t>Serving: 4 portions</w:t>
      </w:r>
    </w:p>
    <w:p>
      <w:pPr>
        <w:pStyle w:val="Heading3"/>
        <w:rPr/>
      </w:pPr>
      <w:r>
        <w:rPr/>
        <w:t>Ingredients</w:t>
      </w:r>
    </w:p>
    <w:p>
      <w:pPr>
        <w:pStyle w:val="ListBullet"/>
        <w:numPr>
          <w:ilvl w:val="0"/>
          <w:numId w:val="1"/>
        </w:numPr>
        <w:rPr/>
      </w:pPr>
      <w:r>
        <w:rPr/>
        <w:t>250 g edible singri pods, fresh or dried and rehydrated</w:t>
      </w:r>
    </w:p>
    <w:p>
      <w:pPr>
        <w:pStyle w:val="ListBullet"/>
        <w:numPr>
          <w:ilvl w:val="0"/>
          <w:numId w:val="1"/>
        </w:numPr>
        <w:rPr/>
      </w:pPr>
      <w:r>
        <w:rPr/>
        <w:t>2 tbsp mustard oil</w:t>
      </w:r>
    </w:p>
    <w:p>
      <w:pPr>
        <w:pStyle w:val="ListBullet"/>
        <w:numPr>
          <w:ilvl w:val="0"/>
          <w:numId w:val="1"/>
        </w:numPr>
        <w:rPr/>
      </w:pPr>
      <w:r>
        <w:rPr/>
        <w:t>1 tsp cumin</w:t>
      </w:r>
    </w:p>
    <w:p>
      <w:pPr>
        <w:pStyle w:val="ListBullet"/>
        <w:numPr>
          <w:ilvl w:val="0"/>
          <w:numId w:val="1"/>
        </w:numPr>
        <w:rPr/>
      </w:pPr>
      <w:r>
        <w:rPr/>
        <w:t>Pinch hing</w:t>
      </w:r>
    </w:p>
    <w:p>
      <w:pPr>
        <w:pStyle w:val="ListBullet"/>
        <w:numPr>
          <w:ilvl w:val="0"/>
          <w:numId w:val="1"/>
        </w:numPr>
        <w:rPr/>
      </w:pPr>
      <w:r>
        <w:rPr/>
        <w:t>1 onion, sliced (optional)</w:t>
      </w:r>
    </w:p>
    <w:p>
      <w:pPr>
        <w:pStyle w:val="ListBullet"/>
        <w:numPr>
          <w:ilvl w:val="0"/>
          <w:numId w:val="1"/>
        </w:numPr>
        <w:rPr/>
      </w:pPr>
      <w:r>
        <w:rPr/>
        <w:t>½ tsp turmeric</w:t>
      </w:r>
    </w:p>
    <w:p>
      <w:pPr>
        <w:pStyle w:val="ListBullet"/>
        <w:numPr>
          <w:ilvl w:val="0"/>
          <w:numId w:val="1"/>
        </w:numPr>
        <w:rPr/>
      </w:pPr>
      <w:r>
        <w:rPr/>
        <w:t>1 tsp coriander powder</w:t>
      </w:r>
    </w:p>
    <w:p>
      <w:pPr>
        <w:pStyle w:val="ListBullet"/>
        <w:numPr>
          <w:ilvl w:val="0"/>
          <w:numId w:val="1"/>
        </w:numPr>
        <w:rPr/>
      </w:pPr>
      <w:r>
        <w:rPr/>
        <w:t>Salt and chilli</w:t>
      </w:r>
    </w:p>
    <w:p>
      <w:pPr>
        <w:pStyle w:val="ListBullet"/>
        <w:numPr>
          <w:ilvl w:val="0"/>
          <w:numId w:val="1"/>
        </w:numPr>
        <w:rPr/>
      </w:pPr>
      <w:r>
        <w:rPr/>
        <w:t>½ tsp amchur if needed</w:t>
      </w:r>
    </w:p>
    <w:p>
      <w:pPr>
        <w:pStyle w:val="Heading3"/>
        <w:rPr/>
      </w:pPr>
      <w:r>
        <w:rPr/>
        <w:t>Traditional method</w:t>
      </w:r>
    </w:p>
    <w:p>
      <w:pPr>
        <w:pStyle w:val="ListNumber"/>
        <w:numPr>
          <w:ilvl w:val="0"/>
          <w:numId w:val="28"/>
        </w:numPr>
        <w:rPr/>
      </w:pPr>
      <w:r>
        <w:rPr/>
        <w:t>If using dried singri, soak according to the seller’s instructions and boil until tender; drain. Trim fresh pods and cut into short lengths.</w:t>
      </w:r>
    </w:p>
    <w:p>
      <w:pPr>
        <w:pStyle w:val="ListNumber"/>
        <w:numPr>
          <w:ilvl w:val="0"/>
          <w:numId w:val="28"/>
        </w:numPr>
        <w:rPr/>
      </w:pPr>
      <w:r>
        <w:rPr/>
        <w:t>Heat oil, add cumin and hing, then optional onion; cook until softened.</w:t>
      </w:r>
    </w:p>
    <w:p>
      <w:pPr>
        <w:pStyle w:val="ListNumber"/>
        <w:numPr>
          <w:ilvl w:val="0"/>
          <w:numId w:val="28"/>
        </w:numPr>
        <w:rPr/>
      </w:pPr>
      <w:r>
        <w:rPr/>
        <w:t>Add singri, turmeric, coriander, chilli and salt. Toss well.</w:t>
      </w:r>
    </w:p>
    <w:p>
      <w:pPr>
        <w:pStyle w:val="ListNumber"/>
        <w:numPr>
          <w:ilvl w:val="0"/>
          <w:numId w:val="28"/>
        </w:numPr>
        <w:rPr/>
      </w:pPr>
      <w:r>
        <w:rPr/>
        <w:t>Cover and cook on low heat until tender, adding a small splash of water if the pan dries.</w:t>
      </w:r>
    </w:p>
    <w:p>
      <w:pPr>
        <w:pStyle w:val="ListNumber"/>
        <w:numPr>
          <w:ilvl w:val="0"/>
          <w:numId w:val="28"/>
        </w:numPr>
        <w:rPr/>
      </w:pPr>
      <w:r>
        <w:rPr/>
        <w:t>Finish with amchur only if needed. Serve with bajra roti and curd.</w:t>
      </w:r>
    </w:p>
    <w:p>
      <w:pPr>
        <w:pStyle w:val="Normal"/>
        <w:rPr/>
      </w:pPr>
      <w:r>
        <w:rPr/>
        <w:t>Technique note: Regional plant names can refer to different species. Do not forage or cook an unidentified wild pod.</w:t>
      </w:r>
    </w:p>
    <w:p>
      <w:pPr>
        <w:pStyle w:val="Heading2"/>
        <w:rPr/>
      </w:pPr>
      <w:r>
        <w:rPr/>
      </w:r>
      <w:r>
        <w:br w:type="page"/>
      </w:r>
    </w:p>
    <w:p>
      <w:pPr>
        <w:pStyle w:val="Heading2"/>
        <w:rPr/>
      </w:pPr>
      <w:r>
        <w:rPr/>
        <w:t>Hara Dhania Cholia / Hara Choliya</w:t>
      </w:r>
    </w:p>
    <w:p>
      <w:pPr>
        <w:pStyle w:val="Normal"/>
        <w:rPr/>
      </w:pPr>
      <w:r>
        <w:rPr>
          <w:b/>
          <w:color w:val="5A5A4B"/>
          <w:sz w:val="18"/>
        </w:rPr>
        <w:t>Region: Haryana  |  Yield: 4</w:t>
      </w:r>
    </w:p>
    <w:p>
      <w:pPr>
        <w:pStyle w:val="Normal"/>
        <w:rPr/>
      </w:pPr>
      <w:r>
        <w:rPr/>
        <w:t>Origins &amp; variations: Fresh green chickpeas, still in their pods or shelled, are a seasonal winter ingredient. The dish is often kept simple to highlight the sweet, grassy flavour of fresh choliya.</w:t>
      </w:r>
    </w:p>
    <w:p>
      <w:pPr>
        <w:pStyle w:val="Normal"/>
        <w:rPr/>
      </w:pPr>
      <w:r>
        <w:rPr/>
        <w:t>Serving: 4 portions</w:t>
      </w:r>
    </w:p>
    <w:p>
      <w:pPr>
        <w:pStyle w:val="Heading3"/>
        <w:rPr/>
      </w:pPr>
      <w:r>
        <w:rPr/>
        <w:t>Ingredients</w:t>
      </w:r>
    </w:p>
    <w:p>
      <w:pPr>
        <w:pStyle w:val="ListBullet"/>
        <w:numPr>
          <w:ilvl w:val="0"/>
          <w:numId w:val="1"/>
        </w:numPr>
        <w:rPr/>
      </w:pPr>
      <w:r>
        <w:rPr/>
        <w:t>2 cups shelled fresh green chickpeas</w:t>
      </w:r>
    </w:p>
    <w:p>
      <w:pPr>
        <w:pStyle w:val="ListBullet"/>
        <w:numPr>
          <w:ilvl w:val="0"/>
          <w:numId w:val="1"/>
        </w:numPr>
        <w:rPr/>
      </w:pPr>
      <w:r>
        <w:rPr/>
        <w:t>2 tbsp mustard oil or ghee</w:t>
      </w:r>
    </w:p>
    <w:p>
      <w:pPr>
        <w:pStyle w:val="ListBullet"/>
        <w:numPr>
          <w:ilvl w:val="0"/>
          <w:numId w:val="1"/>
        </w:numPr>
        <w:rPr/>
      </w:pPr>
      <w:r>
        <w:rPr/>
        <w:t>1 tsp cumin</w:t>
      </w:r>
    </w:p>
    <w:p>
      <w:pPr>
        <w:pStyle w:val="ListBullet"/>
        <w:numPr>
          <w:ilvl w:val="0"/>
          <w:numId w:val="1"/>
        </w:numPr>
        <w:rPr/>
      </w:pPr>
      <w:r>
        <w:rPr/>
        <w:t>1 green chilli, chopped</w:t>
      </w:r>
    </w:p>
    <w:p>
      <w:pPr>
        <w:pStyle w:val="ListBullet"/>
        <w:numPr>
          <w:ilvl w:val="0"/>
          <w:numId w:val="1"/>
        </w:numPr>
        <w:rPr/>
      </w:pPr>
      <w:r>
        <w:rPr/>
        <w:t>1 tsp grated ginger</w:t>
      </w:r>
    </w:p>
    <w:p>
      <w:pPr>
        <w:pStyle w:val="ListBullet"/>
        <w:numPr>
          <w:ilvl w:val="0"/>
          <w:numId w:val="1"/>
        </w:numPr>
        <w:rPr/>
      </w:pPr>
      <w:r>
        <w:rPr/>
        <w:t>½ tsp turmeric</w:t>
      </w:r>
    </w:p>
    <w:p>
      <w:pPr>
        <w:pStyle w:val="ListBullet"/>
        <w:numPr>
          <w:ilvl w:val="0"/>
          <w:numId w:val="1"/>
        </w:numPr>
        <w:rPr/>
      </w:pPr>
      <w:r>
        <w:rPr/>
        <w:t>1 tsp coriander powder</w:t>
      </w:r>
    </w:p>
    <w:p>
      <w:pPr>
        <w:pStyle w:val="ListBullet"/>
        <w:numPr>
          <w:ilvl w:val="0"/>
          <w:numId w:val="1"/>
        </w:numPr>
        <w:rPr/>
      </w:pPr>
      <w:r>
        <w:rPr/>
        <w:t>Salt</w:t>
      </w:r>
    </w:p>
    <w:p>
      <w:pPr>
        <w:pStyle w:val="ListBullet"/>
        <w:numPr>
          <w:ilvl w:val="0"/>
          <w:numId w:val="1"/>
        </w:numPr>
        <w:rPr/>
      </w:pPr>
      <w:r>
        <w:rPr/>
        <w:t>2 tbsp chopped coriander</w:t>
      </w:r>
    </w:p>
    <w:p>
      <w:pPr>
        <w:pStyle w:val="Heading3"/>
        <w:rPr/>
      </w:pPr>
      <w:r>
        <w:rPr/>
        <w:t>Traditional method</w:t>
      </w:r>
    </w:p>
    <w:p>
      <w:pPr>
        <w:pStyle w:val="ListNumber"/>
        <w:numPr>
          <w:ilvl w:val="0"/>
          <w:numId w:val="29"/>
        </w:numPr>
        <w:rPr/>
      </w:pPr>
      <w:r>
        <w:rPr/>
        <w:t>Heat oil and add cumin. Add chilli and ginger and stir briefly.</w:t>
      </w:r>
    </w:p>
    <w:p>
      <w:pPr>
        <w:pStyle w:val="ListNumber"/>
        <w:numPr>
          <w:ilvl w:val="0"/>
          <w:numId w:val="29"/>
        </w:numPr>
        <w:rPr/>
      </w:pPr>
      <w:r>
        <w:rPr/>
        <w:t>Add green chickpeas, turmeric, coriander powder and salt. Toss to coat.</w:t>
      </w:r>
    </w:p>
    <w:p>
      <w:pPr>
        <w:pStyle w:val="ListNumber"/>
        <w:numPr>
          <w:ilvl w:val="0"/>
          <w:numId w:val="29"/>
        </w:numPr>
        <w:rPr/>
      </w:pPr>
      <w:r>
        <w:rPr/>
        <w:t>Add ¼–½ cup water, cover and cook over low heat for 15–25 minutes until tender.</w:t>
      </w:r>
    </w:p>
    <w:p>
      <w:pPr>
        <w:pStyle w:val="ListNumber"/>
        <w:numPr>
          <w:ilvl w:val="0"/>
          <w:numId w:val="29"/>
        </w:numPr>
        <w:rPr/>
      </w:pPr>
      <w:r>
        <w:rPr/>
        <w:t>Uncover and reduce any excess liquid. Crush a few chickpeas for a light coating if desired.</w:t>
      </w:r>
    </w:p>
    <w:p>
      <w:pPr>
        <w:pStyle w:val="ListNumber"/>
        <w:numPr>
          <w:ilvl w:val="0"/>
          <w:numId w:val="29"/>
        </w:numPr>
        <w:rPr/>
      </w:pPr>
      <w:r>
        <w:rPr/>
        <w:t>Finish with fresh coriander and serve with roti, bajra roti or rice.</w:t>
      </w:r>
    </w:p>
    <w:p>
      <w:pPr>
        <w:pStyle w:val="Heading2"/>
        <w:rPr/>
      </w:pPr>
      <w:r>
        <w:rPr/>
      </w:r>
      <w:r>
        <w:br w:type="page"/>
      </w:r>
    </w:p>
    <w:p>
      <w:pPr>
        <w:pStyle w:val="Heading2"/>
        <w:rPr/>
      </w:pPr>
      <w:r>
        <w:rPr/>
        <w:t>Methi Gajjar</w:t>
      </w:r>
    </w:p>
    <w:p>
      <w:pPr>
        <w:pStyle w:val="Normal"/>
        <w:rPr/>
      </w:pPr>
      <w:r>
        <w:rPr>
          <w:b/>
          <w:color w:val="5A5A4B"/>
          <w:sz w:val="18"/>
        </w:rPr>
        <w:t>Region: Haryana  |  Yield: 4</w:t>
      </w:r>
    </w:p>
    <w:p>
      <w:pPr>
        <w:pStyle w:val="Normal"/>
        <w:rPr/>
      </w:pPr>
      <w:r>
        <w:rPr/>
        <w:t>Origins &amp; variations: A seasonal pairing of fenugreek leaves and carrot, balancing fenugreek’s bitterness with the carrot’s sweetness. Local home versions range from dry stir-cooked sabzi to a lightly spiced dish.</w:t>
      </w:r>
    </w:p>
    <w:p>
      <w:pPr>
        <w:pStyle w:val="Normal"/>
        <w:rPr/>
      </w:pPr>
      <w:r>
        <w:rPr/>
        <w:t>Serving: 4 portions</w:t>
      </w:r>
    </w:p>
    <w:p>
      <w:pPr>
        <w:pStyle w:val="Heading3"/>
        <w:rPr/>
      </w:pPr>
      <w:r>
        <w:rPr/>
        <w:t>Ingredients</w:t>
      </w:r>
    </w:p>
    <w:p>
      <w:pPr>
        <w:pStyle w:val="ListBullet"/>
        <w:numPr>
          <w:ilvl w:val="0"/>
          <w:numId w:val="1"/>
        </w:numPr>
        <w:rPr/>
      </w:pPr>
      <w:r>
        <w:rPr/>
        <w:t>3 carrots, diced</w:t>
      </w:r>
    </w:p>
    <w:p>
      <w:pPr>
        <w:pStyle w:val="ListBullet"/>
        <w:numPr>
          <w:ilvl w:val="0"/>
          <w:numId w:val="1"/>
        </w:numPr>
        <w:rPr/>
      </w:pPr>
      <w:r>
        <w:rPr/>
        <w:t>2 cups chopped fresh methi leaves</w:t>
      </w:r>
    </w:p>
    <w:p>
      <w:pPr>
        <w:pStyle w:val="ListBullet"/>
        <w:numPr>
          <w:ilvl w:val="0"/>
          <w:numId w:val="1"/>
        </w:numPr>
        <w:rPr/>
      </w:pPr>
      <w:r>
        <w:rPr/>
        <w:t>2 tbsp mustard oil</w:t>
      </w:r>
    </w:p>
    <w:p>
      <w:pPr>
        <w:pStyle w:val="ListBullet"/>
        <w:numPr>
          <w:ilvl w:val="0"/>
          <w:numId w:val="1"/>
        </w:numPr>
        <w:rPr/>
      </w:pPr>
      <w:r>
        <w:rPr/>
        <w:t>½ tsp cumin</w:t>
      </w:r>
    </w:p>
    <w:p>
      <w:pPr>
        <w:pStyle w:val="ListBullet"/>
        <w:numPr>
          <w:ilvl w:val="0"/>
          <w:numId w:val="1"/>
        </w:numPr>
        <w:rPr/>
      </w:pPr>
      <w:r>
        <w:rPr/>
        <w:t>Pinch hing</w:t>
      </w:r>
    </w:p>
    <w:p>
      <w:pPr>
        <w:pStyle w:val="ListBullet"/>
        <w:numPr>
          <w:ilvl w:val="0"/>
          <w:numId w:val="1"/>
        </w:numPr>
        <w:rPr/>
      </w:pPr>
      <w:r>
        <w:rPr/>
        <w:t>½ tsp turmeric</w:t>
      </w:r>
    </w:p>
    <w:p>
      <w:pPr>
        <w:pStyle w:val="ListBullet"/>
        <w:numPr>
          <w:ilvl w:val="0"/>
          <w:numId w:val="1"/>
        </w:numPr>
        <w:rPr/>
      </w:pPr>
      <w:r>
        <w:rPr/>
        <w:t>½ tsp coriander powder</w:t>
      </w:r>
    </w:p>
    <w:p>
      <w:pPr>
        <w:pStyle w:val="ListBullet"/>
        <w:numPr>
          <w:ilvl w:val="0"/>
          <w:numId w:val="1"/>
        </w:numPr>
        <w:rPr/>
      </w:pPr>
      <w:r>
        <w:rPr/>
        <w:t>Salt and chilli</w:t>
      </w:r>
    </w:p>
    <w:p>
      <w:pPr>
        <w:pStyle w:val="Heading3"/>
        <w:rPr/>
      </w:pPr>
      <w:r>
        <w:rPr/>
        <w:t>Traditional method</w:t>
      </w:r>
    </w:p>
    <w:p>
      <w:pPr>
        <w:pStyle w:val="ListNumber"/>
        <w:numPr>
          <w:ilvl w:val="0"/>
          <w:numId w:val="31"/>
        </w:numPr>
        <w:rPr/>
      </w:pPr>
      <w:r>
        <w:rPr/>
        <w:t>Wash methi well, drain and chop. Dice carrots into even pieces.</w:t>
      </w:r>
    </w:p>
    <w:p>
      <w:pPr>
        <w:pStyle w:val="ListNumber"/>
        <w:numPr>
          <w:ilvl w:val="0"/>
          <w:numId w:val="31"/>
        </w:numPr>
        <w:rPr/>
      </w:pPr>
      <w:r>
        <w:rPr/>
        <w:t>Heat oil, add cumin and hing. Add carrots, turmeric, coriander, chilli and salt; stir.</w:t>
      </w:r>
    </w:p>
    <w:p>
      <w:pPr>
        <w:pStyle w:val="ListNumber"/>
        <w:numPr>
          <w:ilvl w:val="0"/>
          <w:numId w:val="31"/>
        </w:numPr>
        <w:rPr/>
      </w:pPr>
      <w:r>
        <w:rPr/>
        <w:t>Cover and cook over medium-low heat 8–10 minutes until carrots begin to soften.</w:t>
      </w:r>
    </w:p>
    <w:p>
      <w:pPr>
        <w:pStyle w:val="ListNumber"/>
        <w:numPr>
          <w:ilvl w:val="0"/>
          <w:numId w:val="31"/>
        </w:numPr>
        <w:rPr/>
      </w:pPr>
      <w:r>
        <w:rPr/>
        <w:t>Add methi and cook uncovered for another 6–10 minutes, stirring until wilted and tender.</w:t>
      </w:r>
    </w:p>
    <w:p>
      <w:pPr>
        <w:pStyle w:val="ListNumber"/>
        <w:numPr>
          <w:ilvl w:val="0"/>
          <w:numId w:val="31"/>
        </w:numPr>
        <w:rPr/>
      </w:pPr>
      <w:r>
        <w:rPr/>
        <w:t>Let excess moisture evaporate. Serve with chapati, bajra roti or curd.</w:t>
      </w:r>
    </w:p>
    <w:p>
      <w:pPr>
        <w:pStyle w:val="Heading2"/>
        <w:rPr/>
      </w:pPr>
      <w:r>
        <w:rPr/>
      </w:r>
      <w:r>
        <w:br w:type="page"/>
      </w:r>
    </w:p>
    <w:p>
      <w:pPr>
        <w:pStyle w:val="Heading2"/>
        <w:rPr/>
      </w:pPr>
      <w:r>
        <w:rPr/>
        <w:t>Kadhi Pakora</w:t>
      </w:r>
    </w:p>
    <w:p>
      <w:pPr>
        <w:pStyle w:val="Normal"/>
        <w:rPr/>
      </w:pPr>
      <w:r>
        <w:rPr>
          <w:b/>
          <w:color w:val="5A5A4B"/>
          <w:sz w:val="18"/>
        </w:rPr>
        <w:t>Region: Haryana / Punjab  |  Yield: 4–6</w:t>
      </w:r>
    </w:p>
    <w:p>
      <w:pPr>
        <w:pStyle w:val="Normal"/>
        <w:rPr/>
      </w:pPr>
      <w:r>
        <w:rPr/>
        <w:t>Origins &amp; variations: A yogurt-and-gram-flour curry thickened by slow simmering, with onion pakoras added near the end. Punjabi kadhi is often tangier and thicker than some regional forms.</w:t>
      </w:r>
    </w:p>
    <w:p>
      <w:pPr>
        <w:pStyle w:val="Normal"/>
        <w:rPr/>
      </w:pPr>
      <w:r>
        <w:rPr/>
        <w:t>Serving: 4–6 portions</w:t>
      </w:r>
    </w:p>
    <w:p>
      <w:pPr>
        <w:pStyle w:val="Heading3"/>
        <w:rPr/>
      </w:pPr>
      <w:r>
        <w:rPr/>
        <w:t>Ingredients</w:t>
      </w:r>
    </w:p>
    <w:p>
      <w:pPr>
        <w:pStyle w:val="ListBullet"/>
        <w:numPr>
          <w:ilvl w:val="0"/>
          <w:numId w:val="1"/>
        </w:numPr>
        <w:rPr/>
      </w:pPr>
      <w:r>
        <w:rPr/>
        <w:t>Kadhi: 2 cups sour curd, ½ cup besan, 5 cups water, 1 tsp turmeric, salt</w:t>
      </w:r>
    </w:p>
    <w:p>
      <w:pPr>
        <w:pStyle w:val="ListBullet"/>
        <w:numPr>
          <w:ilvl w:val="0"/>
          <w:numId w:val="1"/>
        </w:numPr>
        <w:rPr/>
      </w:pPr>
      <w:r>
        <w:rPr/>
        <w:t>Tadka: 2 tbsp ghee, 1 tsp mustard seeds, 1 tsp cumin, ½ tsp fenugreek seeds, 2 dried red chillies, curry leaves optional</w:t>
      </w:r>
    </w:p>
    <w:p>
      <w:pPr>
        <w:pStyle w:val="ListBullet"/>
        <w:numPr>
          <w:ilvl w:val="0"/>
          <w:numId w:val="1"/>
        </w:numPr>
        <w:rPr/>
      </w:pPr>
      <w:r>
        <w:rPr/>
        <w:t>Pakora: 1 cup besan, 1 onion sliced, chilli, ajwain, salt, water and oil for frying</w:t>
      </w:r>
    </w:p>
    <w:p>
      <w:pPr>
        <w:pStyle w:val="Heading3"/>
        <w:rPr/>
      </w:pPr>
      <w:r>
        <w:rPr/>
        <w:t>Traditional method</w:t>
      </w:r>
    </w:p>
    <w:p>
      <w:pPr>
        <w:pStyle w:val="ListNumber"/>
        <w:numPr>
          <w:ilvl w:val="0"/>
          <w:numId w:val="30"/>
        </w:numPr>
        <w:rPr/>
      </w:pPr>
      <w:r>
        <w:rPr/>
        <w:t>Whisk curd, besan, turmeric, salt and water until completely smooth. Pour into a heavy pot.</w:t>
      </w:r>
    </w:p>
    <w:p>
      <w:pPr>
        <w:pStyle w:val="ListNumber"/>
        <w:numPr>
          <w:ilvl w:val="0"/>
          <w:numId w:val="30"/>
        </w:numPr>
        <w:rPr/>
      </w:pPr>
      <w:r>
        <w:rPr/>
        <w:t>Bring to a gentle simmer while stirring. Lower heat and cook 35–50 minutes, stirring often; the kadhi should thicken and lose the raw besan smell.</w:t>
      </w:r>
    </w:p>
    <w:p>
      <w:pPr>
        <w:pStyle w:val="ListNumber"/>
        <w:numPr>
          <w:ilvl w:val="0"/>
          <w:numId w:val="30"/>
        </w:numPr>
        <w:rPr/>
      </w:pPr>
      <w:r>
        <w:rPr/>
        <w:t>Mix pakora ingredients with just enough water to make a thick batter. Drop small portions into medium-hot oil and fry until cooked through and golden.</w:t>
      </w:r>
    </w:p>
    <w:p>
      <w:pPr>
        <w:pStyle w:val="ListNumber"/>
        <w:numPr>
          <w:ilvl w:val="0"/>
          <w:numId w:val="30"/>
        </w:numPr>
        <w:rPr/>
      </w:pPr>
      <w:r>
        <w:rPr/>
        <w:t>Add pakoras to the simmering kadhi for the final 10 minutes so they soften without dissolving.</w:t>
      </w:r>
    </w:p>
    <w:p>
      <w:pPr>
        <w:pStyle w:val="ListNumber"/>
        <w:numPr>
          <w:ilvl w:val="0"/>
          <w:numId w:val="30"/>
        </w:numPr>
        <w:rPr/>
      </w:pPr>
      <w:r>
        <w:rPr/>
        <w:t>Heat ghee for tadka; add mustard, cumin, fenugreek, dried chillies and optional curry leaves. Pour over kadhi and cover briefly.</w:t>
      </w:r>
    </w:p>
    <w:p>
      <w:pPr>
        <w:pStyle w:val="ListNumber"/>
        <w:numPr>
          <w:ilvl w:val="0"/>
          <w:numId w:val="30"/>
        </w:numPr>
        <w:rPr/>
      </w:pPr>
      <w:r>
        <w:rPr/>
        <w:t>Serve with steamed rice or roti.</w:t>
      </w:r>
    </w:p>
    <w:p>
      <w:pPr>
        <w:pStyle w:val="Normal"/>
        <w:rPr/>
      </w:pPr>
      <w:r>
        <w:rPr/>
        <w:t>Technique note: Do not boil curd-besan mixture unattended at high heat; it can foam, catch or split. Slow simmering gives the characteristic rounded flavour.</w:t>
      </w:r>
    </w:p>
    <w:p>
      <w:pPr>
        <w:pStyle w:val="Heading2"/>
        <w:rPr/>
      </w:pPr>
      <w:r>
        <w:rPr/>
      </w:r>
      <w:r>
        <w:br w:type="page"/>
      </w:r>
    </w:p>
    <w:p>
      <w:pPr>
        <w:pStyle w:val="Heading2"/>
        <w:rPr/>
      </w:pPr>
      <w:r>
        <w:rPr/>
        <w:t>Dum Bhindi (Stuffed Okra)</w:t>
      </w:r>
    </w:p>
    <w:p>
      <w:pPr>
        <w:pStyle w:val="Normal"/>
        <w:rPr/>
      </w:pPr>
      <w:r>
        <w:rPr>
          <w:b/>
          <w:color w:val="5A5A4B"/>
          <w:sz w:val="18"/>
        </w:rPr>
        <w:t>Region: Haryana / North India  |  Yield: 500 g</w:t>
      </w:r>
    </w:p>
    <w:p>
      <w:pPr>
        <w:pStyle w:val="Normal"/>
        <w:rPr/>
      </w:pPr>
      <w:r>
        <w:rPr/>
        <w:t>Origins &amp; variations: Whole okra slit and stuffed with a dry spice mixture, then cooked covered over low heat. ‘Dum’ here describes trapped-steam cooking rather than a creamy gravy.</w:t>
      </w:r>
    </w:p>
    <w:p>
      <w:pPr>
        <w:pStyle w:val="Normal"/>
        <w:rPr/>
      </w:pPr>
      <w:r>
        <w:rPr/>
        <w:t>Serving: 4 portions</w:t>
      </w:r>
    </w:p>
    <w:p>
      <w:pPr>
        <w:pStyle w:val="Heading3"/>
        <w:rPr/>
      </w:pPr>
      <w:r>
        <w:rPr/>
        <w:t>Ingredients</w:t>
      </w:r>
    </w:p>
    <w:p>
      <w:pPr>
        <w:pStyle w:val="ListBullet"/>
        <w:numPr>
          <w:ilvl w:val="0"/>
          <w:numId w:val="1"/>
        </w:numPr>
        <w:rPr/>
      </w:pPr>
      <w:r>
        <w:rPr/>
        <w:t>500 g small tender okra</w:t>
      </w:r>
    </w:p>
    <w:p>
      <w:pPr>
        <w:pStyle w:val="ListBullet"/>
        <w:numPr>
          <w:ilvl w:val="0"/>
          <w:numId w:val="1"/>
        </w:numPr>
        <w:rPr/>
      </w:pPr>
      <w:r>
        <w:rPr/>
        <w:t>2 tbsp mustard oil</w:t>
      </w:r>
    </w:p>
    <w:p>
      <w:pPr>
        <w:pStyle w:val="ListBullet"/>
        <w:numPr>
          <w:ilvl w:val="0"/>
          <w:numId w:val="1"/>
        </w:numPr>
        <w:rPr/>
      </w:pPr>
      <w:r>
        <w:rPr/>
        <w:t>2 tsp coriander powder</w:t>
      </w:r>
    </w:p>
    <w:p>
      <w:pPr>
        <w:pStyle w:val="ListBullet"/>
        <w:numPr>
          <w:ilvl w:val="0"/>
          <w:numId w:val="1"/>
        </w:numPr>
        <w:rPr/>
      </w:pPr>
      <w:r>
        <w:rPr/>
        <w:t>1 tsp fennel powder</w:t>
      </w:r>
    </w:p>
    <w:p>
      <w:pPr>
        <w:pStyle w:val="ListBullet"/>
        <w:numPr>
          <w:ilvl w:val="0"/>
          <w:numId w:val="1"/>
        </w:numPr>
        <w:rPr/>
      </w:pPr>
      <w:r>
        <w:rPr/>
        <w:t>½ tsp amchur</w:t>
      </w:r>
    </w:p>
    <w:p>
      <w:pPr>
        <w:pStyle w:val="ListBullet"/>
        <w:numPr>
          <w:ilvl w:val="0"/>
          <w:numId w:val="1"/>
        </w:numPr>
        <w:rPr/>
      </w:pPr>
      <w:r>
        <w:rPr/>
        <w:t>½ tsp turmeric</w:t>
      </w:r>
    </w:p>
    <w:p>
      <w:pPr>
        <w:pStyle w:val="ListBullet"/>
        <w:numPr>
          <w:ilvl w:val="0"/>
          <w:numId w:val="1"/>
        </w:numPr>
        <w:rPr/>
      </w:pPr>
      <w:r>
        <w:rPr/>
        <w:t>½ tsp chilli powder</w:t>
      </w:r>
    </w:p>
    <w:p>
      <w:pPr>
        <w:pStyle w:val="ListBullet"/>
        <w:numPr>
          <w:ilvl w:val="0"/>
          <w:numId w:val="1"/>
        </w:numPr>
        <w:rPr/>
      </w:pPr>
      <w:r>
        <w:rPr/>
        <w:t>Salt</w:t>
      </w:r>
    </w:p>
    <w:p>
      <w:pPr>
        <w:pStyle w:val="ListBullet"/>
        <w:numPr>
          <w:ilvl w:val="0"/>
          <w:numId w:val="1"/>
        </w:numPr>
        <w:rPr/>
      </w:pPr>
      <w:r>
        <w:rPr/>
        <w:t>Pinch hing</w:t>
      </w:r>
    </w:p>
    <w:p>
      <w:pPr>
        <w:pStyle w:val="Heading3"/>
        <w:rPr/>
      </w:pPr>
      <w:r>
        <w:rPr/>
        <w:t>Traditional method</w:t>
      </w:r>
    </w:p>
    <w:p>
      <w:pPr>
        <w:pStyle w:val="ListNumber"/>
        <w:numPr>
          <w:ilvl w:val="0"/>
          <w:numId w:val="32"/>
        </w:numPr>
        <w:rPr/>
      </w:pPr>
      <w:r>
        <w:rPr/>
        <w:t>Wash okra and dry completely; moisture encourages sliminess. Trim tops and slit each pod lengthwise without cutting through.</w:t>
      </w:r>
    </w:p>
    <w:p>
      <w:pPr>
        <w:pStyle w:val="ListNumber"/>
        <w:numPr>
          <w:ilvl w:val="0"/>
          <w:numId w:val="32"/>
        </w:numPr>
        <w:rPr/>
      </w:pPr>
      <w:r>
        <w:rPr/>
        <w:t>Mix coriander, fennel, amchur, turmeric, chilli, salt and hing. Fill each slit lightly.</w:t>
      </w:r>
    </w:p>
    <w:p>
      <w:pPr>
        <w:pStyle w:val="ListNumber"/>
        <w:numPr>
          <w:ilvl w:val="0"/>
          <w:numId w:val="32"/>
        </w:numPr>
        <w:rPr/>
      </w:pPr>
      <w:r>
        <w:rPr/>
        <w:t>Heat oil in a heavy pan. Lay okra in a single layer and turn gently to coat.</w:t>
      </w:r>
    </w:p>
    <w:p>
      <w:pPr>
        <w:pStyle w:val="ListNumber"/>
        <w:numPr>
          <w:ilvl w:val="0"/>
          <w:numId w:val="32"/>
        </w:numPr>
        <w:rPr/>
      </w:pPr>
      <w:r>
        <w:rPr/>
        <w:t>Cover and cook on low heat 12–18 minutes, turning carefully once or twice. If the pan is very dry, add only a teaspoon or two of water.</w:t>
      </w:r>
    </w:p>
    <w:p>
      <w:pPr>
        <w:pStyle w:val="ListNumber"/>
        <w:numPr>
          <w:ilvl w:val="0"/>
          <w:numId w:val="32"/>
        </w:numPr>
        <w:rPr/>
      </w:pPr>
      <w:r>
        <w:rPr/>
        <w:t>Uncover and cook until the okra is tender and the masala is dry. Serve with roti and curd.</w:t>
      </w:r>
    </w:p>
    <w:p>
      <w:pPr>
        <w:pStyle w:val="Heading2"/>
        <w:rPr/>
      </w:pPr>
      <w:r>
        <w:rPr/>
      </w:r>
      <w:r>
        <w:br w:type="page"/>
      </w:r>
    </w:p>
    <w:p>
      <w:pPr>
        <w:pStyle w:val="Heading2"/>
        <w:rPr/>
      </w:pPr>
      <w:r>
        <w:rPr/>
        <w:t>Hara Saag</w:t>
      </w:r>
    </w:p>
    <w:p>
      <w:pPr>
        <w:pStyle w:val="Normal"/>
        <w:rPr/>
      </w:pPr>
      <w:r>
        <w:rPr>
          <w:b/>
          <w:color w:val="5A5A4B"/>
          <w:sz w:val="18"/>
        </w:rPr>
        <w:t>Region: Haryana  |  Yield: 4 bowls</w:t>
      </w:r>
    </w:p>
    <w:p>
      <w:pPr>
        <w:pStyle w:val="Normal"/>
        <w:rPr/>
      </w:pPr>
      <w:r>
        <w:rPr/>
        <w:t>Origins &amp; variations: A broad home-style name for cooked seasonal greens. Haryana households use available greens such as bathua, spinach, mustard leaves and other edible local saag.</w:t>
      </w:r>
    </w:p>
    <w:p>
      <w:pPr>
        <w:pStyle w:val="Normal"/>
        <w:rPr/>
      </w:pPr>
      <w:r>
        <w:rPr/>
        <w:t>Serving: 4 portions</w:t>
      </w:r>
    </w:p>
    <w:p>
      <w:pPr>
        <w:pStyle w:val="Heading3"/>
        <w:rPr/>
      </w:pPr>
      <w:r>
        <w:rPr/>
        <w:t>Ingredients</w:t>
      </w:r>
    </w:p>
    <w:p>
      <w:pPr>
        <w:pStyle w:val="ListBullet"/>
        <w:numPr>
          <w:ilvl w:val="0"/>
          <w:numId w:val="1"/>
        </w:numPr>
        <w:rPr/>
      </w:pPr>
      <w:r>
        <w:rPr/>
        <w:t>700 g mixed seasonal greens, washed and chopped</w:t>
      </w:r>
    </w:p>
    <w:p>
      <w:pPr>
        <w:pStyle w:val="ListBullet"/>
        <w:numPr>
          <w:ilvl w:val="0"/>
          <w:numId w:val="1"/>
        </w:numPr>
        <w:rPr/>
      </w:pPr>
      <w:r>
        <w:rPr/>
        <w:t>1 inch ginger</w:t>
      </w:r>
    </w:p>
    <w:p>
      <w:pPr>
        <w:pStyle w:val="ListBullet"/>
        <w:numPr>
          <w:ilvl w:val="0"/>
          <w:numId w:val="1"/>
        </w:numPr>
        <w:rPr/>
      </w:pPr>
      <w:r>
        <w:rPr/>
        <w:t>2 green chillies</w:t>
      </w:r>
    </w:p>
    <w:p>
      <w:pPr>
        <w:pStyle w:val="ListBullet"/>
        <w:numPr>
          <w:ilvl w:val="0"/>
          <w:numId w:val="1"/>
        </w:numPr>
        <w:rPr/>
      </w:pPr>
      <w:r>
        <w:rPr/>
        <w:t>Salt</w:t>
      </w:r>
    </w:p>
    <w:p>
      <w:pPr>
        <w:pStyle w:val="ListBullet"/>
        <w:numPr>
          <w:ilvl w:val="0"/>
          <w:numId w:val="1"/>
        </w:numPr>
        <w:rPr/>
      </w:pPr>
      <w:r>
        <w:rPr/>
        <w:t>2 tbsp ghee</w:t>
      </w:r>
    </w:p>
    <w:p>
      <w:pPr>
        <w:pStyle w:val="ListBullet"/>
        <w:numPr>
          <w:ilvl w:val="0"/>
          <w:numId w:val="1"/>
        </w:numPr>
        <w:rPr/>
      </w:pPr>
      <w:r>
        <w:rPr/>
        <w:t>3 garlic cloves, sliced</w:t>
      </w:r>
    </w:p>
    <w:p>
      <w:pPr>
        <w:pStyle w:val="ListBullet"/>
        <w:numPr>
          <w:ilvl w:val="0"/>
          <w:numId w:val="1"/>
        </w:numPr>
        <w:rPr/>
      </w:pPr>
      <w:r>
        <w:rPr/>
        <w:t>½ tsp cumin</w:t>
      </w:r>
    </w:p>
    <w:p>
      <w:pPr>
        <w:pStyle w:val="Heading3"/>
        <w:rPr/>
      </w:pPr>
      <w:r>
        <w:rPr/>
        <w:t>Traditional method</w:t>
      </w:r>
    </w:p>
    <w:p>
      <w:pPr>
        <w:pStyle w:val="ListNumber"/>
        <w:numPr>
          <w:ilvl w:val="0"/>
          <w:numId w:val="33"/>
        </w:numPr>
        <w:rPr/>
      </w:pPr>
      <w:r>
        <w:rPr/>
        <w:t>Wash greens in several changes of water and drain. Place in a heavy pot with ginger, chillies, salt and ½ cup water.</w:t>
      </w:r>
    </w:p>
    <w:p>
      <w:pPr>
        <w:pStyle w:val="ListNumber"/>
        <w:numPr>
          <w:ilvl w:val="0"/>
          <w:numId w:val="33"/>
        </w:numPr>
        <w:rPr/>
      </w:pPr>
      <w:r>
        <w:rPr/>
        <w:t>Cover and simmer 25–40 minutes until thoroughly tender, stirring occasionally.</w:t>
      </w:r>
    </w:p>
    <w:p>
      <w:pPr>
        <w:pStyle w:val="ListNumber"/>
        <w:numPr>
          <w:ilvl w:val="0"/>
          <w:numId w:val="33"/>
        </w:numPr>
        <w:rPr/>
      </w:pPr>
      <w:r>
        <w:rPr/>
        <w:t>Crush with a wooden masher or pulse briefly if a smoother texture is preferred. Keep some texture for a rustic style.</w:t>
      </w:r>
    </w:p>
    <w:p>
      <w:pPr>
        <w:pStyle w:val="ListNumber"/>
        <w:numPr>
          <w:ilvl w:val="0"/>
          <w:numId w:val="33"/>
        </w:numPr>
        <w:rPr/>
      </w:pPr>
      <w:r>
        <w:rPr/>
        <w:t>Heat ghee; add cumin and garlic and cook until the garlic turns pale gold.</w:t>
      </w:r>
    </w:p>
    <w:p>
      <w:pPr>
        <w:pStyle w:val="ListNumber"/>
        <w:numPr>
          <w:ilvl w:val="0"/>
          <w:numId w:val="33"/>
        </w:numPr>
        <w:rPr/>
      </w:pPr>
      <w:r>
        <w:rPr/>
        <w:t>Pour tempering over the greens and simmer 3–5 minutes. Serve with bajra roti, makki roti or plain wheat roti.</w:t>
      </w:r>
    </w:p>
    <w:p>
      <w:pPr>
        <w:pStyle w:val="Heading2"/>
        <w:rPr/>
      </w:pPr>
      <w:r>
        <w:rPr/>
      </w:r>
      <w:r>
        <w:br w:type="page"/>
      </w:r>
    </w:p>
    <w:p>
      <w:pPr>
        <w:pStyle w:val="Heading2"/>
        <w:rPr/>
      </w:pPr>
      <w:r>
        <w:rPr/>
        <w:t>Pasanda Paneer</w:t>
      </w:r>
    </w:p>
    <w:p>
      <w:pPr>
        <w:pStyle w:val="Normal"/>
        <w:rPr/>
      </w:pPr>
      <w:r>
        <w:rPr>
          <w:b/>
          <w:color w:val="5A5A4B"/>
          <w:sz w:val="18"/>
        </w:rPr>
        <w:t>Region: North India (Mughlai-influenced)  |  Yield: 4</w:t>
      </w:r>
    </w:p>
    <w:p>
      <w:pPr>
        <w:pStyle w:val="Normal"/>
        <w:rPr/>
      </w:pPr>
      <w:r>
        <w:rPr/>
        <w:t>Origins &amp; variations: A paneer interpretation of pasanda, a family of rich, gently spiced dishes associated with Mughlai cooking. Paneer versions are modernised in many restaurants, so this recipe keeps the gravy fragrant and restrained.</w:t>
      </w:r>
    </w:p>
    <w:p>
      <w:pPr>
        <w:pStyle w:val="Normal"/>
        <w:rPr/>
      </w:pPr>
      <w:r>
        <w:rPr/>
        <w:t>Serving: 4 portions</w:t>
      </w:r>
    </w:p>
    <w:p>
      <w:pPr>
        <w:pStyle w:val="Heading3"/>
        <w:rPr/>
      </w:pPr>
      <w:r>
        <w:rPr/>
        <w:t>Ingredients</w:t>
      </w:r>
    </w:p>
    <w:p>
      <w:pPr>
        <w:pStyle w:val="ListBullet"/>
        <w:numPr>
          <w:ilvl w:val="0"/>
          <w:numId w:val="1"/>
        </w:numPr>
        <w:rPr/>
      </w:pPr>
      <w:r>
        <w:rPr/>
        <w:t>300 g paneer, cut into broad pieces</w:t>
      </w:r>
    </w:p>
    <w:p>
      <w:pPr>
        <w:pStyle w:val="ListBullet"/>
        <w:numPr>
          <w:ilvl w:val="0"/>
          <w:numId w:val="1"/>
        </w:numPr>
        <w:rPr/>
      </w:pPr>
      <w:r>
        <w:rPr/>
        <w:t>1 onion, sliced</w:t>
      </w:r>
    </w:p>
    <w:p>
      <w:pPr>
        <w:pStyle w:val="ListBullet"/>
        <w:numPr>
          <w:ilvl w:val="0"/>
          <w:numId w:val="1"/>
        </w:numPr>
        <w:rPr/>
      </w:pPr>
      <w:r>
        <w:rPr/>
        <w:t>12 almonds or cashews, soaked</w:t>
      </w:r>
    </w:p>
    <w:p>
      <w:pPr>
        <w:pStyle w:val="ListBullet"/>
        <w:numPr>
          <w:ilvl w:val="0"/>
          <w:numId w:val="1"/>
        </w:numPr>
        <w:rPr/>
      </w:pPr>
      <w:r>
        <w:rPr/>
        <w:t>1 cup curd, whisked</w:t>
      </w:r>
    </w:p>
    <w:p>
      <w:pPr>
        <w:pStyle w:val="ListBullet"/>
        <w:numPr>
          <w:ilvl w:val="0"/>
          <w:numId w:val="1"/>
        </w:numPr>
        <w:rPr/>
      </w:pPr>
      <w:r>
        <w:rPr/>
        <w:t>2 tbsp ghee</w:t>
      </w:r>
    </w:p>
    <w:p>
      <w:pPr>
        <w:pStyle w:val="ListBullet"/>
        <w:numPr>
          <w:ilvl w:val="0"/>
          <w:numId w:val="1"/>
        </w:numPr>
        <w:rPr/>
      </w:pPr>
      <w:r>
        <w:rPr/>
        <w:t>2 green cardamoms</w:t>
      </w:r>
    </w:p>
    <w:p>
      <w:pPr>
        <w:pStyle w:val="ListBullet"/>
        <w:numPr>
          <w:ilvl w:val="0"/>
          <w:numId w:val="1"/>
        </w:numPr>
        <w:rPr/>
      </w:pPr>
      <w:r>
        <w:rPr/>
        <w:t>1 small cinnamon piece</w:t>
      </w:r>
    </w:p>
    <w:p>
      <w:pPr>
        <w:pStyle w:val="ListBullet"/>
        <w:numPr>
          <w:ilvl w:val="0"/>
          <w:numId w:val="1"/>
        </w:numPr>
        <w:rPr/>
      </w:pPr>
      <w:r>
        <w:rPr/>
        <w:t>1 tsp ginger paste</w:t>
      </w:r>
    </w:p>
    <w:p>
      <w:pPr>
        <w:pStyle w:val="ListBullet"/>
        <w:numPr>
          <w:ilvl w:val="0"/>
          <w:numId w:val="1"/>
        </w:numPr>
        <w:rPr/>
      </w:pPr>
      <w:r>
        <w:rPr/>
        <w:t>½ tsp white pepper</w:t>
      </w:r>
    </w:p>
    <w:p>
      <w:pPr>
        <w:pStyle w:val="ListBullet"/>
        <w:numPr>
          <w:ilvl w:val="0"/>
          <w:numId w:val="1"/>
        </w:numPr>
        <w:rPr/>
      </w:pPr>
      <w:r>
        <w:rPr/>
        <w:t>Salt</w:t>
      </w:r>
    </w:p>
    <w:p>
      <w:pPr>
        <w:pStyle w:val="ListBullet"/>
        <w:numPr>
          <w:ilvl w:val="0"/>
          <w:numId w:val="1"/>
        </w:numPr>
        <w:rPr/>
      </w:pPr>
      <w:r>
        <w:rPr/>
        <w:t>A few strands of saffron (optional)</w:t>
      </w:r>
    </w:p>
    <w:p>
      <w:pPr>
        <w:pStyle w:val="Heading3"/>
        <w:rPr/>
      </w:pPr>
      <w:r>
        <w:rPr/>
        <w:t>Traditional method</w:t>
      </w:r>
    </w:p>
    <w:p>
      <w:pPr>
        <w:pStyle w:val="ListNumber"/>
        <w:numPr>
          <w:ilvl w:val="0"/>
          <w:numId w:val="34"/>
        </w:numPr>
        <w:rPr/>
      </w:pPr>
      <w:r>
        <w:rPr/>
        <w:t>Cook onion slowly in 1 tbsp ghee until soft and golden. Cool and grind with soaked nuts to a smooth paste.</w:t>
      </w:r>
    </w:p>
    <w:p>
      <w:pPr>
        <w:pStyle w:val="ListNumber"/>
        <w:numPr>
          <w:ilvl w:val="0"/>
          <w:numId w:val="34"/>
        </w:numPr>
        <w:rPr/>
      </w:pPr>
      <w:r>
        <w:rPr/>
        <w:t>Heat remaining ghee; add cardamom and cinnamon. Stir in ginger briefly.</w:t>
      </w:r>
    </w:p>
    <w:p>
      <w:pPr>
        <w:pStyle w:val="ListNumber"/>
        <w:numPr>
          <w:ilvl w:val="0"/>
          <w:numId w:val="34"/>
        </w:numPr>
        <w:rPr/>
      </w:pPr>
      <w:r>
        <w:rPr/>
        <w:t>Lower heat and add curd a spoonful at a time, stirring continuously so it does not split.</w:t>
      </w:r>
    </w:p>
    <w:p>
      <w:pPr>
        <w:pStyle w:val="ListNumber"/>
        <w:numPr>
          <w:ilvl w:val="0"/>
          <w:numId w:val="34"/>
        </w:numPr>
        <w:rPr/>
      </w:pPr>
      <w:r>
        <w:rPr/>
        <w:t>Add nut-onion paste, salt and white pepper. Simmer gently until glossy, adding a little hot water for a coating consistency.</w:t>
      </w:r>
    </w:p>
    <w:p>
      <w:pPr>
        <w:pStyle w:val="ListNumber"/>
        <w:numPr>
          <w:ilvl w:val="0"/>
          <w:numId w:val="34"/>
        </w:numPr>
        <w:rPr/>
      </w:pPr>
      <w:r>
        <w:rPr/>
        <w:t>Add paneer and warm through for 4–5 minutes without vigorous boiling. Finish with saffron if using.</w:t>
      </w:r>
    </w:p>
    <w:p>
      <w:pPr>
        <w:pStyle w:val="ListNumber"/>
        <w:numPr>
          <w:ilvl w:val="0"/>
          <w:numId w:val="34"/>
        </w:numPr>
        <w:rPr/>
      </w:pPr>
      <w:r>
        <w:rPr/>
        <w:t>Serve with roomali roti, naan or a mild pulao.</w:t>
      </w:r>
    </w:p>
    <w:p>
      <w:pPr>
        <w:pStyle w:val="Heading2"/>
        <w:rPr/>
      </w:pPr>
      <w:r>
        <w:rPr/>
      </w:r>
      <w:r>
        <w:br w:type="page"/>
      </w:r>
    </w:p>
    <w:p>
      <w:pPr>
        <w:pStyle w:val="Heading2"/>
        <w:rPr/>
      </w:pPr>
      <w:r>
        <w:rPr/>
        <w:t>Chakki ki Shaak</w:t>
      </w:r>
    </w:p>
    <w:p>
      <w:pPr>
        <w:pStyle w:val="Normal"/>
        <w:rPr/>
      </w:pPr>
      <w:r>
        <w:rPr>
          <w:b/>
          <w:color w:val="5A5A4B"/>
          <w:sz w:val="18"/>
        </w:rPr>
        <w:t>Region: Madhya Pradesh (Malwa)  |  Yield: 4</w:t>
      </w:r>
    </w:p>
    <w:p>
      <w:pPr>
        <w:pStyle w:val="Normal"/>
        <w:rPr/>
      </w:pPr>
      <w:r>
        <w:rPr/>
        <w:t>Origins &amp; variations: A Malwa speciality made from wheat dough that is kneaded, shaped and cooked into chewy pieces, then simmered in a spiced gravy. Local versions vary in the shape and seasoning of the wheat pieces.</w:t>
      </w:r>
    </w:p>
    <w:p>
      <w:pPr>
        <w:pStyle w:val="Normal"/>
        <w:rPr/>
      </w:pPr>
      <w:r>
        <w:rPr/>
        <w:t>Serving: 4 portions</w:t>
      </w:r>
    </w:p>
    <w:p>
      <w:pPr>
        <w:pStyle w:val="Heading3"/>
        <w:rPr/>
      </w:pPr>
      <w:r>
        <w:rPr/>
        <w:t>Ingredients</w:t>
      </w:r>
    </w:p>
    <w:p>
      <w:pPr>
        <w:pStyle w:val="ListBullet"/>
        <w:numPr>
          <w:ilvl w:val="0"/>
          <w:numId w:val="1"/>
        </w:numPr>
        <w:rPr/>
      </w:pPr>
      <w:r>
        <w:rPr/>
        <w:t>Chakki: 2 cups atta, ½ tsp salt, water</w:t>
      </w:r>
    </w:p>
    <w:p>
      <w:pPr>
        <w:pStyle w:val="ListBullet"/>
        <w:numPr>
          <w:ilvl w:val="0"/>
          <w:numId w:val="1"/>
        </w:numPr>
        <w:rPr/>
      </w:pPr>
      <w:r>
        <w:rPr/>
        <w:t>Gravy: 2 tbsp oil, 1 tsp cumin, pinch hing, 1 onion chopped, 1 tomato chopped, 1 tsp coriander powder, ½ tsp turmeric, chilli and salt</w:t>
      </w:r>
    </w:p>
    <w:p>
      <w:pPr>
        <w:pStyle w:val="ListBullet"/>
        <w:numPr>
          <w:ilvl w:val="0"/>
          <w:numId w:val="1"/>
        </w:numPr>
        <w:rPr/>
      </w:pPr>
      <w:r>
        <w:rPr/>
        <w:t>2 tbsp curd (optional)</w:t>
      </w:r>
    </w:p>
    <w:p>
      <w:pPr>
        <w:pStyle w:val="Heading3"/>
        <w:rPr/>
      </w:pPr>
      <w:r>
        <w:rPr/>
        <w:t>Traditional method</w:t>
      </w:r>
    </w:p>
    <w:p>
      <w:pPr>
        <w:pStyle w:val="ListNumber"/>
        <w:numPr>
          <w:ilvl w:val="0"/>
          <w:numId w:val="35"/>
        </w:numPr>
        <w:rPr/>
      </w:pPr>
      <w:r>
        <w:rPr/>
        <w:t>Knead atta, salt and water into a firm dough. Rest 20 minutes, then knead again until smooth.</w:t>
      </w:r>
    </w:p>
    <w:p>
      <w:pPr>
        <w:pStyle w:val="ListNumber"/>
        <w:numPr>
          <w:ilvl w:val="0"/>
          <w:numId w:val="35"/>
        </w:numPr>
        <w:rPr/>
      </w:pPr>
      <w:r>
        <w:rPr/>
        <w:t>Wash or knead the dough in water only if following a local gluten-extraction method; otherwise shape the rested dough into small firm dumplings or strips. The chosen household form should be consistent throughout.</w:t>
      </w:r>
    </w:p>
    <w:p>
      <w:pPr>
        <w:pStyle w:val="ListNumber"/>
        <w:numPr>
          <w:ilvl w:val="0"/>
          <w:numId w:val="35"/>
        </w:numPr>
        <w:rPr/>
      </w:pPr>
      <w:r>
        <w:rPr/>
        <w:t>Boil the pieces in salted water until firm and cooked, then drain. Cut into bite-size pieces.</w:t>
      </w:r>
    </w:p>
    <w:p>
      <w:pPr>
        <w:pStyle w:val="ListNumber"/>
        <w:numPr>
          <w:ilvl w:val="0"/>
          <w:numId w:val="35"/>
        </w:numPr>
        <w:rPr/>
      </w:pPr>
      <w:r>
        <w:rPr/>
        <w:t>Heat oil, add cumin and hing, then onion; cook until golden. Add tomato, turmeric, coriander, chilli and salt and cook until the masala thickens.</w:t>
      </w:r>
    </w:p>
    <w:p>
      <w:pPr>
        <w:pStyle w:val="ListNumber"/>
        <w:numPr>
          <w:ilvl w:val="0"/>
          <w:numId w:val="35"/>
        </w:numPr>
        <w:rPr/>
      </w:pPr>
      <w:r>
        <w:rPr/>
        <w:t>Add 2 cups water and simmer 10 minutes. Add chakki pieces and cook another 10–15 minutes so they absorb the gravy.</w:t>
      </w:r>
    </w:p>
    <w:p>
      <w:pPr>
        <w:pStyle w:val="ListNumber"/>
        <w:numPr>
          <w:ilvl w:val="0"/>
          <w:numId w:val="35"/>
        </w:numPr>
        <w:rPr/>
      </w:pPr>
      <w:r>
        <w:rPr/>
        <w:t>Serve hot with roti or rice.</w:t>
      </w:r>
    </w:p>
    <w:p>
      <w:pPr>
        <w:pStyle w:val="Normal"/>
        <w:rPr/>
      </w:pPr>
      <w:r>
        <w:rPr/>
        <w:t>Technique note: Chakki has local variations in dough treatment. This is a practical Malwa home-style interpretation; follow a family-specific method when documenting a particular village tradition.</w:t>
      </w:r>
    </w:p>
    <w:p>
      <w:pPr>
        <w:pStyle w:val="Heading2"/>
        <w:rPr/>
      </w:pPr>
      <w:r>
        <w:rPr/>
      </w:r>
      <w:r>
        <w:br w:type="page"/>
      </w:r>
    </w:p>
    <w:p>
      <w:pPr>
        <w:pStyle w:val="Heading2"/>
        <w:rPr/>
      </w:pPr>
      <w:r>
        <w:rPr/>
        <w:t>Bhutte ki Kees / Khees</w:t>
      </w:r>
    </w:p>
    <w:p>
      <w:pPr>
        <w:pStyle w:val="Normal"/>
        <w:rPr/>
      </w:pPr>
      <w:r>
        <w:rPr>
          <w:b/>
          <w:color w:val="5A5A4B"/>
          <w:sz w:val="18"/>
        </w:rPr>
        <w:t>Region: Madhya Pradesh (Indore / Malwa)  |  Yield: 4</w:t>
      </w:r>
    </w:p>
    <w:p>
      <w:pPr>
        <w:pStyle w:val="Normal"/>
        <w:rPr/>
      </w:pPr>
      <w:r>
        <w:rPr/>
        <w:t>Origins &amp; variations: Grated corn cooked slowly with milk and spices, especially associated with Indore street food. Fresh, tender maize gives the best texture.</w:t>
      </w:r>
    </w:p>
    <w:p>
      <w:pPr>
        <w:pStyle w:val="Normal"/>
        <w:rPr/>
      </w:pPr>
      <w:r>
        <w:rPr/>
        <w:t>Serving: 4 portions</w:t>
      </w:r>
    </w:p>
    <w:p>
      <w:pPr>
        <w:pStyle w:val="Heading3"/>
        <w:rPr/>
      </w:pPr>
      <w:r>
        <w:rPr/>
        <w:t>Ingredients</w:t>
      </w:r>
    </w:p>
    <w:p>
      <w:pPr>
        <w:pStyle w:val="ListBullet"/>
        <w:numPr>
          <w:ilvl w:val="0"/>
          <w:numId w:val="1"/>
        </w:numPr>
        <w:rPr/>
      </w:pPr>
      <w:r>
        <w:rPr/>
        <w:t>4 ears tender corn, kernels grated or coarsely ground</w:t>
      </w:r>
    </w:p>
    <w:p>
      <w:pPr>
        <w:pStyle w:val="ListBullet"/>
        <w:numPr>
          <w:ilvl w:val="0"/>
          <w:numId w:val="1"/>
        </w:numPr>
        <w:rPr/>
      </w:pPr>
      <w:r>
        <w:rPr/>
        <w:t>2 tbsp ghee</w:t>
      </w:r>
    </w:p>
    <w:p>
      <w:pPr>
        <w:pStyle w:val="ListBullet"/>
        <w:numPr>
          <w:ilvl w:val="0"/>
          <w:numId w:val="1"/>
        </w:numPr>
        <w:rPr/>
      </w:pPr>
      <w:r>
        <w:rPr/>
        <w:t>1 green chilli, chopped</w:t>
      </w:r>
    </w:p>
    <w:p>
      <w:pPr>
        <w:pStyle w:val="ListBullet"/>
        <w:numPr>
          <w:ilvl w:val="0"/>
          <w:numId w:val="1"/>
        </w:numPr>
        <w:rPr/>
      </w:pPr>
      <w:r>
        <w:rPr/>
        <w:t>1 tsp grated ginger</w:t>
      </w:r>
    </w:p>
    <w:p>
      <w:pPr>
        <w:pStyle w:val="ListBullet"/>
        <w:numPr>
          <w:ilvl w:val="0"/>
          <w:numId w:val="1"/>
        </w:numPr>
        <w:rPr/>
      </w:pPr>
      <w:r>
        <w:rPr/>
        <w:t>½ tsp cumin</w:t>
      </w:r>
    </w:p>
    <w:p>
      <w:pPr>
        <w:pStyle w:val="ListBullet"/>
        <w:numPr>
          <w:ilvl w:val="0"/>
          <w:numId w:val="1"/>
        </w:numPr>
        <w:rPr/>
      </w:pPr>
      <w:r>
        <w:rPr/>
        <w:t>¼ tsp turmeric</w:t>
      </w:r>
    </w:p>
    <w:p>
      <w:pPr>
        <w:pStyle w:val="ListBullet"/>
        <w:numPr>
          <w:ilvl w:val="0"/>
          <w:numId w:val="1"/>
        </w:numPr>
        <w:rPr/>
      </w:pPr>
      <w:r>
        <w:rPr/>
        <w:t>1 cup milk</w:t>
      </w:r>
    </w:p>
    <w:p>
      <w:pPr>
        <w:pStyle w:val="ListBullet"/>
        <w:numPr>
          <w:ilvl w:val="0"/>
          <w:numId w:val="1"/>
        </w:numPr>
        <w:rPr/>
      </w:pPr>
      <w:r>
        <w:rPr/>
        <w:t>Salt</w:t>
      </w:r>
    </w:p>
    <w:p>
      <w:pPr>
        <w:pStyle w:val="ListBullet"/>
        <w:numPr>
          <w:ilvl w:val="0"/>
          <w:numId w:val="1"/>
        </w:numPr>
        <w:rPr/>
      </w:pPr>
      <w:r>
        <w:rPr/>
        <w:t>2 tbsp coriander</w:t>
      </w:r>
    </w:p>
    <w:p>
      <w:pPr>
        <w:pStyle w:val="ListBullet"/>
        <w:numPr>
          <w:ilvl w:val="0"/>
          <w:numId w:val="1"/>
        </w:numPr>
        <w:rPr/>
      </w:pPr>
      <w:r>
        <w:rPr/>
        <w:t>Lemon juice</w:t>
      </w:r>
    </w:p>
    <w:p>
      <w:pPr>
        <w:pStyle w:val="Heading3"/>
        <w:rPr/>
      </w:pPr>
      <w:r>
        <w:rPr/>
        <w:t>Traditional method</w:t>
      </w:r>
    </w:p>
    <w:p>
      <w:pPr>
        <w:pStyle w:val="ListNumber"/>
        <w:numPr>
          <w:ilvl w:val="0"/>
          <w:numId w:val="36"/>
        </w:numPr>
        <w:rPr/>
      </w:pPr>
      <w:r>
        <w:rPr/>
        <w:t>Grate corn on a hand grater, retaining its milky juice. Avoid making a completely smooth purée.</w:t>
      </w:r>
    </w:p>
    <w:p>
      <w:pPr>
        <w:pStyle w:val="ListNumber"/>
        <w:numPr>
          <w:ilvl w:val="0"/>
          <w:numId w:val="36"/>
        </w:numPr>
        <w:rPr/>
      </w:pPr>
      <w:r>
        <w:rPr/>
        <w:t>Heat ghee in a heavy kadai. Add cumin, ginger and green chilli; stir briefly.</w:t>
      </w:r>
    </w:p>
    <w:p>
      <w:pPr>
        <w:pStyle w:val="ListNumber"/>
        <w:numPr>
          <w:ilvl w:val="0"/>
          <w:numId w:val="36"/>
        </w:numPr>
        <w:rPr/>
      </w:pPr>
      <w:r>
        <w:rPr/>
        <w:t>Add grated corn, turmeric and salt. Cook over medium-low heat, stirring frequently for 8–10 minutes.</w:t>
      </w:r>
    </w:p>
    <w:p>
      <w:pPr>
        <w:pStyle w:val="ListNumber"/>
        <w:numPr>
          <w:ilvl w:val="0"/>
          <w:numId w:val="36"/>
        </w:numPr>
        <w:rPr/>
      </w:pPr>
      <w:r>
        <w:rPr/>
        <w:t>Add milk and simmer gently, stirring so the mixture does not catch. Cook until the corn is tender and the texture creamy, 10–15 minutes.</w:t>
      </w:r>
    </w:p>
    <w:p>
      <w:pPr>
        <w:pStyle w:val="ListNumber"/>
        <w:numPr>
          <w:ilvl w:val="0"/>
          <w:numId w:val="36"/>
        </w:numPr>
        <w:rPr/>
      </w:pPr>
      <w:r>
        <w:rPr/>
        <w:t>Finish with coriander and a few drops of lemon juice. Serve hot as a snack or light meal.</w:t>
      </w:r>
    </w:p>
    <w:p>
      <w:pPr>
        <w:pStyle w:val="Heading2"/>
        <w:rPr/>
      </w:pPr>
      <w:r>
        <w:rPr/>
      </w:r>
      <w:r>
        <w:br w:type="page"/>
      </w:r>
    </w:p>
    <w:p>
      <w:pPr>
        <w:pStyle w:val="Heading2"/>
        <w:rPr/>
      </w:pPr>
      <w:r>
        <w:rPr/>
        <w:t>Vegetable Kofta</w:t>
      </w:r>
    </w:p>
    <w:p>
      <w:pPr>
        <w:pStyle w:val="Normal"/>
        <w:rPr/>
      </w:pPr>
      <w:r>
        <w:rPr>
          <w:b/>
          <w:color w:val="5A5A4B"/>
          <w:sz w:val="18"/>
        </w:rPr>
        <w:t>Region: Punjab / Uttar Pradesh  |  Yield: 12 kofta</w:t>
      </w:r>
    </w:p>
    <w:p>
      <w:pPr>
        <w:pStyle w:val="Normal"/>
        <w:rPr/>
      </w:pPr>
      <w:r>
        <w:rPr/>
        <w:t>Origins &amp; variations: Kofta means a shaped dumpling; vegetarian versions use paneer, potato, bottle gourd or mixed vegetables. The gravy varies from everyday tomato-onion masala to a festive nut-based sauce.</w:t>
      </w:r>
    </w:p>
    <w:p>
      <w:pPr>
        <w:pStyle w:val="Normal"/>
        <w:rPr/>
      </w:pPr>
      <w:r>
        <w:rPr/>
        <w:t>Serving: 4 portions</w:t>
      </w:r>
    </w:p>
    <w:p>
      <w:pPr>
        <w:pStyle w:val="Heading3"/>
        <w:rPr/>
      </w:pPr>
      <w:r>
        <w:rPr/>
        <w:t>Ingredients</w:t>
      </w:r>
    </w:p>
    <w:p>
      <w:pPr>
        <w:pStyle w:val="ListBullet"/>
        <w:numPr>
          <w:ilvl w:val="0"/>
          <w:numId w:val="1"/>
        </w:numPr>
        <w:rPr/>
      </w:pPr>
      <w:r>
        <w:rPr/>
        <w:t>Kofta: 1 cup grated bottle gourd, squeezed dry; 100 g crumbled paneer; 3 tbsp besan; ½ tsp cumin; chilli, salt</w:t>
      </w:r>
    </w:p>
    <w:p>
      <w:pPr>
        <w:pStyle w:val="ListBullet"/>
        <w:numPr>
          <w:ilvl w:val="0"/>
          <w:numId w:val="1"/>
        </w:numPr>
        <w:rPr/>
      </w:pPr>
      <w:r>
        <w:rPr/>
        <w:t>Gravy: 2 tbsp ghee, 1 onion, 2 tomatoes, 1 tsp ginger-garlic, 1 tsp coriander powder, ½ tsp garam masala, salt</w:t>
      </w:r>
    </w:p>
    <w:p>
      <w:pPr>
        <w:pStyle w:val="ListBullet"/>
        <w:numPr>
          <w:ilvl w:val="0"/>
          <w:numId w:val="1"/>
        </w:numPr>
        <w:rPr/>
      </w:pPr>
      <w:r>
        <w:rPr/>
        <w:t>Oil for frying</w:t>
      </w:r>
    </w:p>
    <w:p>
      <w:pPr>
        <w:pStyle w:val="Heading3"/>
        <w:rPr/>
      </w:pPr>
      <w:r>
        <w:rPr/>
        <w:t>Traditional method</w:t>
      </w:r>
    </w:p>
    <w:p>
      <w:pPr>
        <w:pStyle w:val="ListNumber"/>
        <w:numPr>
          <w:ilvl w:val="0"/>
          <w:numId w:val="37"/>
        </w:numPr>
        <w:rPr/>
      </w:pPr>
      <w:r>
        <w:rPr/>
        <w:t>Combine squeezed bottle gourd, paneer, besan, cumin, chilli and salt. Form small balls; if loose, add a little more besan.</w:t>
      </w:r>
    </w:p>
    <w:p>
      <w:pPr>
        <w:pStyle w:val="ListNumber"/>
        <w:numPr>
          <w:ilvl w:val="0"/>
          <w:numId w:val="37"/>
        </w:numPr>
        <w:rPr/>
      </w:pPr>
      <w:r>
        <w:rPr/>
        <w:t>Fry in medium-hot oil until golden and cooked through. Drain and set aside.</w:t>
      </w:r>
    </w:p>
    <w:p>
      <w:pPr>
        <w:pStyle w:val="ListNumber"/>
        <w:numPr>
          <w:ilvl w:val="0"/>
          <w:numId w:val="37"/>
        </w:numPr>
        <w:rPr/>
      </w:pPr>
      <w:r>
        <w:rPr/>
        <w:t>Heat ghee and cook onion until golden. Add ginger-garlic, then tomatoes and spices; fry until thick.</w:t>
      </w:r>
    </w:p>
    <w:p>
      <w:pPr>
        <w:pStyle w:val="ListNumber"/>
        <w:numPr>
          <w:ilvl w:val="0"/>
          <w:numId w:val="37"/>
        </w:numPr>
        <w:rPr/>
      </w:pPr>
      <w:r>
        <w:rPr/>
        <w:t>Cool and grind the masala if a smooth gravy is wanted. Return to the pan with 1½ cups water and simmer 10 minutes.</w:t>
      </w:r>
    </w:p>
    <w:p>
      <w:pPr>
        <w:pStyle w:val="ListNumber"/>
        <w:numPr>
          <w:ilvl w:val="0"/>
          <w:numId w:val="37"/>
        </w:numPr>
        <w:rPr/>
      </w:pPr>
      <w:r>
        <w:rPr/>
        <w:t>Add kofta just before serving and warm gently for 2–3 minutes. Serve with naan, roti or pulao.</w:t>
      </w:r>
      <w:r>
        <w:br w:type="page"/>
      </w:r>
    </w:p>
    <w:p>
      <w:pPr>
        <w:pStyle w:val="Heading2"/>
        <w:rPr/>
      </w:pPr>
      <w:r>
        <w:rPr/>
        <w:t>Vegetable Korma</w:t>
      </w:r>
    </w:p>
    <w:p>
      <w:pPr>
        <w:pStyle w:val="Normal"/>
        <w:rPr/>
      </w:pPr>
      <w:r>
        <w:rPr>
          <w:b/>
          <w:color w:val="5A5A4B"/>
          <w:sz w:val="18"/>
        </w:rPr>
        <w:t>Region: Punjab / Uttar Pradesh  |  Yield: 4</w:t>
      </w:r>
    </w:p>
    <w:p>
      <w:pPr>
        <w:pStyle w:val="Normal"/>
        <w:rPr/>
      </w:pPr>
      <w:r>
        <w:rPr/>
        <w:t>Origins &amp; variations: Korma refers to a gently cooked, aromatic gravy; regional and household versions range from yogurt-based to nut-enriched. A vegetarian korma should not be reduced to a generic cream sauce.</w:t>
      </w:r>
    </w:p>
    <w:p>
      <w:pPr>
        <w:pStyle w:val="Normal"/>
        <w:rPr/>
      </w:pPr>
      <w:r>
        <w:rPr/>
        <w:t>Serving: 4 portions</w:t>
      </w:r>
    </w:p>
    <w:p>
      <w:pPr>
        <w:pStyle w:val="Heading3"/>
        <w:rPr/>
      </w:pPr>
      <w:r>
        <w:rPr/>
        <w:t>Ingredients</w:t>
      </w:r>
    </w:p>
    <w:p>
      <w:pPr>
        <w:pStyle w:val="ListBullet"/>
        <w:numPr>
          <w:ilvl w:val="0"/>
          <w:numId w:val="1"/>
        </w:numPr>
        <w:rPr/>
      </w:pPr>
      <w:r>
        <w:rPr/>
        <w:t>4 cups mixed vegetables, cut evenly</w:t>
      </w:r>
    </w:p>
    <w:p>
      <w:pPr>
        <w:pStyle w:val="ListBullet"/>
        <w:numPr>
          <w:ilvl w:val="0"/>
          <w:numId w:val="1"/>
        </w:numPr>
        <w:rPr/>
      </w:pPr>
      <w:r>
        <w:rPr/>
        <w:t>2 tbsp ghee</w:t>
      </w:r>
    </w:p>
    <w:p>
      <w:pPr>
        <w:pStyle w:val="ListBullet"/>
        <w:numPr>
          <w:ilvl w:val="0"/>
          <w:numId w:val="1"/>
        </w:numPr>
        <w:rPr/>
      </w:pPr>
      <w:r>
        <w:rPr/>
        <w:t>1 onion, sliced</w:t>
      </w:r>
    </w:p>
    <w:p>
      <w:pPr>
        <w:pStyle w:val="ListBullet"/>
        <w:numPr>
          <w:ilvl w:val="0"/>
          <w:numId w:val="1"/>
        </w:numPr>
        <w:rPr/>
      </w:pPr>
      <w:r>
        <w:rPr/>
        <w:t>1 tsp ginger-garlic paste</w:t>
      </w:r>
    </w:p>
    <w:p>
      <w:pPr>
        <w:pStyle w:val="ListBullet"/>
        <w:numPr>
          <w:ilvl w:val="0"/>
          <w:numId w:val="1"/>
        </w:numPr>
        <w:rPr/>
      </w:pPr>
      <w:r>
        <w:rPr/>
        <w:t>½ cup curd, whisked</w:t>
      </w:r>
    </w:p>
    <w:p>
      <w:pPr>
        <w:pStyle w:val="ListBullet"/>
        <w:numPr>
          <w:ilvl w:val="0"/>
          <w:numId w:val="1"/>
        </w:numPr>
        <w:rPr/>
      </w:pPr>
      <w:r>
        <w:rPr/>
        <w:t>2 tbsp ground cashew or melon seeds (optional)</w:t>
      </w:r>
    </w:p>
    <w:p>
      <w:pPr>
        <w:pStyle w:val="ListBullet"/>
        <w:numPr>
          <w:ilvl w:val="0"/>
          <w:numId w:val="1"/>
        </w:numPr>
        <w:rPr/>
      </w:pPr>
      <w:r>
        <w:rPr/>
        <w:t>2 green cardamoms</w:t>
      </w:r>
    </w:p>
    <w:p>
      <w:pPr>
        <w:pStyle w:val="ListBullet"/>
        <w:numPr>
          <w:ilvl w:val="0"/>
          <w:numId w:val="1"/>
        </w:numPr>
        <w:rPr/>
      </w:pPr>
      <w:r>
        <w:rPr/>
        <w:t>1 small cinnamon piece</w:t>
      </w:r>
    </w:p>
    <w:p>
      <w:pPr>
        <w:pStyle w:val="ListBullet"/>
        <w:numPr>
          <w:ilvl w:val="0"/>
          <w:numId w:val="1"/>
        </w:numPr>
        <w:rPr/>
      </w:pPr>
      <w:r>
        <w:rPr/>
        <w:t>½ tsp coriander powder</w:t>
      </w:r>
    </w:p>
    <w:p>
      <w:pPr>
        <w:pStyle w:val="ListBullet"/>
        <w:numPr>
          <w:ilvl w:val="0"/>
          <w:numId w:val="1"/>
        </w:numPr>
        <w:rPr/>
      </w:pPr>
      <w:r>
        <w:rPr/>
        <w:t>Salt and white pepper</w:t>
      </w:r>
    </w:p>
    <w:p>
      <w:pPr>
        <w:pStyle w:val="Heading3"/>
        <w:rPr/>
      </w:pPr>
      <w:r>
        <w:rPr/>
        <w:t>Traditional method</w:t>
      </w:r>
    </w:p>
    <w:p>
      <w:pPr>
        <w:pStyle w:val="ListNumber"/>
        <w:numPr>
          <w:ilvl w:val="0"/>
          <w:numId w:val="38"/>
        </w:numPr>
        <w:rPr/>
      </w:pPr>
      <w:r>
        <w:rPr/>
        <w:t>Par-cook firm vegetables in lightly salted water until just tender; drain.</w:t>
      </w:r>
    </w:p>
    <w:p>
      <w:pPr>
        <w:pStyle w:val="ListNumber"/>
        <w:numPr>
          <w:ilvl w:val="0"/>
          <w:numId w:val="38"/>
        </w:numPr>
        <w:rPr/>
      </w:pPr>
      <w:r>
        <w:rPr/>
        <w:t>Heat ghee and add cardamom and cinnamon. Add onion and cook until pale gold, not dark.</w:t>
      </w:r>
    </w:p>
    <w:p>
      <w:pPr>
        <w:pStyle w:val="ListNumber"/>
        <w:numPr>
          <w:ilvl w:val="0"/>
          <w:numId w:val="38"/>
        </w:numPr>
        <w:rPr/>
      </w:pPr>
      <w:r>
        <w:rPr/>
        <w:t>Add ginger-garlic and cook briefly. Lower the heat and stir in curd gradually.</w:t>
      </w:r>
    </w:p>
    <w:p>
      <w:pPr>
        <w:pStyle w:val="ListNumber"/>
        <w:numPr>
          <w:ilvl w:val="0"/>
          <w:numId w:val="38"/>
        </w:numPr>
        <w:rPr/>
      </w:pPr>
      <w:r>
        <w:rPr/>
        <w:t>Add nut paste if using, coriander, salt and white pepper. Cook gently until the sauce thickens.</w:t>
      </w:r>
    </w:p>
    <w:p>
      <w:pPr>
        <w:pStyle w:val="ListNumber"/>
        <w:numPr>
          <w:ilvl w:val="0"/>
          <w:numId w:val="38"/>
        </w:numPr>
        <w:rPr/>
      </w:pPr>
      <w:r>
        <w:rPr/>
        <w:t>Add vegetables and ½ cup hot water. Cover and simmer 8–12 minutes so the flavours mingle.</w:t>
      </w:r>
    </w:p>
    <w:p>
      <w:pPr>
        <w:pStyle w:val="ListNumber"/>
        <w:numPr>
          <w:ilvl w:val="0"/>
          <w:numId w:val="38"/>
        </w:numPr>
        <w:rPr/>
      </w:pPr>
      <w:r>
        <w:rPr/>
        <w:t>Serve with paratha, naan or a mild rice dish.</w:t>
      </w:r>
    </w:p>
    <w:p>
      <w:pPr>
        <w:pStyle w:val="Normal"/>
        <w:rPr/>
      </w:pPr>
      <w:r>
        <w:rPr/>
      </w:r>
      <w:r>
        <w:br w:type="page"/>
      </w:r>
    </w:p>
    <w:p>
      <w:pPr>
        <w:pStyle w:val="Heading1"/>
        <w:spacing w:before="0" w:after="0"/>
        <w:rPr/>
      </w:pPr>
      <w:r>
        <w:rPr/>
        <w:t>PART III — DALS AND LENTILS</w:t>
      </w:r>
    </w:p>
    <w:p>
      <w:pPr>
        <w:pStyle w:val="Normal"/>
        <w:rPr/>
      </w:pPr>
      <w:r>
        <w:rPr/>
        <w:t>Dal is everyday nourishment as well as a festive centrepiece. The key traditional habits are thorough washing, appropriate soaking, a complete cook, and a tempering added at the right moment.</w:t>
      </w:r>
    </w:p>
    <w:p>
      <w:pPr>
        <w:pStyle w:val="Heading2"/>
        <w:rPr/>
      </w:pPr>
      <w:r>
        <w:rPr/>
        <w:t>Mixed Dal (Haryanvi Home Style)</w:t>
      </w:r>
    </w:p>
    <w:p>
      <w:pPr>
        <w:pStyle w:val="Normal"/>
        <w:rPr/>
      </w:pPr>
      <w:r>
        <w:rPr>
          <w:b/>
          <w:color w:val="5A5A4B"/>
          <w:sz w:val="18"/>
        </w:rPr>
        <w:t>Region: Haryana  |  Yield: 4 bowls</w:t>
      </w:r>
    </w:p>
    <w:p>
      <w:pPr>
        <w:pStyle w:val="Normal"/>
        <w:rPr/>
      </w:pPr>
      <w:r>
        <w:rPr/>
        <w:t>Origins &amp; variations: A practical household blend of available lentils, cooked until soft and finished with a simple tadka. The blend changes with pantry and season.</w:t>
      </w:r>
    </w:p>
    <w:p>
      <w:pPr>
        <w:pStyle w:val="Normal"/>
        <w:rPr/>
      </w:pPr>
      <w:r>
        <w:rPr/>
        <w:t>Serving: 4 portions</w:t>
      </w:r>
    </w:p>
    <w:p>
      <w:pPr>
        <w:pStyle w:val="Heading3"/>
        <w:rPr/>
      </w:pPr>
      <w:r>
        <w:rPr/>
        <w:t>Ingredients</w:t>
      </w:r>
    </w:p>
    <w:p>
      <w:pPr>
        <w:pStyle w:val="ListBullet"/>
        <w:numPr>
          <w:ilvl w:val="0"/>
          <w:numId w:val="1"/>
        </w:numPr>
        <w:rPr/>
      </w:pPr>
      <w:r>
        <w:rPr/>
        <w:t>½ cup mixed dals (for example, moong, masoor, chana dal)</w:t>
      </w:r>
    </w:p>
    <w:p>
      <w:pPr>
        <w:pStyle w:val="ListBullet"/>
        <w:numPr>
          <w:ilvl w:val="0"/>
          <w:numId w:val="1"/>
        </w:numPr>
        <w:rPr/>
      </w:pPr>
      <w:r>
        <w:rPr/>
        <w:t>4 cups water</w:t>
      </w:r>
    </w:p>
    <w:p>
      <w:pPr>
        <w:pStyle w:val="ListBullet"/>
        <w:numPr>
          <w:ilvl w:val="0"/>
          <w:numId w:val="1"/>
        </w:numPr>
        <w:rPr/>
      </w:pPr>
      <w:r>
        <w:rPr/>
        <w:t>¼ tsp turmeric</w:t>
      </w:r>
    </w:p>
    <w:p>
      <w:pPr>
        <w:pStyle w:val="ListBullet"/>
        <w:numPr>
          <w:ilvl w:val="0"/>
          <w:numId w:val="1"/>
        </w:numPr>
        <w:rPr/>
      </w:pPr>
      <w:r>
        <w:rPr/>
        <w:t>Salt</w:t>
      </w:r>
    </w:p>
    <w:p>
      <w:pPr>
        <w:pStyle w:val="ListBullet"/>
        <w:numPr>
          <w:ilvl w:val="0"/>
          <w:numId w:val="1"/>
        </w:numPr>
        <w:rPr/>
      </w:pPr>
      <w:r>
        <w:rPr/>
        <w:t>Tadka: 2 tbsp ghee, 1 tsp cumin, pinch hing, 3 garlic cloves sliced, 1 dried red chilli</w:t>
      </w:r>
    </w:p>
    <w:p>
      <w:pPr>
        <w:pStyle w:val="ListBullet"/>
        <w:numPr>
          <w:ilvl w:val="0"/>
          <w:numId w:val="1"/>
        </w:numPr>
        <w:rPr/>
      </w:pPr>
      <w:r>
        <w:rPr/>
        <w:t>Coriander</w:t>
      </w:r>
    </w:p>
    <w:p>
      <w:pPr>
        <w:pStyle w:val="Heading3"/>
        <w:rPr/>
      </w:pPr>
      <w:r>
        <w:rPr/>
        <w:t>Traditional method</w:t>
      </w:r>
    </w:p>
    <w:p>
      <w:pPr>
        <w:pStyle w:val="ListNumber"/>
        <w:numPr>
          <w:ilvl w:val="0"/>
          <w:numId w:val="39"/>
        </w:numPr>
        <w:rPr/>
      </w:pPr>
      <w:r>
        <w:rPr/>
        <w:t>Wash the dals until the water is nearly clear. Soak chana dal separately for 1–2 hours if included.</w:t>
      </w:r>
    </w:p>
    <w:p>
      <w:pPr>
        <w:pStyle w:val="ListNumber"/>
        <w:numPr>
          <w:ilvl w:val="0"/>
          <w:numId w:val="39"/>
        </w:numPr>
        <w:rPr/>
      </w:pPr>
      <w:r>
        <w:rPr/>
        <w:t>Add dals, water, turmeric and salt to a heavy pot. Bring to a boil, skim foam and simmer until completely soft, 35–60 minutes depending on the blend.</w:t>
      </w:r>
    </w:p>
    <w:p>
      <w:pPr>
        <w:pStyle w:val="ListNumber"/>
        <w:numPr>
          <w:ilvl w:val="0"/>
          <w:numId w:val="39"/>
        </w:numPr>
        <w:rPr/>
      </w:pPr>
      <w:r>
        <w:rPr/>
        <w:t>Whisk or mash the cooked dal to the preferred texture. Add hot water if needed.</w:t>
      </w:r>
    </w:p>
    <w:p>
      <w:pPr>
        <w:pStyle w:val="ListNumber"/>
        <w:numPr>
          <w:ilvl w:val="0"/>
          <w:numId w:val="39"/>
        </w:numPr>
        <w:rPr/>
      </w:pPr>
      <w:r>
        <w:rPr/>
        <w:t>Heat ghee in a small pan. Add cumin, hing, garlic and dried chilli; cook until the garlic is pale gold.</w:t>
      </w:r>
    </w:p>
    <w:p>
      <w:pPr>
        <w:pStyle w:val="ListNumber"/>
        <w:numPr>
          <w:ilvl w:val="0"/>
          <w:numId w:val="39"/>
        </w:numPr>
        <w:rPr/>
      </w:pPr>
      <w:r>
        <w:rPr/>
        <w:t>Pour the tadka over the dal, cover for 2 minutes, then stir. Finish with coriander and serve with roti or rice.</w:t>
      </w:r>
    </w:p>
    <w:p>
      <w:pPr>
        <w:pStyle w:val="Heading2"/>
        <w:rPr/>
      </w:pPr>
      <w:r>
        <w:rPr/>
      </w:r>
      <w:r>
        <w:br w:type="page"/>
      </w:r>
    </w:p>
    <w:p>
      <w:pPr>
        <w:pStyle w:val="Heading2"/>
        <w:rPr/>
      </w:pPr>
      <w:r>
        <w:rPr/>
        <w:t>Rajma</w:t>
      </w:r>
    </w:p>
    <w:p>
      <w:pPr>
        <w:pStyle w:val="Normal"/>
        <w:rPr/>
      </w:pPr>
      <w:r>
        <w:rPr>
          <w:b/>
          <w:color w:val="5A5A4B"/>
          <w:sz w:val="18"/>
        </w:rPr>
        <w:t>Region: Punjab / Haryana  |  Yield: 4–6</w:t>
      </w:r>
    </w:p>
    <w:p>
      <w:pPr>
        <w:pStyle w:val="Normal"/>
        <w:rPr/>
      </w:pPr>
      <w:r>
        <w:rPr/>
        <w:t>Origins &amp; variations: Kidney beans cooked until creamy in a tomato-onion gravy, a classic Punjabi comfort dish often served over rice.</w:t>
      </w:r>
    </w:p>
    <w:p>
      <w:pPr>
        <w:pStyle w:val="Normal"/>
        <w:rPr/>
      </w:pPr>
      <w:r>
        <w:rPr/>
        <w:t>Serving: 4–6 portions</w:t>
      </w:r>
    </w:p>
    <w:p>
      <w:pPr>
        <w:pStyle w:val="Heading3"/>
        <w:rPr/>
      </w:pPr>
      <w:r>
        <w:rPr/>
        <w:t>Ingredients</w:t>
      </w:r>
    </w:p>
    <w:p>
      <w:pPr>
        <w:pStyle w:val="ListBullet"/>
        <w:numPr>
          <w:ilvl w:val="0"/>
          <w:numId w:val="1"/>
        </w:numPr>
        <w:rPr/>
      </w:pPr>
      <w:r>
        <w:rPr/>
        <w:t>1 cup rajma</w:t>
      </w:r>
    </w:p>
    <w:p>
      <w:pPr>
        <w:pStyle w:val="ListBullet"/>
        <w:numPr>
          <w:ilvl w:val="0"/>
          <w:numId w:val="1"/>
        </w:numPr>
        <w:rPr/>
      </w:pPr>
      <w:r>
        <w:rPr/>
        <w:t>1 onion, finely chopped</w:t>
      </w:r>
    </w:p>
    <w:p>
      <w:pPr>
        <w:pStyle w:val="ListBullet"/>
        <w:numPr>
          <w:ilvl w:val="0"/>
          <w:numId w:val="1"/>
        </w:numPr>
        <w:rPr/>
      </w:pPr>
      <w:r>
        <w:rPr/>
        <w:t>3 tomatoes, puréed</w:t>
      </w:r>
    </w:p>
    <w:p>
      <w:pPr>
        <w:pStyle w:val="ListBullet"/>
        <w:numPr>
          <w:ilvl w:val="0"/>
          <w:numId w:val="1"/>
        </w:numPr>
        <w:rPr/>
      </w:pPr>
      <w:r>
        <w:rPr/>
        <w:t>1 tbsp ginger-garlic paste</w:t>
      </w:r>
    </w:p>
    <w:p>
      <w:pPr>
        <w:pStyle w:val="ListBullet"/>
        <w:numPr>
          <w:ilvl w:val="0"/>
          <w:numId w:val="1"/>
        </w:numPr>
        <w:rPr/>
      </w:pPr>
      <w:r>
        <w:rPr/>
        <w:t>2 tbsp oil or ghee</w:t>
      </w:r>
    </w:p>
    <w:p>
      <w:pPr>
        <w:pStyle w:val="ListBullet"/>
        <w:numPr>
          <w:ilvl w:val="0"/>
          <w:numId w:val="1"/>
        </w:numPr>
        <w:rPr/>
      </w:pPr>
      <w:r>
        <w:rPr/>
        <w:t>1 tsp cumin</w:t>
      </w:r>
    </w:p>
    <w:p>
      <w:pPr>
        <w:pStyle w:val="ListBullet"/>
        <w:numPr>
          <w:ilvl w:val="0"/>
          <w:numId w:val="1"/>
        </w:numPr>
        <w:rPr/>
      </w:pPr>
      <w:r>
        <w:rPr/>
        <w:t>1 tsp coriander powder</w:t>
      </w:r>
    </w:p>
    <w:p>
      <w:pPr>
        <w:pStyle w:val="ListBullet"/>
        <w:numPr>
          <w:ilvl w:val="0"/>
          <w:numId w:val="1"/>
        </w:numPr>
        <w:rPr/>
      </w:pPr>
      <w:r>
        <w:rPr/>
        <w:t>½ tsp turmeric</w:t>
      </w:r>
    </w:p>
    <w:p>
      <w:pPr>
        <w:pStyle w:val="ListBullet"/>
        <w:numPr>
          <w:ilvl w:val="0"/>
          <w:numId w:val="1"/>
        </w:numPr>
        <w:rPr/>
      </w:pPr>
      <w:r>
        <w:rPr/>
        <w:t>½ tsp chilli</w:t>
      </w:r>
    </w:p>
    <w:p>
      <w:pPr>
        <w:pStyle w:val="ListBullet"/>
        <w:numPr>
          <w:ilvl w:val="0"/>
          <w:numId w:val="1"/>
        </w:numPr>
        <w:rPr/>
      </w:pPr>
      <w:r>
        <w:rPr/>
        <w:t>½ tsp garam masala</w:t>
      </w:r>
    </w:p>
    <w:p>
      <w:pPr>
        <w:pStyle w:val="ListBullet"/>
        <w:numPr>
          <w:ilvl w:val="0"/>
          <w:numId w:val="1"/>
        </w:numPr>
        <w:rPr/>
      </w:pPr>
      <w:r>
        <w:rPr/>
        <w:t>Salt</w:t>
      </w:r>
    </w:p>
    <w:p>
      <w:pPr>
        <w:pStyle w:val="Heading3"/>
        <w:rPr/>
      </w:pPr>
      <w:r>
        <w:rPr/>
        <w:t>Traditional method</w:t>
      </w:r>
    </w:p>
    <w:p>
      <w:pPr>
        <w:pStyle w:val="ListNumber"/>
        <w:numPr>
          <w:ilvl w:val="0"/>
          <w:numId w:val="40"/>
        </w:numPr>
        <w:rPr/>
      </w:pPr>
      <w:r>
        <w:rPr/>
        <w:t>Wash and soak rajma 8–12 hours. Discard soaking water and rinse.</w:t>
      </w:r>
    </w:p>
    <w:p>
      <w:pPr>
        <w:pStyle w:val="ListNumber"/>
        <w:numPr>
          <w:ilvl w:val="0"/>
          <w:numId w:val="40"/>
        </w:numPr>
        <w:rPr/>
      </w:pPr>
      <w:r>
        <w:rPr/>
        <w:t>Boil in fresh water until completely tender. Kidney beans must be thoroughly cooked; do not taste them undercooked.</w:t>
      </w:r>
    </w:p>
    <w:p>
      <w:pPr>
        <w:pStyle w:val="ListNumber"/>
        <w:numPr>
          <w:ilvl w:val="0"/>
          <w:numId w:val="40"/>
        </w:numPr>
        <w:rPr/>
      </w:pPr>
      <w:r>
        <w:rPr/>
        <w:t>Heat oil, add cumin and onion and cook until golden. Add ginger-garlic, then tomato, coriander, turmeric, chilli and salt.</w:t>
      </w:r>
    </w:p>
    <w:p>
      <w:pPr>
        <w:pStyle w:val="ListNumber"/>
        <w:numPr>
          <w:ilvl w:val="0"/>
          <w:numId w:val="40"/>
        </w:numPr>
        <w:rPr/>
      </w:pPr>
      <w:r>
        <w:rPr/>
        <w:t>Fry the masala until thick and glossy. Add cooked rajma and enough cooking liquor for a medium-thick gravy.</w:t>
      </w:r>
    </w:p>
    <w:p>
      <w:pPr>
        <w:pStyle w:val="ListNumber"/>
        <w:numPr>
          <w:ilvl w:val="0"/>
          <w:numId w:val="40"/>
        </w:numPr>
        <w:rPr/>
      </w:pPr>
      <w:r>
        <w:rPr/>
        <w:t>Simmer 30–45 minutes, crushing a few beans to thicken. Add garam masala near the end.</w:t>
      </w:r>
    </w:p>
    <w:p>
      <w:pPr>
        <w:pStyle w:val="ListNumber"/>
        <w:numPr>
          <w:ilvl w:val="0"/>
          <w:numId w:val="40"/>
        </w:numPr>
        <w:rPr/>
      </w:pPr>
      <w:r>
        <w:rPr/>
        <w:t>Serve over steamed rice with onion, lemon and a spoonful of curd.</w:t>
      </w:r>
    </w:p>
    <w:p>
      <w:pPr>
        <w:pStyle w:val="Heading2"/>
        <w:rPr/>
      </w:pPr>
      <w:r>
        <w:rPr/>
      </w:r>
      <w:r>
        <w:br w:type="page"/>
      </w:r>
    </w:p>
    <w:p>
      <w:pPr>
        <w:pStyle w:val="Heading2"/>
        <w:rPr/>
      </w:pPr>
      <w:r>
        <w:rPr/>
        <w:t>Everyday Home-Style Dal</w:t>
      </w:r>
    </w:p>
    <w:p>
      <w:pPr>
        <w:pStyle w:val="Normal"/>
        <w:rPr/>
      </w:pPr>
      <w:r>
        <w:rPr>
          <w:b/>
          <w:color w:val="5A5A4B"/>
          <w:sz w:val="18"/>
        </w:rPr>
        <w:t>Region: Across North India  |  Yield: 4 bowls</w:t>
      </w:r>
    </w:p>
    <w:p>
      <w:pPr>
        <w:pStyle w:val="Normal"/>
        <w:rPr/>
      </w:pPr>
      <w:r>
        <w:rPr/>
        <w:t>Origins &amp; variations: A simple everyday dal is defined by the lentil at hand and the household tadka, not by a single canonical recipe.</w:t>
      </w:r>
    </w:p>
    <w:p>
      <w:pPr>
        <w:pStyle w:val="Normal"/>
        <w:rPr/>
      </w:pPr>
      <w:r>
        <w:rPr/>
        <w:t>Serving: 4 portions</w:t>
      </w:r>
    </w:p>
    <w:p>
      <w:pPr>
        <w:pStyle w:val="Heading3"/>
        <w:rPr/>
      </w:pPr>
      <w:r>
        <w:rPr/>
        <w:t>Ingredients</w:t>
      </w:r>
    </w:p>
    <w:p>
      <w:pPr>
        <w:pStyle w:val="ListBullet"/>
        <w:numPr>
          <w:ilvl w:val="0"/>
          <w:numId w:val="1"/>
        </w:numPr>
        <w:rPr/>
      </w:pPr>
      <w:r>
        <w:rPr/>
        <w:t>1 cup yellow moong or masoor dal</w:t>
      </w:r>
    </w:p>
    <w:p>
      <w:pPr>
        <w:pStyle w:val="ListBullet"/>
        <w:numPr>
          <w:ilvl w:val="0"/>
          <w:numId w:val="1"/>
        </w:numPr>
        <w:rPr/>
      </w:pPr>
      <w:r>
        <w:rPr/>
        <w:t>4 cups water</w:t>
      </w:r>
    </w:p>
    <w:p>
      <w:pPr>
        <w:pStyle w:val="ListBullet"/>
        <w:numPr>
          <w:ilvl w:val="0"/>
          <w:numId w:val="1"/>
        </w:numPr>
        <w:rPr/>
      </w:pPr>
      <w:r>
        <w:rPr/>
        <w:t>¼ tsp turmeric</w:t>
      </w:r>
    </w:p>
    <w:p>
      <w:pPr>
        <w:pStyle w:val="ListBullet"/>
        <w:numPr>
          <w:ilvl w:val="0"/>
          <w:numId w:val="1"/>
        </w:numPr>
        <w:rPr/>
      </w:pPr>
      <w:r>
        <w:rPr/>
        <w:t>Salt</w:t>
      </w:r>
    </w:p>
    <w:p>
      <w:pPr>
        <w:pStyle w:val="ListBullet"/>
        <w:numPr>
          <w:ilvl w:val="0"/>
          <w:numId w:val="1"/>
        </w:numPr>
        <w:rPr/>
      </w:pPr>
      <w:r>
        <w:rPr/>
        <w:t>1 tbsp ghee</w:t>
      </w:r>
    </w:p>
    <w:p>
      <w:pPr>
        <w:pStyle w:val="ListBullet"/>
        <w:numPr>
          <w:ilvl w:val="0"/>
          <w:numId w:val="1"/>
        </w:numPr>
        <w:rPr/>
      </w:pPr>
      <w:r>
        <w:rPr/>
        <w:t>1 tsp cumin</w:t>
      </w:r>
    </w:p>
    <w:p>
      <w:pPr>
        <w:pStyle w:val="ListBullet"/>
        <w:numPr>
          <w:ilvl w:val="0"/>
          <w:numId w:val="1"/>
        </w:numPr>
        <w:rPr/>
      </w:pPr>
      <w:r>
        <w:rPr/>
        <w:t>Pinch hing</w:t>
      </w:r>
    </w:p>
    <w:p>
      <w:pPr>
        <w:pStyle w:val="ListBullet"/>
        <w:numPr>
          <w:ilvl w:val="0"/>
          <w:numId w:val="1"/>
        </w:numPr>
        <w:rPr/>
      </w:pPr>
      <w:r>
        <w:rPr/>
        <w:t>1 dried red chilli</w:t>
      </w:r>
    </w:p>
    <w:p>
      <w:pPr>
        <w:pStyle w:val="ListBullet"/>
        <w:numPr>
          <w:ilvl w:val="0"/>
          <w:numId w:val="1"/>
        </w:numPr>
        <w:rPr/>
      </w:pPr>
      <w:r>
        <w:rPr/>
        <w:t>½ tsp grated ginger</w:t>
      </w:r>
    </w:p>
    <w:p>
      <w:pPr>
        <w:pStyle w:val="Heading3"/>
        <w:rPr/>
      </w:pPr>
      <w:r>
        <w:rPr/>
        <w:t>Traditional method</w:t>
      </w:r>
    </w:p>
    <w:p>
      <w:pPr>
        <w:pStyle w:val="ListNumber"/>
        <w:numPr>
          <w:ilvl w:val="0"/>
          <w:numId w:val="41"/>
        </w:numPr>
        <w:rPr/>
      </w:pPr>
      <w:r>
        <w:rPr/>
        <w:t>Rinse the dal thoroughly. Add to a pot with water, turmeric and salt.</w:t>
      </w:r>
    </w:p>
    <w:p>
      <w:pPr>
        <w:pStyle w:val="ListNumber"/>
        <w:numPr>
          <w:ilvl w:val="0"/>
          <w:numId w:val="41"/>
        </w:numPr>
        <w:rPr/>
      </w:pPr>
      <w:r>
        <w:rPr/>
        <w:t>Bring to a boil, skim if needed, then simmer 20–35 minutes until soft; cooking time depends on the dal.</w:t>
      </w:r>
    </w:p>
    <w:p>
      <w:pPr>
        <w:pStyle w:val="ListNumber"/>
        <w:numPr>
          <w:ilvl w:val="0"/>
          <w:numId w:val="41"/>
        </w:numPr>
        <w:rPr/>
      </w:pPr>
      <w:r>
        <w:rPr/>
        <w:t>Whisk until smooth, adding hot water to make a pourable consistency.</w:t>
      </w:r>
    </w:p>
    <w:p>
      <w:pPr>
        <w:pStyle w:val="ListNumber"/>
        <w:numPr>
          <w:ilvl w:val="0"/>
          <w:numId w:val="41"/>
        </w:numPr>
        <w:rPr/>
      </w:pPr>
      <w:r>
        <w:rPr/>
        <w:t>Heat ghee; add cumin, hing, chilli and ginger. Let the spices sizzle without burning.</w:t>
      </w:r>
    </w:p>
    <w:p>
      <w:pPr>
        <w:pStyle w:val="ListNumber"/>
        <w:numPr>
          <w:ilvl w:val="0"/>
          <w:numId w:val="41"/>
        </w:numPr>
        <w:rPr/>
      </w:pPr>
      <w:r>
        <w:rPr/>
        <w:t>Pour over dal, cover briefly and stir. Serve with rice, roti and a seasonal sabzi.</w:t>
      </w:r>
    </w:p>
    <w:p>
      <w:pPr>
        <w:pStyle w:val="Heading2"/>
        <w:rPr/>
      </w:pPr>
      <w:r>
        <w:rPr/>
      </w:r>
      <w:r>
        <w:br w:type="page"/>
      </w:r>
    </w:p>
    <w:p>
      <w:pPr>
        <w:pStyle w:val="Heading2"/>
        <w:rPr/>
      </w:pPr>
      <w:r>
        <w:rPr/>
        <w:t>Bafla with Dal</w:t>
      </w:r>
    </w:p>
    <w:p>
      <w:pPr>
        <w:pStyle w:val="Normal"/>
        <w:rPr/>
      </w:pPr>
      <w:r>
        <w:rPr>
          <w:b/>
          <w:color w:val="5A5A4B"/>
          <w:sz w:val="18"/>
        </w:rPr>
        <w:t>Region: Madhya Pradesh (Malwa)  |  Yield: Bafla for 4 plus dal</w:t>
      </w:r>
    </w:p>
    <w:p>
      <w:pPr>
        <w:pStyle w:val="Normal"/>
        <w:rPr/>
      </w:pPr>
      <w:r>
        <w:rPr/>
        <w:t>Origins &amp; variations: A classic Malwa pairing: ghee-rich bafla with a thin or medium-thick dal, often accompanied by churma and a vegetable.</w:t>
      </w:r>
    </w:p>
    <w:p>
      <w:pPr>
        <w:pStyle w:val="Normal"/>
        <w:rPr/>
      </w:pPr>
      <w:r>
        <w:rPr/>
        <w:t>Serving: 4 portions</w:t>
      </w:r>
    </w:p>
    <w:p>
      <w:pPr>
        <w:pStyle w:val="Heading3"/>
        <w:rPr/>
      </w:pPr>
      <w:r>
        <w:rPr/>
        <w:t>Ingredients</w:t>
      </w:r>
    </w:p>
    <w:p>
      <w:pPr>
        <w:pStyle w:val="ListBullet"/>
        <w:numPr>
          <w:ilvl w:val="0"/>
          <w:numId w:val="1"/>
        </w:numPr>
        <w:rPr/>
      </w:pPr>
      <w:r>
        <w:rPr/>
        <w:t>8 prepared bafla (see Bafla recipe)</w:t>
      </w:r>
    </w:p>
    <w:p>
      <w:pPr>
        <w:pStyle w:val="ListBullet"/>
        <w:numPr>
          <w:ilvl w:val="0"/>
          <w:numId w:val="1"/>
        </w:numPr>
        <w:rPr/>
      </w:pPr>
      <w:r>
        <w:rPr/>
        <w:t>1 cup toor dal or mixed dal</w:t>
      </w:r>
    </w:p>
    <w:p>
      <w:pPr>
        <w:pStyle w:val="ListBullet"/>
        <w:numPr>
          <w:ilvl w:val="0"/>
          <w:numId w:val="1"/>
        </w:numPr>
        <w:rPr/>
      </w:pPr>
      <w:r>
        <w:rPr/>
        <w:t>4 cups water</w:t>
      </w:r>
    </w:p>
    <w:p>
      <w:pPr>
        <w:pStyle w:val="ListBullet"/>
        <w:numPr>
          <w:ilvl w:val="0"/>
          <w:numId w:val="1"/>
        </w:numPr>
        <w:rPr/>
      </w:pPr>
      <w:r>
        <w:rPr/>
        <w:t>¼ tsp turmeric</w:t>
      </w:r>
    </w:p>
    <w:p>
      <w:pPr>
        <w:pStyle w:val="ListBullet"/>
        <w:numPr>
          <w:ilvl w:val="0"/>
          <w:numId w:val="1"/>
        </w:numPr>
        <w:rPr/>
      </w:pPr>
      <w:r>
        <w:rPr/>
        <w:t>Salt</w:t>
      </w:r>
    </w:p>
    <w:p>
      <w:pPr>
        <w:pStyle w:val="ListBullet"/>
        <w:numPr>
          <w:ilvl w:val="0"/>
          <w:numId w:val="1"/>
        </w:numPr>
        <w:rPr/>
      </w:pPr>
      <w:r>
        <w:rPr/>
        <w:t>1 tbsp ghee</w:t>
      </w:r>
    </w:p>
    <w:p>
      <w:pPr>
        <w:pStyle w:val="ListBullet"/>
        <w:numPr>
          <w:ilvl w:val="0"/>
          <w:numId w:val="1"/>
        </w:numPr>
        <w:rPr/>
      </w:pPr>
      <w:r>
        <w:rPr/>
        <w:t>1 tsp cumin</w:t>
      </w:r>
    </w:p>
    <w:p>
      <w:pPr>
        <w:pStyle w:val="ListBullet"/>
        <w:numPr>
          <w:ilvl w:val="0"/>
          <w:numId w:val="1"/>
        </w:numPr>
        <w:rPr/>
      </w:pPr>
      <w:r>
        <w:rPr/>
        <w:t>Pinch hing</w:t>
      </w:r>
    </w:p>
    <w:p>
      <w:pPr>
        <w:pStyle w:val="ListBullet"/>
        <w:numPr>
          <w:ilvl w:val="0"/>
          <w:numId w:val="1"/>
        </w:numPr>
        <w:rPr/>
      </w:pPr>
      <w:r>
        <w:rPr/>
        <w:t>2 garlic cloves (optional)</w:t>
      </w:r>
    </w:p>
    <w:p>
      <w:pPr>
        <w:pStyle w:val="ListBullet"/>
        <w:numPr>
          <w:ilvl w:val="0"/>
          <w:numId w:val="1"/>
        </w:numPr>
        <w:rPr/>
      </w:pPr>
      <w:r>
        <w:rPr/>
        <w:t>Lemon and coriander</w:t>
      </w:r>
    </w:p>
    <w:p>
      <w:pPr>
        <w:pStyle w:val="Heading3"/>
        <w:rPr/>
      </w:pPr>
      <w:r>
        <w:rPr/>
        <w:t>Traditional method</w:t>
      </w:r>
    </w:p>
    <w:p>
      <w:pPr>
        <w:pStyle w:val="ListNumber"/>
        <w:numPr>
          <w:ilvl w:val="0"/>
          <w:numId w:val="42"/>
        </w:numPr>
        <w:rPr/>
      </w:pPr>
      <w:r>
        <w:rPr/>
        <w:t>Wash dal and simmer with water, turmeric and salt until completely soft.</w:t>
      </w:r>
    </w:p>
    <w:p>
      <w:pPr>
        <w:pStyle w:val="ListNumber"/>
        <w:numPr>
          <w:ilvl w:val="0"/>
          <w:numId w:val="42"/>
        </w:numPr>
        <w:rPr/>
      </w:pPr>
      <w:r>
        <w:rPr/>
        <w:t>Whisk to a smooth consistency, adding hot water if required. The dal should be looser than a thick curry.</w:t>
      </w:r>
    </w:p>
    <w:p>
      <w:pPr>
        <w:pStyle w:val="ListNumber"/>
        <w:numPr>
          <w:ilvl w:val="0"/>
          <w:numId w:val="42"/>
        </w:numPr>
        <w:rPr/>
      </w:pPr>
      <w:r>
        <w:rPr/>
        <w:t>Heat ghee; add cumin, hing and optional garlic. Cook until fragrant, then pour over the dal.</w:t>
      </w:r>
    </w:p>
    <w:p>
      <w:pPr>
        <w:pStyle w:val="ListNumber"/>
        <w:numPr>
          <w:ilvl w:val="0"/>
          <w:numId w:val="42"/>
        </w:numPr>
        <w:rPr/>
      </w:pPr>
      <w:r>
        <w:rPr/>
        <w:t>Warm the bafla and split each one. Dip or spoon warm ghee over it.</w:t>
      </w:r>
    </w:p>
    <w:p>
      <w:pPr>
        <w:pStyle w:val="ListNumber"/>
        <w:numPr>
          <w:ilvl w:val="0"/>
          <w:numId w:val="42"/>
        </w:numPr>
        <w:rPr/>
      </w:pPr>
      <w:r>
        <w:rPr/>
        <w:t>Serve dal in individual bowls with bafla, lemon, coriander and optional churma.</w:t>
      </w:r>
    </w:p>
    <w:p>
      <w:pPr>
        <w:pStyle w:val="Normal"/>
        <w:rPr/>
      </w:pPr>
      <w:r>
        <w:rPr/>
      </w:r>
      <w:r>
        <w:br w:type="page"/>
      </w:r>
    </w:p>
    <w:p>
      <w:pPr>
        <w:pStyle w:val="Heading1"/>
        <w:spacing w:before="0" w:after="0"/>
        <w:rPr/>
      </w:pPr>
      <w:r>
        <w:rPr/>
        <w:t>PART IV — RICE DISHES</w:t>
      </w:r>
    </w:p>
    <w:p>
      <w:pPr>
        <w:pStyle w:val="Normal"/>
        <w:rPr/>
      </w:pPr>
      <w:r>
        <w:rPr/>
        <w:t>Rice may be plain and restorative, festive and sweet, or a one-pot meal. For distinct grains, wash gently and drain; for khichdi, the desired texture is intentionally softer.</w:t>
      </w:r>
    </w:p>
    <w:p>
      <w:pPr>
        <w:pStyle w:val="Heading2"/>
        <w:rPr/>
      </w:pPr>
      <w:r>
        <w:rPr/>
        <w:t>Mithe Chawal</w:t>
      </w:r>
    </w:p>
    <w:p>
      <w:pPr>
        <w:pStyle w:val="Normal"/>
        <w:rPr/>
      </w:pPr>
      <w:r>
        <w:rPr>
          <w:b/>
          <w:color w:val="5A5A4B"/>
          <w:sz w:val="18"/>
        </w:rPr>
        <w:t>Region: Haryana  |  Yield: 4</w:t>
      </w:r>
    </w:p>
    <w:p>
      <w:pPr>
        <w:pStyle w:val="Normal"/>
        <w:rPr/>
      </w:pPr>
      <w:r>
        <w:rPr/>
        <w:t>Origins &amp; variations: Sweet saffron- or cardamom-scented rice served for celebrations and special meals. Some homes colour it with saffron; others use a little turmeric or omit colour.</w:t>
      </w:r>
    </w:p>
    <w:p>
      <w:pPr>
        <w:pStyle w:val="Normal"/>
        <w:rPr/>
      </w:pPr>
      <w:r>
        <w:rPr/>
        <w:t>Serving: 4 portions</w:t>
      </w:r>
    </w:p>
    <w:p>
      <w:pPr>
        <w:pStyle w:val="Heading3"/>
        <w:rPr/>
      </w:pPr>
      <w:r>
        <w:rPr/>
        <w:t>Ingredients</w:t>
      </w:r>
    </w:p>
    <w:p>
      <w:pPr>
        <w:pStyle w:val="ListBullet"/>
        <w:numPr>
          <w:ilvl w:val="0"/>
          <w:numId w:val="1"/>
        </w:numPr>
        <w:rPr/>
      </w:pPr>
      <w:r>
        <w:rPr/>
        <w:t>1 cup basmati rice</w:t>
      </w:r>
    </w:p>
    <w:p>
      <w:pPr>
        <w:pStyle w:val="ListBullet"/>
        <w:numPr>
          <w:ilvl w:val="0"/>
          <w:numId w:val="1"/>
        </w:numPr>
        <w:rPr/>
      </w:pPr>
      <w:r>
        <w:rPr/>
        <w:t>¾ cup sugar</w:t>
      </w:r>
    </w:p>
    <w:p>
      <w:pPr>
        <w:pStyle w:val="ListBullet"/>
        <w:numPr>
          <w:ilvl w:val="0"/>
          <w:numId w:val="1"/>
        </w:numPr>
        <w:rPr/>
      </w:pPr>
      <w:r>
        <w:rPr/>
        <w:t>2 tbsp ghee</w:t>
      </w:r>
    </w:p>
    <w:p>
      <w:pPr>
        <w:pStyle w:val="ListBullet"/>
        <w:numPr>
          <w:ilvl w:val="0"/>
          <w:numId w:val="1"/>
        </w:numPr>
        <w:rPr/>
      </w:pPr>
      <w:r>
        <w:rPr/>
        <w:t>2 green cardamoms</w:t>
      </w:r>
    </w:p>
    <w:p>
      <w:pPr>
        <w:pStyle w:val="ListBullet"/>
        <w:numPr>
          <w:ilvl w:val="0"/>
          <w:numId w:val="1"/>
        </w:numPr>
        <w:rPr/>
      </w:pPr>
      <w:r>
        <w:rPr/>
        <w:t>2 cloves</w:t>
      </w:r>
    </w:p>
    <w:p>
      <w:pPr>
        <w:pStyle w:val="ListBullet"/>
        <w:numPr>
          <w:ilvl w:val="0"/>
          <w:numId w:val="1"/>
        </w:numPr>
        <w:rPr/>
      </w:pPr>
      <w:r>
        <w:rPr/>
        <w:t>A few saffron strands soaked in 2 tbsp warm milk</w:t>
      </w:r>
    </w:p>
    <w:p>
      <w:pPr>
        <w:pStyle w:val="ListBullet"/>
        <w:numPr>
          <w:ilvl w:val="0"/>
          <w:numId w:val="1"/>
        </w:numPr>
        <w:rPr/>
      </w:pPr>
      <w:r>
        <w:rPr/>
        <w:t>2 tbsp raisins and chopped almonds</w:t>
      </w:r>
    </w:p>
    <w:p>
      <w:pPr>
        <w:pStyle w:val="ListBullet"/>
        <w:numPr>
          <w:ilvl w:val="0"/>
          <w:numId w:val="1"/>
        </w:numPr>
        <w:rPr/>
      </w:pPr>
      <w:r>
        <w:rPr/>
        <w:t>1¾ cups water</w:t>
      </w:r>
    </w:p>
    <w:p>
      <w:pPr>
        <w:pStyle w:val="Heading3"/>
        <w:rPr/>
      </w:pPr>
      <w:r>
        <w:rPr/>
        <w:t>Traditional method</w:t>
      </w:r>
    </w:p>
    <w:p>
      <w:pPr>
        <w:pStyle w:val="ListNumber"/>
        <w:numPr>
          <w:ilvl w:val="0"/>
          <w:numId w:val="43"/>
        </w:numPr>
        <w:rPr/>
      </w:pPr>
      <w:r>
        <w:rPr/>
        <w:t>Wash rice gently and soak 20 minutes. Drain well.</w:t>
      </w:r>
    </w:p>
    <w:p>
      <w:pPr>
        <w:pStyle w:val="ListNumber"/>
        <w:numPr>
          <w:ilvl w:val="0"/>
          <w:numId w:val="43"/>
        </w:numPr>
        <w:rPr/>
      </w:pPr>
      <w:r>
        <w:rPr/>
        <w:t>Heat ghee in a heavy pot. Add cardamom and cloves; stir until fragrant.</w:t>
      </w:r>
    </w:p>
    <w:p>
      <w:pPr>
        <w:pStyle w:val="ListNumber"/>
        <w:numPr>
          <w:ilvl w:val="0"/>
          <w:numId w:val="43"/>
        </w:numPr>
        <w:rPr/>
      </w:pPr>
      <w:r>
        <w:rPr/>
        <w:t>Add drained rice and gently stir for 1 minute so the grains are coated.</w:t>
      </w:r>
    </w:p>
    <w:p>
      <w:pPr>
        <w:pStyle w:val="ListNumber"/>
        <w:numPr>
          <w:ilvl w:val="0"/>
          <w:numId w:val="43"/>
        </w:numPr>
        <w:rPr/>
      </w:pPr>
      <w:r>
        <w:rPr/>
        <w:t>Add water and saffron milk. Cover and cook on low heat until the rice is nearly tender.</w:t>
      </w:r>
    </w:p>
    <w:p>
      <w:pPr>
        <w:pStyle w:val="ListNumber"/>
        <w:numPr>
          <w:ilvl w:val="0"/>
          <w:numId w:val="43"/>
        </w:numPr>
        <w:rPr/>
      </w:pPr>
      <w:r>
        <w:rPr/>
        <w:t>Sprinkle sugar evenly over the rice. Cover and cook on very low heat until sugar dissolves and the grains finish cooking; do not stir vigorously.</w:t>
      </w:r>
    </w:p>
    <w:p>
      <w:pPr>
        <w:pStyle w:val="ListNumber"/>
        <w:numPr>
          <w:ilvl w:val="0"/>
          <w:numId w:val="43"/>
        </w:numPr>
        <w:rPr/>
      </w:pPr>
      <w:r>
        <w:rPr/>
        <w:t>Rest covered 8 minutes. Fluff carefully and garnish with raisins and almonds.</w:t>
      </w:r>
    </w:p>
    <w:p>
      <w:pPr>
        <w:pStyle w:val="Heading2"/>
        <w:rPr/>
      </w:pPr>
      <w:r>
        <w:rPr/>
      </w:r>
      <w:r>
        <w:br w:type="page"/>
      </w:r>
    </w:p>
    <w:p>
      <w:pPr>
        <w:pStyle w:val="Heading2"/>
        <w:rPr/>
      </w:pPr>
      <w:r>
        <w:rPr/>
        <w:t>Tehri (Vegetable Rice)</w:t>
      </w:r>
    </w:p>
    <w:p>
      <w:pPr>
        <w:pStyle w:val="Normal"/>
        <w:rPr/>
      </w:pPr>
      <w:r>
        <w:rPr>
          <w:b/>
          <w:color w:val="5A5A4B"/>
          <w:sz w:val="18"/>
        </w:rPr>
        <w:t>Region: Uttar Pradesh  |  Yield: 4</w:t>
      </w:r>
    </w:p>
    <w:p>
      <w:pPr>
        <w:pStyle w:val="Normal"/>
        <w:rPr/>
      </w:pPr>
      <w:r>
        <w:rPr/>
        <w:t>Origins &amp; variations: A one-pot rice dish associated with Uttar Pradesh home cooking, often made with potatoes, peas and turmeric. It is less elaborate than biryani and prized for its everyday simplicity.</w:t>
      </w:r>
    </w:p>
    <w:p>
      <w:pPr>
        <w:pStyle w:val="Normal"/>
        <w:rPr/>
      </w:pPr>
      <w:r>
        <w:rPr/>
        <w:t>Serving: 4 portions</w:t>
      </w:r>
    </w:p>
    <w:p>
      <w:pPr>
        <w:pStyle w:val="Heading3"/>
        <w:rPr/>
      </w:pPr>
      <w:r>
        <w:rPr/>
        <w:t>Ingredients</w:t>
      </w:r>
    </w:p>
    <w:p>
      <w:pPr>
        <w:pStyle w:val="ListBullet"/>
        <w:numPr>
          <w:ilvl w:val="0"/>
          <w:numId w:val="1"/>
        </w:numPr>
        <w:rPr/>
      </w:pPr>
      <w:r>
        <w:rPr/>
        <w:t>1½ cups basmati or long-grain rice</w:t>
      </w:r>
    </w:p>
    <w:p>
      <w:pPr>
        <w:pStyle w:val="ListBullet"/>
        <w:numPr>
          <w:ilvl w:val="0"/>
          <w:numId w:val="1"/>
        </w:numPr>
        <w:rPr/>
      </w:pPr>
      <w:r>
        <w:rPr/>
        <w:t>2 potatoes, cubed</w:t>
      </w:r>
    </w:p>
    <w:p>
      <w:pPr>
        <w:pStyle w:val="ListBullet"/>
        <w:numPr>
          <w:ilvl w:val="0"/>
          <w:numId w:val="1"/>
        </w:numPr>
        <w:rPr/>
      </w:pPr>
      <w:r>
        <w:rPr/>
        <w:t>1 cup peas</w:t>
      </w:r>
    </w:p>
    <w:p>
      <w:pPr>
        <w:pStyle w:val="ListBullet"/>
        <w:numPr>
          <w:ilvl w:val="0"/>
          <w:numId w:val="1"/>
        </w:numPr>
        <w:rPr/>
      </w:pPr>
      <w:r>
        <w:rPr/>
        <w:t>1 onion, sliced</w:t>
      </w:r>
    </w:p>
    <w:p>
      <w:pPr>
        <w:pStyle w:val="ListBullet"/>
        <w:numPr>
          <w:ilvl w:val="0"/>
          <w:numId w:val="1"/>
        </w:numPr>
        <w:rPr/>
      </w:pPr>
      <w:r>
        <w:rPr/>
        <w:t>2 tbsp mustard oil or ghee</w:t>
      </w:r>
    </w:p>
    <w:p>
      <w:pPr>
        <w:pStyle w:val="ListBullet"/>
        <w:numPr>
          <w:ilvl w:val="0"/>
          <w:numId w:val="1"/>
        </w:numPr>
        <w:rPr/>
      </w:pPr>
      <w:r>
        <w:rPr/>
        <w:t>1 tsp cumin</w:t>
      </w:r>
    </w:p>
    <w:p>
      <w:pPr>
        <w:pStyle w:val="ListBullet"/>
        <w:numPr>
          <w:ilvl w:val="0"/>
          <w:numId w:val="1"/>
        </w:numPr>
        <w:rPr/>
      </w:pPr>
      <w:r>
        <w:rPr/>
        <w:t>1 bay leaf</w:t>
      </w:r>
    </w:p>
    <w:p>
      <w:pPr>
        <w:pStyle w:val="ListBullet"/>
        <w:numPr>
          <w:ilvl w:val="0"/>
          <w:numId w:val="1"/>
        </w:numPr>
        <w:rPr/>
      </w:pPr>
      <w:r>
        <w:rPr/>
        <w:t>½ tsp turmeric</w:t>
      </w:r>
    </w:p>
    <w:p>
      <w:pPr>
        <w:pStyle w:val="ListBullet"/>
        <w:numPr>
          <w:ilvl w:val="0"/>
          <w:numId w:val="1"/>
        </w:numPr>
        <w:rPr/>
      </w:pPr>
      <w:r>
        <w:rPr/>
        <w:t>1 tsp coriander powder</w:t>
      </w:r>
    </w:p>
    <w:p>
      <w:pPr>
        <w:pStyle w:val="ListBullet"/>
        <w:numPr>
          <w:ilvl w:val="0"/>
          <w:numId w:val="1"/>
        </w:numPr>
        <w:rPr/>
      </w:pPr>
      <w:r>
        <w:rPr/>
        <w:t>Salt and chilli</w:t>
      </w:r>
    </w:p>
    <w:p>
      <w:pPr>
        <w:pStyle w:val="ListBullet"/>
        <w:numPr>
          <w:ilvl w:val="0"/>
          <w:numId w:val="1"/>
        </w:numPr>
        <w:rPr/>
      </w:pPr>
      <w:r>
        <w:rPr/>
        <w:t>3 cups hot water</w:t>
      </w:r>
    </w:p>
    <w:p>
      <w:pPr>
        <w:pStyle w:val="Heading3"/>
        <w:rPr/>
      </w:pPr>
      <w:r>
        <w:rPr/>
        <w:t>Traditional method</w:t>
      </w:r>
    </w:p>
    <w:p>
      <w:pPr>
        <w:pStyle w:val="ListNumber"/>
        <w:numPr>
          <w:ilvl w:val="0"/>
          <w:numId w:val="44"/>
        </w:numPr>
        <w:rPr/>
      </w:pPr>
      <w:r>
        <w:rPr/>
        <w:t>Wash rice and soak 15–20 minutes, then drain.</w:t>
      </w:r>
    </w:p>
    <w:p>
      <w:pPr>
        <w:pStyle w:val="ListNumber"/>
        <w:numPr>
          <w:ilvl w:val="0"/>
          <w:numId w:val="44"/>
        </w:numPr>
        <w:rPr/>
      </w:pPr>
      <w:r>
        <w:rPr/>
        <w:t>Heat oil or ghee; add cumin and bay leaf, then onion. Cook until lightly golden.</w:t>
      </w:r>
    </w:p>
    <w:p>
      <w:pPr>
        <w:pStyle w:val="ListNumber"/>
        <w:numPr>
          <w:ilvl w:val="0"/>
          <w:numId w:val="44"/>
        </w:numPr>
        <w:rPr/>
      </w:pPr>
      <w:r>
        <w:rPr/>
        <w:t>Add potatoes and peas with turmeric, coriander, chilli and salt. Fry 3–4 minutes.</w:t>
      </w:r>
    </w:p>
    <w:p>
      <w:pPr>
        <w:pStyle w:val="ListNumber"/>
        <w:numPr>
          <w:ilvl w:val="0"/>
          <w:numId w:val="44"/>
        </w:numPr>
        <w:rPr/>
      </w:pPr>
      <w:r>
        <w:rPr/>
        <w:t>Add drained rice and stir gently to coat the grains. Pour in hot water.</w:t>
      </w:r>
    </w:p>
    <w:p>
      <w:pPr>
        <w:pStyle w:val="ListNumber"/>
        <w:numPr>
          <w:ilvl w:val="0"/>
          <w:numId w:val="44"/>
        </w:numPr>
        <w:rPr/>
      </w:pPr>
      <w:r>
        <w:rPr/>
        <w:t>Bring to a boil, cover tightly and cook on low heat 12–15 minutes, until the rice is tender and liquid absorbed.</w:t>
      </w:r>
    </w:p>
    <w:p>
      <w:pPr>
        <w:pStyle w:val="ListNumber"/>
        <w:numPr>
          <w:ilvl w:val="0"/>
          <w:numId w:val="44"/>
        </w:numPr>
        <w:rPr/>
      </w:pPr>
      <w:r>
        <w:rPr/>
        <w:t>Rest covered 8 minutes before fluffing. Serve with raita, pickle and papad.</w:t>
      </w:r>
    </w:p>
    <w:p>
      <w:pPr>
        <w:pStyle w:val="Heading2"/>
        <w:rPr/>
      </w:pPr>
      <w:r>
        <w:rPr/>
      </w:r>
      <w:r>
        <w:br w:type="page"/>
      </w:r>
    </w:p>
    <w:p>
      <w:pPr>
        <w:pStyle w:val="Heading2"/>
        <w:rPr/>
      </w:pPr>
      <w:r>
        <w:rPr/>
        <w:t>Rajma Chawal</w:t>
      </w:r>
    </w:p>
    <w:p>
      <w:pPr>
        <w:pStyle w:val="Normal"/>
        <w:rPr/>
      </w:pPr>
      <w:r>
        <w:rPr>
          <w:b/>
          <w:color w:val="5A5A4B"/>
          <w:sz w:val="18"/>
        </w:rPr>
        <w:t>Region: Punjab / Haryana  |  Yield: 4</w:t>
      </w:r>
    </w:p>
    <w:p>
      <w:pPr>
        <w:pStyle w:val="Normal"/>
        <w:rPr/>
      </w:pPr>
      <w:r>
        <w:rPr/>
        <w:t>Origins &amp; variations: A meal rather than a single dish: creamy rajma served over plain rice, with the gravy soaking into the grains.</w:t>
      </w:r>
    </w:p>
    <w:p>
      <w:pPr>
        <w:pStyle w:val="Normal"/>
        <w:rPr/>
      </w:pPr>
      <w:r>
        <w:rPr/>
        <w:t>Serving: 4 portions</w:t>
      </w:r>
    </w:p>
    <w:p>
      <w:pPr>
        <w:pStyle w:val="Heading3"/>
        <w:rPr/>
      </w:pPr>
      <w:r>
        <w:rPr/>
        <w:t>Ingredients</w:t>
      </w:r>
    </w:p>
    <w:p>
      <w:pPr>
        <w:pStyle w:val="ListBullet"/>
        <w:numPr>
          <w:ilvl w:val="0"/>
          <w:numId w:val="1"/>
        </w:numPr>
        <w:rPr/>
      </w:pPr>
      <w:r>
        <w:rPr/>
        <w:t>1 batch prepared Rajma</w:t>
      </w:r>
    </w:p>
    <w:p>
      <w:pPr>
        <w:pStyle w:val="ListBullet"/>
        <w:numPr>
          <w:ilvl w:val="0"/>
          <w:numId w:val="1"/>
        </w:numPr>
        <w:rPr/>
      </w:pPr>
      <w:r>
        <w:rPr/>
        <w:t>1½ cups basmati rice</w:t>
      </w:r>
    </w:p>
    <w:p>
      <w:pPr>
        <w:pStyle w:val="ListBullet"/>
        <w:numPr>
          <w:ilvl w:val="0"/>
          <w:numId w:val="1"/>
        </w:numPr>
        <w:rPr/>
      </w:pPr>
      <w:r>
        <w:rPr/>
        <w:t>2¼ cups water (adjust to rice)</w:t>
      </w:r>
    </w:p>
    <w:p>
      <w:pPr>
        <w:pStyle w:val="ListBullet"/>
        <w:numPr>
          <w:ilvl w:val="0"/>
          <w:numId w:val="1"/>
        </w:numPr>
        <w:rPr/>
      </w:pPr>
      <w:r>
        <w:rPr/>
        <w:t>Salt</w:t>
      </w:r>
    </w:p>
    <w:p>
      <w:pPr>
        <w:pStyle w:val="ListBullet"/>
        <w:numPr>
          <w:ilvl w:val="0"/>
          <w:numId w:val="1"/>
        </w:numPr>
        <w:rPr/>
      </w:pPr>
      <w:r>
        <w:rPr/>
        <w:t>1 tsp ghee (optional)</w:t>
      </w:r>
    </w:p>
    <w:p>
      <w:pPr>
        <w:pStyle w:val="Heading3"/>
        <w:rPr/>
      </w:pPr>
      <w:r>
        <w:rPr/>
        <w:t>Traditional method</w:t>
      </w:r>
    </w:p>
    <w:p>
      <w:pPr>
        <w:pStyle w:val="ListNumber"/>
        <w:numPr>
          <w:ilvl w:val="0"/>
          <w:numId w:val="45"/>
        </w:numPr>
        <w:rPr/>
      </w:pPr>
      <w:r>
        <w:rPr/>
        <w:t>Rinse rice until the water runs mostly clear; soak 15–20 minutes and drain.</w:t>
      </w:r>
    </w:p>
    <w:p>
      <w:pPr>
        <w:pStyle w:val="ListNumber"/>
        <w:numPr>
          <w:ilvl w:val="0"/>
          <w:numId w:val="45"/>
        </w:numPr>
        <w:rPr/>
      </w:pPr>
      <w:r>
        <w:rPr/>
        <w:t>Bring water, a little salt and optional ghee to a boil. Add rice.</w:t>
      </w:r>
    </w:p>
    <w:p>
      <w:pPr>
        <w:pStyle w:val="ListNumber"/>
        <w:numPr>
          <w:ilvl w:val="0"/>
          <w:numId w:val="45"/>
        </w:numPr>
        <w:rPr/>
      </w:pPr>
      <w:r>
        <w:rPr/>
        <w:t>Cover and cook on low heat until tender, about 10–12 minutes for soaked basmati.</w:t>
      </w:r>
    </w:p>
    <w:p>
      <w:pPr>
        <w:pStyle w:val="ListNumber"/>
        <w:numPr>
          <w:ilvl w:val="0"/>
          <w:numId w:val="45"/>
        </w:numPr>
        <w:rPr/>
      </w:pPr>
      <w:r>
        <w:rPr/>
        <w:t>Rest covered 8 minutes, then fluff with a fork or rice paddle.</w:t>
      </w:r>
    </w:p>
    <w:p>
      <w:pPr>
        <w:pStyle w:val="ListNumber"/>
        <w:numPr>
          <w:ilvl w:val="0"/>
          <w:numId w:val="45"/>
        </w:numPr>
        <w:rPr/>
      </w:pPr>
      <w:r>
        <w:rPr/>
        <w:t>Spoon hot rajma over or beside the rice. Serve with sliced onion, lemon and curd.</w:t>
      </w:r>
    </w:p>
    <w:p>
      <w:pPr>
        <w:pStyle w:val="Heading2"/>
        <w:rPr/>
      </w:pPr>
      <w:r>
        <w:rPr/>
      </w:r>
      <w:r>
        <w:br w:type="page"/>
      </w:r>
    </w:p>
    <w:p>
      <w:pPr>
        <w:pStyle w:val="Heading2"/>
        <w:rPr/>
      </w:pPr>
      <w:r>
        <w:rPr/>
        <w:t>Khichdi / Bajre ki Khichdi</w:t>
      </w:r>
    </w:p>
    <w:p>
      <w:pPr>
        <w:pStyle w:val="Normal"/>
        <w:rPr/>
      </w:pPr>
      <w:r>
        <w:rPr>
          <w:b/>
          <w:color w:val="5A5A4B"/>
          <w:sz w:val="18"/>
        </w:rPr>
        <w:t>Region: Haryana  |  Yield: 4 bowls</w:t>
      </w:r>
    </w:p>
    <w:p>
      <w:pPr>
        <w:pStyle w:val="Normal"/>
        <w:rPr/>
      </w:pPr>
      <w:r>
        <w:rPr/>
        <w:t>Origins &amp; variations: Khichdi is a comforting grain-and-lentil preparation. In Haryana, bajra khichdi is a winter favourite and is often served with ghee, curd or chaas.</w:t>
      </w:r>
    </w:p>
    <w:p>
      <w:pPr>
        <w:pStyle w:val="Normal"/>
        <w:rPr/>
      </w:pPr>
      <w:r>
        <w:rPr/>
        <w:t>Serving: 4 portions</w:t>
      </w:r>
    </w:p>
    <w:p>
      <w:pPr>
        <w:pStyle w:val="Heading3"/>
        <w:rPr/>
      </w:pPr>
      <w:r>
        <w:rPr/>
        <w:t>Ingredients</w:t>
      </w:r>
    </w:p>
    <w:p>
      <w:pPr>
        <w:pStyle w:val="ListBullet"/>
        <w:numPr>
          <w:ilvl w:val="0"/>
          <w:numId w:val="1"/>
        </w:numPr>
        <w:rPr/>
      </w:pPr>
      <w:r>
        <w:rPr/>
        <w:t>Rice version: ½ cup rice, ½ cup moong dal, 4–5 cups water, ¼ tsp turmeric, salt and 1 tbsp ghee</w:t>
      </w:r>
    </w:p>
    <w:p>
      <w:pPr>
        <w:pStyle w:val="ListBullet"/>
        <w:numPr>
          <w:ilvl w:val="0"/>
          <w:numId w:val="1"/>
        </w:numPr>
        <w:rPr/>
      </w:pPr>
      <w:r>
        <w:rPr/>
        <w:t>Bajra version: 1 cup cracked bajra, ½ cup moong dal, 5–6 cups water, salt and ghee</w:t>
      </w:r>
    </w:p>
    <w:p>
      <w:pPr>
        <w:pStyle w:val="Heading3"/>
        <w:rPr/>
      </w:pPr>
      <w:r>
        <w:rPr/>
        <w:t>Traditional method</w:t>
      </w:r>
    </w:p>
    <w:p>
      <w:pPr>
        <w:pStyle w:val="ListNumber"/>
        <w:numPr>
          <w:ilvl w:val="0"/>
          <w:numId w:val="46"/>
        </w:numPr>
        <w:rPr/>
      </w:pPr>
      <w:r>
        <w:rPr/>
        <w:t>For rice khichdi, wash rice and dal. Combine with water, turmeric and salt in a heavy pot.</w:t>
      </w:r>
    </w:p>
    <w:p>
      <w:pPr>
        <w:pStyle w:val="ListNumber"/>
        <w:numPr>
          <w:ilvl w:val="0"/>
          <w:numId w:val="46"/>
        </w:numPr>
        <w:rPr/>
      </w:pPr>
      <w:r>
        <w:rPr/>
        <w:t>Simmer gently, stirring occasionally, until the rice and dal collapse into a soft porridge, 30–40 minutes; add hot water as needed.</w:t>
      </w:r>
    </w:p>
    <w:p>
      <w:pPr>
        <w:pStyle w:val="ListNumber"/>
        <w:numPr>
          <w:ilvl w:val="0"/>
          <w:numId w:val="46"/>
        </w:numPr>
        <w:rPr/>
      </w:pPr>
      <w:r>
        <w:rPr/>
        <w:t>For bajra khichdi, rinse cracked bajra and moong dal. Soak bajra for 2–4 hours if coarse.</w:t>
      </w:r>
    </w:p>
    <w:p>
      <w:pPr>
        <w:pStyle w:val="ListNumber"/>
        <w:numPr>
          <w:ilvl w:val="0"/>
          <w:numId w:val="46"/>
        </w:numPr>
        <w:rPr/>
      </w:pPr>
      <w:r>
        <w:rPr/>
        <w:t>Cook bajra and dal with water and salt over low heat, stirring and adding water until the millet softens fully, often 45–70 minutes.</w:t>
      </w:r>
    </w:p>
    <w:p>
      <w:pPr>
        <w:pStyle w:val="ListNumber"/>
        <w:numPr>
          <w:ilvl w:val="0"/>
          <w:numId w:val="46"/>
        </w:numPr>
        <w:rPr/>
      </w:pPr>
      <w:r>
        <w:rPr/>
        <w:t>Finish either version with ghee. Serve with curd, chaas, pickle or a little jaggery.</w:t>
      </w:r>
    </w:p>
    <w:p>
      <w:pPr>
        <w:pStyle w:val="Heading2"/>
        <w:rPr/>
      </w:pPr>
      <w:r>
        <w:rPr/>
      </w:r>
      <w:r>
        <w:br w:type="page"/>
      </w:r>
    </w:p>
    <w:p>
      <w:pPr>
        <w:pStyle w:val="Heading2"/>
        <w:rPr/>
      </w:pPr>
      <w:r>
        <w:rPr/>
        <w:t>Sabudana Khichdi</w:t>
      </w:r>
    </w:p>
    <w:p>
      <w:pPr>
        <w:pStyle w:val="Normal"/>
        <w:rPr/>
      </w:pPr>
      <w:r>
        <w:rPr>
          <w:b/>
          <w:color w:val="5A5A4B"/>
          <w:sz w:val="18"/>
        </w:rPr>
        <w:t>Region: Madhya Pradesh  |  Yield: 4</w:t>
      </w:r>
    </w:p>
    <w:p>
      <w:pPr>
        <w:pStyle w:val="Normal"/>
        <w:rPr/>
      </w:pPr>
      <w:r>
        <w:rPr/>
        <w:t>Origins &amp; variations: A fasting-day preparation especially familiar in central and western India. Properly soaked tapioca pearls should be tender but separate rather than gluey.</w:t>
      </w:r>
    </w:p>
    <w:p>
      <w:pPr>
        <w:pStyle w:val="Normal"/>
        <w:rPr/>
      </w:pPr>
      <w:r>
        <w:rPr/>
        <w:t>Serving: 3–4 portions</w:t>
      </w:r>
    </w:p>
    <w:p>
      <w:pPr>
        <w:pStyle w:val="Heading3"/>
        <w:rPr/>
      </w:pPr>
      <w:r>
        <w:rPr/>
        <w:t>Ingredients</w:t>
      </w:r>
    </w:p>
    <w:p>
      <w:pPr>
        <w:pStyle w:val="ListBullet"/>
        <w:numPr>
          <w:ilvl w:val="0"/>
          <w:numId w:val="1"/>
        </w:numPr>
        <w:rPr/>
      </w:pPr>
      <w:r>
        <w:rPr/>
        <w:t>1 cup sabudana</w:t>
      </w:r>
    </w:p>
    <w:p>
      <w:pPr>
        <w:pStyle w:val="ListBullet"/>
        <w:numPr>
          <w:ilvl w:val="0"/>
          <w:numId w:val="1"/>
        </w:numPr>
        <w:rPr/>
      </w:pPr>
      <w:r>
        <w:rPr/>
        <w:t>½ cup roasted peanuts, coarsely ground</w:t>
      </w:r>
    </w:p>
    <w:p>
      <w:pPr>
        <w:pStyle w:val="ListBullet"/>
        <w:numPr>
          <w:ilvl w:val="0"/>
          <w:numId w:val="1"/>
        </w:numPr>
        <w:rPr/>
      </w:pPr>
      <w:r>
        <w:rPr/>
        <w:t>1 potato, small dice</w:t>
      </w:r>
    </w:p>
    <w:p>
      <w:pPr>
        <w:pStyle w:val="ListBullet"/>
        <w:numPr>
          <w:ilvl w:val="0"/>
          <w:numId w:val="1"/>
        </w:numPr>
        <w:rPr/>
      </w:pPr>
      <w:r>
        <w:rPr/>
        <w:t>2 tbsp ghee or oil</w:t>
      </w:r>
    </w:p>
    <w:p>
      <w:pPr>
        <w:pStyle w:val="ListBullet"/>
        <w:numPr>
          <w:ilvl w:val="0"/>
          <w:numId w:val="1"/>
        </w:numPr>
        <w:rPr/>
      </w:pPr>
      <w:r>
        <w:rPr/>
        <w:t>1 tsp cumin</w:t>
      </w:r>
    </w:p>
    <w:p>
      <w:pPr>
        <w:pStyle w:val="ListBullet"/>
        <w:numPr>
          <w:ilvl w:val="0"/>
          <w:numId w:val="1"/>
        </w:numPr>
        <w:rPr/>
      </w:pPr>
      <w:r>
        <w:rPr/>
        <w:t>2 green chillies</w:t>
      </w:r>
    </w:p>
    <w:p>
      <w:pPr>
        <w:pStyle w:val="ListBullet"/>
        <w:numPr>
          <w:ilvl w:val="0"/>
          <w:numId w:val="1"/>
        </w:numPr>
        <w:rPr/>
      </w:pPr>
      <w:r>
        <w:rPr/>
        <w:t>Salt or rock salt</w:t>
      </w:r>
    </w:p>
    <w:p>
      <w:pPr>
        <w:pStyle w:val="ListBullet"/>
        <w:numPr>
          <w:ilvl w:val="0"/>
          <w:numId w:val="1"/>
        </w:numPr>
        <w:rPr/>
      </w:pPr>
      <w:r>
        <w:rPr/>
        <w:t>Lemon juice</w:t>
      </w:r>
    </w:p>
    <w:p>
      <w:pPr>
        <w:pStyle w:val="ListBullet"/>
        <w:numPr>
          <w:ilvl w:val="0"/>
          <w:numId w:val="1"/>
        </w:numPr>
        <w:rPr/>
      </w:pPr>
      <w:r>
        <w:rPr/>
        <w:t>Coriander</w:t>
      </w:r>
    </w:p>
    <w:p>
      <w:pPr>
        <w:pStyle w:val="Heading3"/>
        <w:rPr/>
      </w:pPr>
      <w:r>
        <w:rPr/>
        <w:t>Traditional method</w:t>
      </w:r>
    </w:p>
    <w:p>
      <w:pPr>
        <w:pStyle w:val="ListNumber"/>
        <w:numPr>
          <w:ilvl w:val="0"/>
          <w:numId w:val="47"/>
        </w:numPr>
        <w:rPr/>
      </w:pPr>
      <w:r>
        <w:rPr/>
        <w:t>Rinse sabudana several times. Add just enough water to reach the top of the pearls; soak 4–6 hours or overnight depending on pearl size.</w:t>
      </w:r>
    </w:p>
    <w:p>
      <w:pPr>
        <w:pStyle w:val="ListNumber"/>
        <w:numPr>
          <w:ilvl w:val="0"/>
          <w:numId w:val="47"/>
        </w:numPr>
        <w:rPr/>
      </w:pPr>
      <w:r>
        <w:rPr/>
        <w:t>Test a pearl by pressing it between fingers: it should mash without a hard centre. Drain excess water thoroughly.</w:t>
      </w:r>
    </w:p>
    <w:p>
      <w:pPr>
        <w:pStyle w:val="ListNumber"/>
        <w:numPr>
          <w:ilvl w:val="0"/>
          <w:numId w:val="47"/>
        </w:numPr>
        <w:rPr/>
      </w:pPr>
      <w:r>
        <w:rPr/>
        <w:t>Heat ghee, add cumin and chilli, then potato. Cover and cook until potato is tender.</w:t>
      </w:r>
    </w:p>
    <w:p>
      <w:pPr>
        <w:pStyle w:val="ListNumber"/>
        <w:numPr>
          <w:ilvl w:val="0"/>
          <w:numId w:val="47"/>
        </w:numPr>
        <w:rPr/>
      </w:pPr>
      <w:r>
        <w:rPr/>
        <w:t>Add sabudana, ground peanuts and salt. Cook on low-medium heat, stirring gently, until the pearls turn translucent and separate.</w:t>
      </w:r>
    </w:p>
    <w:p>
      <w:pPr>
        <w:pStyle w:val="ListNumber"/>
        <w:numPr>
          <w:ilvl w:val="0"/>
          <w:numId w:val="47"/>
        </w:numPr>
        <w:rPr/>
      </w:pPr>
      <w:r>
        <w:rPr/>
        <w:t>Turn off the heat, add lemon and coriander, and serve warm.</w:t>
      </w:r>
    </w:p>
    <w:p>
      <w:pPr>
        <w:pStyle w:val="Normal"/>
        <w:rPr/>
      </w:pPr>
      <w:r>
        <w:rPr/>
        <w:t>Technique note: Too much soaking water is the main cause of a sticky result; drain well before cooking.</w:t>
      </w:r>
    </w:p>
    <w:p>
      <w:pPr>
        <w:pStyle w:val="Heading2"/>
        <w:rPr/>
      </w:pPr>
      <w:r>
        <w:rPr/>
      </w:r>
      <w:r>
        <w:br w:type="page"/>
      </w:r>
    </w:p>
    <w:p>
      <w:pPr>
        <w:pStyle w:val="Heading2"/>
        <w:rPr/>
      </w:pPr>
      <w:r>
        <w:rPr/>
        <w:t>Vegetable Biryani / Pulao</w:t>
      </w:r>
    </w:p>
    <w:p>
      <w:pPr>
        <w:pStyle w:val="Normal"/>
        <w:rPr/>
      </w:pPr>
      <w:r>
        <w:rPr>
          <w:b/>
          <w:color w:val="5A5A4B"/>
          <w:sz w:val="18"/>
        </w:rPr>
        <w:t>Region: North India (Punjab / UP / MP styles)  |  Yield: 4</w:t>
      </w:r>
    </w:p>
    <w:p>
      <w:pPr>
        <w:pStyle w:val="Normal"/>
        <w:rPr/>
      </w:pPr>
      <w:r>
        <w:rPr/>
        <w:t>Origins &amp; variations: Pulao is a lightly spiced rice dish in which ingredients cook together; biryani is more layered and aromatic, often finished on dum. They are related but not interchangeable.</w:t>
      </w:r>
    </w:p>
    <w:p>
      <w:pPr>
        <w:pStyle w:val="Normal"/>
        <w:rPr/>
      </w:pPr>
      <w:r>
        <w:rPr/>
        <w:t>Serving: 4 portions</w:t>
      </w:r>
    </w:p>
    <w:p>
      <w:pPr>
        <w:pStyle w:val="Heading3"/>
        <w:rPr/>
      </w:pPr>
      <w:r>
        <w:rPr/>
        <w:t>Ingredients</w:t>
      </w:r>
    </w:p>
    <w:p>
      <w:pPr>
        <w:pStyle w:val="ListBullet"/>
        <w:numPr>
          <w:ilvl w:val="0"/>
          <w:numId w:val="1"/>
        </w:numPr>
        <w:rPr/>
      </w:pPr>
      <w:r>
        <w:rPr/>
        <w:t>1½ cups basmati rice</w:t>
      </w:r>
    </w:p>
    <w:p>
      <w:pPr>
        <w:pStyle w:val="ListBullet"/>
        <w:numPr>
          <w:ilvl w:val="0"/>
          <w:numId w:val="1"/>
        </w:numPr>
        <w:rPr/>
      </w:pPr>
      <w:r>
        <w:rPr/>
        <w:t>3 cups mixed vegetables</w:t>
      </w:r>
    </w:p>
    <w:p>
      <w:pPr>
        <w:pStyle w:val="ListBullet"/>
        <w:numPr>
          <w:ilvl w:val="0"/>
          <w:numId w:val="1"/>
        </w:numPr>
        <w:rPr/>
      </w:pPr>
      <w:r>
        <w:rPr/>
        <w:t>1 onion, sliced</w:t>
      </w:r>
    </w:p>
    <w:p>
      <w:pPr>
        <w:pStyle w:val="ListBullet"/>
        <w:numPr>
          <w:ilvl w:val="0"/>
          <w:numId w:val="1"/>
        </w:numPr>
        <w:rPr/>
      </w:pPr>
      <w:r>
        <w:rPr/>
        <w:t>2 tbsp ghee</w:t>
      </w:r>
    </w:p>
    <w:p>
      <w:pPr>
        <w:pStyle w:val="ListBullet"/>
        <w:numPr>
          <w:ilvl w:val="0"/>
          <w:numId w:val="1"/>
        </w:numPr>
        <w:rPr/>
      </w:pPr>
      <w:r>
        <w:rPr/>
        <w:t>1 bay leaf, 3 cardamoms, 4 cloves, 1 small cinnamon piece</w:t>
      </w:r>
    </w:p>
    <w:p>
      <w:pPr>
        <w:pStyle w:val="ListBullet"/>
        <w:numPr>
          <w:ilvl w:val="0"/>
          <w:numId w:val="1"/>
        </w:numPr>
        <w:rPr/>
      </w:pPr>
      <w:r>
        <w:rPr/>
        <w:t>1 tsp ginger-garlic paste</w:t>
      </w:r>
    </w:p>
    <w:p>
      <w:pPr>
        <w:pStyle w:val="ListBullet"/>
        <w:numPr>
          <w:ilvl w:val="0"/>
          <w:numId w:val="1"/>
        </w:numPr>
        <w:rPr/>
      </w:pPr>
      <w:r>
        <w:rPr/>
        <w:t>½ cup curd (for biryani style)</w:t>
      </w:r>
    </w:p>
    <w:p>
      <w:pPr>
        <w:pStyle w:val="ListBullet"/>
        <w:numPr>
          <w:ilvl w:val="0"/>
          <w:numId w:val="1"/>
        </w:numPr>
        <w:rPr/>
      </w:pPr>
      <w:r>
        <w:rPr/>
        <w:t>Salt, mint and coriander</w:t>
      </w:r>
    </w:p>
    <w:p>
      <w:pPr>
        <w:pStyle w:val="ListBullet"/>
        <w:numPr>
          <w:ilvl w:val="0"/>
          <w:numId w:val="1"/>
        </w:numPr>
        <w:rPr/>
      </w:pPr>
      <w:r>
        <w:rPr/>
        <w:t>Water or stock as needed</w:t>
      </w:r>
    </w:p>
    <w:p>
      <w:pPr>
        <w:pStyle w:val="Heading3"/>
        <w:rPr/>
      </w:pPr>
      <w:r>
        <w:rPr/>
        <w:t>Traditional method</w:t>
      </w:r>
    </w:p>
    <w:p>
      <w:pPr>
        <w:pStyle w:val="ListNumber"/>
        <w:numPr>
          <w:ilvl w:val="0"/>
          <w:numId w:val="48"/>
        </w:numPr>
        <w:rPr/>
      </w:pPr>
      <w:r>
        <w:rPr/>
        <w:t>Wash and soak rice for 20 minutes, then drain.</w:t>
      </w:r>
    </w:p>
    <w:p>
      <w:pPr>
        <w:pStyle w:val="ListNumber"/>
        <w:numPr>
          <w:ilvl w:val="0"/>
          <w:numId w:val="48"/>
        </w:numPr>
        <w:rPr/>
      </w:pPr>
      <w:r>
        <w:rPr/>
        <w:t>For pulao: heat ghee, bloom whole spices, fry onion until pale gold, add vegetables and salt, then rice. Add measured hot water and cook covered on low heat until done.</w:t>
      </w:r>
    </w:p>
    <w:p>
      <w:pPr>
        <w:pStyle w:val="ListNumber"/>
        <w:numPr>
          <w:ilvl w:val="0"/>
          <w:numId w:val="48"/>
        </w:numPr>
        <w:rPr/>
      </w:pPr>
      <w:r>
        <w:rPr/>
        <w:t>For biryani: cook vegetables in a spiced curd masala until nearly tender. Parboil rice separately until about 70% cooked and drain.</w:t>
      </w:r>
    </w:p>
    <w:p>
      <w:pPr>
        <w:pStyle w:val="ListNumber"/>
        <w:numPr>
          <w:ilvl w:val="0"/>
          <w:numId w:val="48"/>
        </w:numPr>
        <w:rPr/>
      </w:pPr>
      <w:r>
        <w:rPr/>
        <w:t>Layer vegetable masala and rice in a heavy pot; sprinkle mint, coriander and a little ghee between layers.</w:t>
      </w:r>
    </w:p>
    <w:p>
      <w:pPr>
        <w:pStyle w:val="ListNumber"/>
        <w:numPr>
          <w:ilvl w:val="0"/>
          <w:numId w:val="48"/>
        </w:numPr>
        <w:rPr/>
      </w:pPr>
      <w:r>
        <w:rPr/>
        <w:t>Seal the lid with dough or a tight-fitting cover and cook on a tawa over very low heat for 20–25 minutes. This is the dum stage.</w:t>
      </w:r>
    </w:p>
    <w:p>
      <w:pPr>
        <w:pStyle w:val="ListNumber"/>
        <w:numPr>
          <w:ilvl w:val="0"/>
          <w:numId w:val="48"/>
        </w:numPr>
        <w:rPr/>
      </w:pPr>
      <w:r>
        <w:rPr/>
        <w:t>Rest 10 minutes before opening. Lift layers gently and serve with raita and pickle.</w:t>
      </w:r>
    </w:p>
    <w:p>
      <w:pPr>
        <w:pStyle w:val="Normal"/>
        <w:rPr/>
      </w:pPr>
      <w:r>
        <w:rPr/>
        <w:t>Technique note: For dum, a tawa diffuses direct heat and reduces scorching. Keep the flame low enough that the base does not burn.</w:t>
      </w:r>
    </w:p>
    <w:p>
      <w:pPr>
        <w:pStyle w:val="Normal"/>
        <w:rPr/>
      </w:pPr>
      <w:r>
        <w:rPr/>
      </w:r>
      <w:r>
        <w:br w:type="page"/>
      </w:r>
    </w:p>
    <w:p>
      <w:pPr>
        <w:pStyle w:val="Heading1"/>
        <w:spacing w:before="0" w:after="0"/>
        <w:rPr/>
      </w:pPr>
      <w:r>
        <w:rPr/>
        <w:t>PART V — SNACKS, STREET FOOD AND APPETISERS</w:t>
      </w:r>
    </w:p>
    <w:p>
      <w:pPr>
        <w:pStyle w:val="Normal"/>
        <w:rPr/>
      </w:pPr>
      <w:r>
        <w:rPr/>
        <w:t>Street foods are assembled quickly but their components often require careful preparation: a well-seasoned filling, properly heated oil, crisp shells and balanced sweet, sour, salty and spicy flavours.</w:t>
      </w:r>
    </w:p>
    <w:p>
      <w:pPr>
        <w:pStyle w:val="Heading2"/>
        <w:rPr/>
      </w:pPr>
      <w:r>
        <w:rPr/>
        <w:t>Amritsari Papad and Wariyan</w:t>
      </w:r>
    </w:p>
    <w:p>
      <w:pPr>
        <w:pStyle w:val="Normal"/>
        <w:rPr/>
      </w:pPr>
      <w:r>
        <w:rPr>
          <w:b/>
          <w:color w:val="5A5A4B"/>
          <w:sz w:val="18"/>
        </w:rPr>
        <w:t>Region: Punjab  |  Yield: 4 servings</w:t>
      </w:r>
    </w:p>
    <w:p>
      <w:pPr>
        <w:pStyle w:val="Normal"/>
        <w:rPr/>
      </w:pPr>
      <w:r>
        <w:rPr/>
        <w:t>Origins &amp; variations: Papad are thin dried lentil wafers; wariyan are sun-dried spiced lentil dumplings used in curries or crumbled as a savoury accompaniment. Recipes and pulses vary by household.</w:t>
      </w:r>
    </w:p>
    <w:p>
      <w:pPr>
        <w:pStyle w:val="Normal"/>
        <w:rPr/>
      </w:pPr>
      <w:r>
        <w:rPr/>
        <w:t>Serving: 4 portions</w:t>
      </w:r>
    </w:p>
    <w:p>
      <w:pPr>
        <w:pStyle w:val="Heading3"/>
        <w:rPr/>
      </w:pPr>
      <w:r>
        <w:rPr/>
        <w:t>Ingredients</w:t>
      </w:r>
    </w:p>
    <w:p>
      <w:pPr>
        <w:pStyle w:val="ListBullet"/>
        <w:numPr>
          <w:ilvl w:val="0"/>
          <w:numId w:val="1"/>
        </w:numPr>
        <w:rPr/>
      </w:pPr>
      <w:r>
        <w:rPr/>
        <w:t>4 urad or moong papad</w:t>
      </w:r>
    </w:p>
    <w:p>
      <w:pPr>
        <w:pStyle w:val="ListBullet"/>
        <w:numPr>
          <w:ilvl w:val="0"/>
          <w:numId w:val="1"/>
        </w:numPr>
        <w:rPr/>
      </w:pPr>
      <w:r>
        <w:rPr/>
        <w:t>4–6 small dried wariyan</w:t>
      </w:r>
    </w:p>
    <w:p>
      <w:pPr>
        <w:pStyle w:val="ListBullet"/>
        <w:numPr>
          <w:ilvl w:val="0"/>
          <w:numId w:val="1"/>
        </w:numPr>
        <w:rPr/>
      </w:pPr>
      <w:r>
        <w:rPr/>
        <w:t>1 tbsp ghee or oil</w:t>
      </w:r>
    </w:p>
    <w:p>
      <w:pPr>
        <w:pStyle w:val="ListBullet"/>
        <w:numPr>
          <w:ilvl w:val="0"/>
          <w:numId w:val="1"/>
        </w:numPr>
        <w:rPr/>
      </w:pPr>
      <w:r>
        <w:rPr/>
        <w:t>1 potato, cubed (optional for curry)</w:t>
      </w:r>
    </w:p>
    <w:p>
      <w:pPr>
        <w:pStyle w:val="ListBullet"/>
        <w:numPr>
          <w:ilvl w:val="0"/>
          <w:numId w:val="1"/>
        </w:numPr>
        <w:rPr/>
      </w:pPr>
      <w:r>
        <w:rPr/>
        <w:t>½ tsp cumin</w:t>
      </w:r>
    </w:p>
    <w:p>
      <w:pPr>
        <w:pStyle w:val="ListBullet"/>
        <w:numPr>
          <w:ilvl w:val="0"/>
          <w:numId w:val="1"/>
        </w:numPr>
        <w:rPr/>
      </w:pPr>
      <w:r>
        <w:rPr/>
        <w:t>Pinch hing</w:t>
      </w:r>
    </w:p>
    <w:p>
      <w:pPr>
        <w:pStyle w:val="ListBullet"/>
        <w:numPr>
          <w:ilvl w:val="0"/>
          <w:numId w:val="1"/>
        </w:numPr>
        <w:rPr/>
      </w:pPr>
      <w:r>
        <w:rPr/>
        <w:t>Salt and chilli if needed</w:t>
      </w:r>
    </w:p>
    <w:p>
      <w:pPr>
        <w:pStyle w:val="Heading3"/>
        <w:rPr/>
      </w:pPr>
      <w:r>
        <w:rPr/>
        <w:t>Traditional method</w:t>
      </w:r>
    </w:p>
    <w:p>
      <w:pPr>
        <w:pStyle w:val="ListNumber"/>
        <w:numPr>
          <w:ilvl w:val="0"/>
          <w:numId w:val="49"/>
        </w:numPr>
        <w:rPr/>
      </w:pPr>
      <w:r>
        <w:rPr/>
        <w:t>Roast papad individually over a low open flame using tongs, turning constantly until crisp, or dry-roast on a tawa. Avoid blackening.</w:t>
      </w:r>
    </w:p>
    <w:p>
      <w:pPr>
        <w:pStyle w:val="ListNumber"/>
        <w:numPr>
          <w:ilvl w:val="0"/>
          <w:numId w:val="49"/>
        </w:numPr>
        <w:rPr/>
      </w:pPr>
      <w:r>
        <w:rPr/>
        <w:t>For a wariyan curry, heat ghee and add cumin and hing. Add crushed wariyan and fry briefly until aromatic.</w:t>
      </w:r>
    </w:p>
    <w:p>
      <w:pPr>
        <w:pStyle w:val="ListNumber"/>
        <w:numPr>
          <w:ilvl w:val="0"/>
          <w:numId w:val="49"/>
        </w:numPr>
        <w:rPr/>
      </w:pPr>
      <w:r>
        <w:rPr/>
        <w:t>Add potato if using, plus water, and simmer until potato is tender and the wariyan soften into the gravy.</w:t>
      </w:r>
    </w:p>
    <w:p>
      <w:pPr>
        <w:pStyle w:val="ListNumber"/>
        <w:numPr>
          <w:ilvl w:val="0"/>
          <w:numId w:val="49"/>
        </w:numPr>
        <w:rPr/>
      </w:pPr>
      <w:r>
        <w:rPr/>
        <w:t>Adjust salt only after tasting, as wariyan may already be salty. Serve papad separately so it stays crisp.</w:t>
      </w:r>
    </w:p>
    <w:p>
      <w:pPr>
        <w:pStyle w:val="Heading2"/>
        <w:rPr/>
      </w:pPr>
      <w:r>
        <w:rPr/>
      </w:r>
      <w:r>
        <w:br w:type="page"/>
      </w:r>
    </w:p>
    <w:p>
      <w:pPr>
        <w:pStyle w:val="Heading2"/>
        <w:rPr/>
      </w:pPr>
      <w:r>
        <w:rPr/>
        <w:t>Samosa</w:t>
      </w:r>
    </w:p>
    <w:p>
      <w:pPr>
        <w:pStyle w:val="Normal"/>
        <w:rPr/>
      </w:pPr>
      <w:r>
        <w:rPr>
          <w:b/>
          <w:color w:val="5A5A4B"/>
          <w:sz w:val="18"/>
        </w:rPr>
        <w:t>Region: Punjab / Uttar Pradesh  |  Yield: 6–8</w:t>
      </w:r>
    </w:p>
    <w:p>
      <w:pPr>
        <w:pStyle w:val="Normal"/>
        <w:rPr/>
      </w:pPr>
      <w:r>
        <w:rPr/>
        <w:t>Origins &amp; variations: A triangular pastry with a spiced potato filling, widespread across North India. Traditional pastry is firm and flaky from fat rubbed into flour and slow frying.</w:t>
      </w:r>
    </w:p>
    <w:p>
      <w:pPr>
        <w:pStyle w:val="Normal"/>
        <w:rPr/>
      </w:pPr>
      <w:r>
        <w:rPr/>
        <w:t>Serving: 6–8 pieces</w:t>
      </w:r>
    </w:p>
    <w:p>
      <w:pPr>
        <w:pStyle w:val="Heading3"/>
        <w:rPr/>
      </w:pPr>
      <w:r>
        <w:rPr/>
        <w:t>Ingredients</w:t>
      </w:r>
    </w:p>
    <w:p>
      <w:pPr>
        <w:pStyle w:val="ListBullet"/>
        <w:numPr>
          <w:ilvl w:val="0"/>
          <w:numId w:val="1"/>
        </w:numPr>
        <w:rPr/>
      </w:pPr>
      <w:r>
        <w:rPr/>
        <w:t>Pastry: 2 cups maida, 4 tbsp ghee, ½ tsp ajwain, ½ tsp salt, water</w:t>
      </w:r>
    </w:p>
    <w:p>
      <w:pPr>
        <w:pStyle w:val="ListBullet"/>
        <w:numPr>
          <w:ilvl w:val="0"/>
          <w:numId w:val="1"/>
        </w:numPr>
        <w:rPr/>
      </w:pPr>
      <w:r>
        <w:rPr/>
        <w:t>Filling: 3 potatoes boiled and crumbled, ½ cup peas, 1 tsp cumin, 1 tsp crushed coriander seed, ginger, chilli, amchur, salt</w:t>
      </w:r>
    </w:p>
    <w:p>
      <w:pPr>
        <w:pStyle w:val="ListBullet"/>
        <w:numPr>
          <w:ilvl w:val="0"/>
          <w:numId w:val="1"/>
        </w:numPr>
        <w:rPr/>
      </w:pPr>
      <w:r>
        <w:rPr/>
        <w:t>Oil for frying</w:t>
      </w:r>
    </w:p>
    <w:p>
      <w:pPr>
        <w:pStyle w:val="Heading3"/>
        <w:rPr/>
      </w:pPr>
      <w:r>
        <w:rPr/>
        <w:t>Traditional method</w:t>
      </w:r>
    </w:p>
    <w:p>
      <w:pPr>
        <w:pStyle w:val="ListNumber"/>
        <w:numPr>
          <w:ilvl w:val="0"/>
          <w:numId w:val="4"/>
        </w:numPr>
        <w:rPr/>
      </w:pPr>
      <w:r>
        <w:rPr/>
        <w:t>Rub ghee into flour until it resembles coarse crumbs. Add salt and ajwain, then just enough water to make a firm dough. Rest covered 30 minutes.</w:t>
      </w:r>
    </w:p>
    <w:p>
      <w:pPr>
        <w:pStyle w:val="ListNumber"/>
        <w:numPr>
          <w:ilvl w:val="0"/>
          <w:numId w:val="4"/>
        </w:numPr>
        <w:rPr/>
      </w:pPr>
      <w:r>
        <w:rPr/>
        <w:t>Heat a little oil, add cumin and coriander seed, then ginger, peas and spices. Add potatoes and mix without mashing completely. Cool.</w:t>
      </w:r>
    </w:p>
    <w:p>
      <w:pPr>
        <w:pStyle w:val="ListNumber"/>
        <w:numPr>
          <w:ilvl w:val="0"/>
          <w:numId w:val="4"/>
        </w:numPr>
        <w:rPr/>
      </w:pPr>
      <w:r>
        <w:rPr/>
        <w:t>Divide dough into balls and roll ovals. Cut each in half; form a cone, seal the seam with water and fill.</w:t>
      </w:r>
    </w:p>
    <w:p>
      <w:pPr>
        <w:pStyle w:val="ListNumber"/>
        <w:numPr>
          <w:ilvl w:val="0"/>
          <w:numId w:val="4"/>
        </w:numPr>
        <w:rPr/>
      </w:pPr>
      <w:r>
        <w:rPr/>
        <w:t>Seal the top firmly, ensuring no air pocket remains. Keep covered while shaping the rest.</w:t>
      </w:r>
    </w:p>
    <w:p>
      <w:pPr>
        <w:pStyle w:val="ListNumber"/>
        <w:numPr>
          <w:ilvl w:val="0"/>
          <w:numId w:val="4"/>
        </w:numPr>
        <w:rPr/>
      </w:pPr>
      <w:r>
        <w:rPr/>
        <w:t>Fry in moderately warm oil over low-medium heat, turning gently, until evenly golden and crisp. Slow frying cooks the pastry layers through.</w:t>
      </w:r>
    </w:p>
    <w:p>
      <w:pPr>
        <w:pStyle w:val="ListNumber"/>
        <w:numPr>
          <w:ilvl w:val="0"/>
          <w:numId w:val="4"/>
        </w:numPr>
        <w:rPr/>
      </w:pPr>
      <w:r>
        <w:rPr/>
        <w:t>Drain and serve with tamarind and coriander chutneys.</w:t>
      </w:r>
    </w:p>
    <w:p>
      <w:pPr>
        <w:pStyle w:val="Normal"/>
        <w:rPr/>
      </w:pPr>
      <w:r>
        <w:rPr/>
        <w:t>Technique note: Oil that is too hot browns the outside before the pastry cooks through; a steady, moderate temperature gives the characteristic flaky crust.</w:t>
      </w:r>
    </w:p>
    <w:p>
      <w:pPr>
        <w:pStyle w:val="Heading2"/>
        <w:rPr/>
      </w:pPr>
      <w:r>
        <w:rPr/>
        <w:t>Pakora</w:t>
      </w:r>
    </w:p>
    <w:p>
      <w:pPr>
        <w:pStyle w:val="Normal"/>
        <w:rPr/>
      </w:pPr>
      <w:r>
        <w:rPr>
          <w:b/>
          <w:color w:val="5A5A4B"/>
          <w:sz w:val="18"/>
        </w:rPr>
        <w:t>Region: Across North India  |  Yield: 20 small pakoras</w:t>
      </w:r>
    </w:p>
    <w:p>
      <w:pPr>
        <w:pStyle w:val="Normal"/>
        <w:rPr/>
      </w:pPr>
      <w:r>
        <w:rPr/>
        <w:t>Origins &amp; variations: Vegetables dipped in besan batter and fried are a monsoon and tea-time staple. Onion, potato, spinach, paneer and seasonal vegetables are all common.</w:t>
      </w:r>
    </w:p>
    <w:p>
      <w:pPr>
        <w:pStyle w:val="Normal"/>
        <w:rPr/>
      </w:pPr>
      <w:r>
        <w:rPr/>
        <w:t>Serving: 4 portions</w:t>
      </w:r>
    </w:p>
    <w:p>
      <w:pPr>
        <w:pStyle w:val="Heading3"/>
        <w:rPr/>
      </w:pPr>
      <w:r>
        <w:rPr/>
        <w:t>Ingredients</w:t>
      </w:r>
    </w:p>
    <w:p>
      <w:pPr>
        <w:pStyle w:val="ListBullet"/>
        <w:numPr>
          <w:ilvl w:val="0"/>
          <w:numId w:val="1"/>
        </w:numPr>
        <w:rPr/>
      </w:pPr>
      <w:r>
        <w:rPr/>
        <w:t>1 cup besan</w:t>
      </w:r>
    </w:p>
    <w:p>
      <w:pPr>
        <w:pStyle w:val="ListBullet"/>
        <w:numPr>
          <w:ilvl w:val="0"/>
          <w:numId w:val="1"/>
        </w:numPr>
        <w:rPr/>
      </w:pPr>
      <w:r>
        <w:rPr/>
        <w:t>½ tsp ajwain</w:t>
      </w:r>
    </w:p>
    <w:p>
      <w:pPr>
        <w:pStyle w:val="ListBullet"/>
        <w:numPr>
          <w:ilvl w:val="0"/>
          <w:numId w:val="1"/>
        </w:numPr>
        <w:rPr/>
      </w:pPr>
      <w:r>
        <w:rPr/>
        <w:t>½ tsp chilli powder</w:t>
      </w:r>
    </w:p>
    <w:p>
      <w:pPr>
        <w:pStyle w:val="ListBullet"/>
        <w:numPr>
          <w:ilvl w:val="0"/>
          <w:numId w:val="1"/>
        </w:numPr>
        <w:rPr/>
      </w:pPr>
      <w:r>
        <w:rPr/>
        <w:t>Pinch turmeric</w:t>
      </w:r>
    </w:p>
    <w:p>
      <w:pPr>
        <w:pStyle w:val="ListBullet"/>
        <w:numPr>
          <w:ilvl w:val="0"/>
          <w:numId w:val="1"/>
        </w:numPr>
        <w:rPr/>
      </w:pPr>
      <w:r>
        <w:rPr/>
        <w:t>Salt</w:t>
      </w:r>
    </w:p>
    <w:p>
      <w:pPr>
        <w:pStyle w:val="ListBullet"/>
        <w:numPr>
          <w:ilvl w:val="0"/>
          <w:numId w:val="1"/>
        </w:numPr>
        <w:rPr/>
      </w:pPr>
      <w:r>
        <w:rPr/>
        <w:t>½ onion sliced and/or 1 potato thinly sliced</w:t>
      </w:r>
    </w:p>
    <w:p>
      <w:pPr>
        <w:pStyle w:val="ListBullet"/>
        <w:numPr>
          <w:ilvl w:val="0"/>
          <w:numId w:val="1"/>
        </w:numPr>
        <w:rPr/>
      </w:pPr>
      <w:r>
        <w:rPr/>
        <w:t>Water as needed</w:t>
      </w:r>
    </w:p>
    <w:p>
      <w:pPr>
        <w:pStyle w:val="ListBullet"/>
        <w:numPr>
          <w:ilvl w:val="0"/>
          <w:numId w:val="1"/>
        </w:numPr>
        <w:rPr/>
      </w:pPr>
      <w:r>
        <w:rPr/>
        <w:t>Oil for frying</w:t>
      </w:r>
    </w:p>
    <w:p>
      <w:pPr>
        <w:pStyle w:val="Heading3"/>
        <w:rPr/>
      </w:pPr>
      <w:r>
        <w:rPr/>
        <w:t>Traditional method</w:t>
      </w:r>
    </w:p>
    <w:p>
      <w:pPr>
        <w:pStyle w:val="ListNumber"/>
        <w:numPr>
          <w:ilvl w:val="0"/>
          <w:numId w:val="4"/>
        </w:numPr>
        <w:rPr/>
      </w:pPr>
      <w:r>
        <w:rPr/>
        <w:t>Mix besan, ajwain, chilli, turmeric and salt. Add water gradually to make a thick batter that clings to the vegetables.</w:t>
      </w:r>
    </w:p>
    <w:p>
      <w:pPr>
        <w:pStyle w:val="ListNumber"/>
        <w:numPr>
          <w:ilvl w:val="0"/>
          <w:numId w:val="4"/>
        </w:numPr>
        <w:rPr/>
      </w:pPr>
      <w:r>
        <w:rPr/>
        <w:t>Slice vegetables evenly. Toss onion slices directly into batter; dip potato slices one by one.</w:t>
      </w:r>
    </w:p>
    <w:p>
      <w:pPr>
        <w:pStyle w:val="ListNumber"/>
        <w:numPr>
          <w:ilvl w:val="0"/>
          <w:numId w:val="4"/>
        </w:numPr>
        <w:rPr/>
      </w:pPr>
      <w:r>
        <w:rPr/>
        <w:t>Heat oil to medium-hot. Drop small portions carefully without crowding.</w:t>
      </w:r>
    </w:p>
    <w:p>
      <w:pPr>
        <w:pStyle w:val="ListNumber"/>
        <w:numPr>
          <w:ilvl w:val="0"/>
          <w:numId w:val="4"/>
        </w:numPr>
        <w:rPr/>
      </w:pPr>
      <w:r>
        <w:rPr/>
        <w:t>Fry, turning, until deep golden and cooked through. Adjust heat so the centre cooks before the outside darkens.</w:t>
      </w:r>
    </w:p>
    <w:p>
      <w:pPr>
        <w:pStyle w:val="ListNumber"/>
        <w:numPr>
          <w:ilvl w:val="0"/>
          <w:numId w:val="4"/>
        </w:numPr>
        <w:rPr/>
      </w:pPr>
      <w:r>
        <w:rPr/>
        <w:t>Drain and serve hot with green chutney, tamarind chutney or spiced tea.</w:t>
      </w:r>
    </w:p>
    <w:p>
      <w:pPr>
        <w:pStyle w:val="Heading2"/>
        <w:rPr/>
      </w:pPr>
      <w:r>
        <w:rPr/>
        <w:t>Chaat (Regional Base Method)</w:t>
      </w:r>
    </w:p>
    <w:p>
      <w:pPr>
        <w:pStyle w:val="Normal"/>
        <w:rPr/>
      </w:pPr>
      <w:r>
        <w:rPr>
          <w:b/>
          <w:color w:val="5A5A4B"/>
          <w:sz w:val="18"/>
        </w:rPr>
        <w:t>Region: Haryana / Uttar Pradesh / Madhya Pradesh  |  Yield: 4 plates</w:t>
      </w:r>
    </w:p>
    <w:p>
      <w:pPr>
        <w:pStyle w:val="Normal"/>
        <w:rPr/>
      </w:pPr>
      <w:r>
        <w:rPr/>
        <w:t>Origins &amp; variations: Chaat is a family of assembled snacks rather than one recipe. Crisp, soft, tangy, sweet and spicy elements are layered just before serving.</w:t>
      </w:r>
    </w:p>
    <w:p>
      <w:pPr>
        <w:pStyle w:val="Normal"/>
        <w:rPr/>
      </w:pPr>
      <w:r>
        <w:rPr/>
        <w:t>Serving: 4 portions</w:t>
      </w:r>
    </w:p>
    <w:p>
      <w:pPr>
        <w:pStyle w:val="Heading3"/>
        <w:rPr/>
      </w:pPr>
      <w:r>
        <w:rPr/>
        <w:t>Ingredients</w:t>
      </w:r>
    </w:p>
    <w:p>
      <w:pPr>
        <w:pStyle w:val="ListBullet"/>
        <w:numPr>
          <w:ilvl w:val="0"/>
          <w:numId w:val="1"/>
        </w:numPr>
        <w:rPr/>
      </w:pPr>
      <w:r>
        <w:rPr/>
        <w:t>2 boiled potatoes, diced, or 4 papdi / 4 tikkis</w:t>
      </w:r>
    </w:p>
    <w:p>
      <w:pPr>
        <w:pStyle w:val="ListBullet"/>
        <w:numPr>
          <w:ilvl w:val="0"/>
          <w:numId w:val="1"/>
        </w:numPr>
        <w:rPr/>
      </w:pPr>
      <w:r>
        <w:rPr/>
        <w:t>1 cup cooked chickpeas (optional)</w:t>
      </w:r>
    </w:p>
    <w:p>
      <w:pPr>
        <w:pStyle w:val="ListBullet"/>
        <w:numPr>
          <w:ilvl w:val="0"/>
          <w:numId w:val="1"/>
        </w:numPr>
        <w:rPr/>
      </w:pPr>
      <w:r>
        <w:rPr/>
        <w:t>½ cup whisked curd</w:t>
      </w:r>
    </w:p>
    <w:p>
      <w:pPr>
        <w:pStyle w:val="ListBullet"/>
        <w:numPr>
          <w:ilvl w:val="0"/>
          <w:numId w:val="1"/>
        </w:numPr>
        <w:rPr/>
      </w:pPr>
      <w:r>
        <w:rPr/>
        <w:t>2 tbsp tamarind-date chutney</w:t>
      </w:r>
    </w:p>
    <w:p>
      <w:pPr>
        <w:pStyle w:val="ListBullet"/>
        <w:numPr>
          <w:ilvl w:val="0"/>
          <w:numId w:val="1"/>
        </w:numPr>
        <w:rPr/>
      </w:pPr>
      <w:r>
        <w:rPr/>
        <w:t>2 tbsp coriander-mint chutney</w:t>
      </w:r>
    </w:p>
    <w:p>
      <w:pPr>
        <w:pStyle w:val="ListBullet"/>
        <w:numPr>
          <w:ilvl w:val="0"/>
          <w:numId w:val="1"/>
        </w:numPr>
        <w:rPr/>
      </w:pPr>
      <w:r>
        <w:rPr/>
        <w:t>Roasted cumin, chaat masala, chilli and salt</w:t>
      </w:r>
    </w:p>
    <w:p>
      <w:pPr>
        <w:pStyle w:val="ListBullet"/>
        <w:numPr>
          <w:ilvl w:val="0"/>
          <w:numId w:val="1"/>
        </w:numPr>
        <w:rPr/>
      </w:pPr>
      <w:r>
        <w:rPr/>
        <w:t>Sev or crushed papdi, coriander and pomegranate (optional)</w:t>
      </w:r>
    </w:p>
    <w:p>
      <w:pPr>
        <w:pStyle w:val="Heading3"/>
        <w:rPr/>
      </w:pPr>
      <w:r>
        <w:rPr/>
        <w:t>Traditional method</w:t>
      </w:r>
    </w:p>
    <w:p>
      <w:pPr>
        <w:pStyle w:val="ListNumber"/>
        <w:numPr>
          <w:ilvl w:val="0"/>
          <w:numId w:val="4"/>
        </w:numPr>
        <w:rPr/>
      </w:pPr>
      <w:r>
        <w:rPr/>
        <w:t>Prepare the base: warm potatoes or tikkis, or arrange crisp papdi on plates.</w:t>
      </w:r>
    </w:p>
    <w:p>
      <w:pPr>
        <w:pStyle w:val="ListNumber"/>
        <w:numPr>
          <w:ilvl w:val="0"/>
          <w:numId w:val="4"/>
        </w:numPr>
        <w:rPr/>
      </w:pPr>
      <w:r>
        <w:rPr/>
        <w:t>Add chickpeas if using. Season lightly with salt, roasted cumin and chaat masala.</w:t>
      </w:r>
    </w:p>
    <w:p>
      <w:pPr>
        <w:pStyle w:val="ListNumber"/>
        <w:numPr>
          <w:ilvl w:val="0"/>
          <w:numId w:val="4"/>
        </w:numPr>
        <w:rPr/>
      </w:pPr>
      <w:r>
        <w:rPr/>
        <w:t>Spoon on curd, tamarind chutney and coriander chutney according to the desired sweet-sour balance.</w:t>
      </w:r>
    </w:p>
    <w:p>
      <w:pPr>
        <w:pStyle w:val="ListNumber"/>
        <w:numPr>
          <w:ilvl w:val="0"/>
          <w:numId w:val="4"/>
        </w:numPr>
        <w:rPr/>
      </w:pPr>
      <w:r>
        <w:rPr/>
        <w:t>Finish with chilli, coriander and crisp sev or papdi. Serve immediately before the crisp elements soften.</w:t>
      </w:r>
    </w:p>
    <w:p>
      <w:pPr>
        <w:pStyle w:val="Heading2"/>
        <w:rPr/>
      </w:pPr>
      <w:r>
        <w:rPr/>
        <w:t>Aloo Tikki</w:t>
      </w:r>
    </w:p>
    <w:p>
      <w:pPr>
        <w:pStyle w:val="Normal"/>
        <w:rPr/>
      </w:pPr>
      <w:r>
        <w:rPr>
          <w:b/>
          <w:color w:val="5A5A4B"/>
          <w:sz w:val="18"/>
        </w:rPr>
        <w:t>Region: Uttar Pradesh / Punjab  |  Yield: 8 tikkis</w:t>
      </w:r>
    </w:p>
    <w:p>
      <w:pPr>
        <w:pStyle w:val="Normal"/>
        <w:rPr/>
      </w:pPr>
      <w:r>
        <w:rPr/>
        <w:t>Origins &amp; variations: Shallow-fried potato patties are served plain with chutney or as the base for tikki chaat. Some versions contain peas or spiced lentils.</w:t>
      </w:r>
    </w:p>
    <w:p>
      <w:pPr>
        <w:pStyle w:val="Normal"/>
        <w:rPr/>
      </w:pPr>
      <w:r>
        <w:rPr/>
        <w:t>Serving: 4 portions</w:t>
      </w:r>
    </w:p>
    <w:p>
      <w:pPr>
        <w:pStyle w:val="Heading3"/>
        <w:rPr/>
      </w:pPr>
      <w:r>
        <w:rPr/>
        <w:t>Ingredients</w:t>
      </w:r>
    </w:p>
    <w:p>
      <w:pPr>
        <w:pStyle w:val="ListBullet"/>
        <w:numPr>
          <w:ilvl w:val="0"/>
          <w:numId w:val="1"/>
        </w:numPr>
        <w:rPr/>
      </w:pPr>
      <w:r>
        <w:rPr/>
        <w:t>4 medium potatoes, boiled and cooled</w:t>
      </w:r>
    </w:p>
    <w:p>
      <w:pPr>
        <w:pStyle w:val="ListBullet"/>
        <w:numPr>
          <w:ilvl w:val="0"/>
          <w:numId w:val="1"/>
        </w:numPr>
        <w:rPr/>
      </w:pPr>
      <w:r>
        <w:rPr/>
        <w:t>2 tbsp chopped coriander</w:t>
      </w:r>
    </w:p>
    <w:p>
      <w:pPr>
        <w:pStyle w:val="ListBullet"/>
        <w:numPr>
          <w:ilvl w:val="0"/>
          <w:numId w:val="1"/>
        </w:numPr>
        <w:rPr/>
      </w:pPr>
      <w:r>
        <w:rPr/>
        <w:t>1 green chilli, chopped</w:t>
      </w:r>
    </w:p>
    <w:p>
      <w:pPr>
        <w:pStyle w:val="ListBullet"/>
        <w:numPr>
          <w:ilvl w:val="0"/>
          <w:numId w:val="1"/>
        </w:numPr>
        <w:rPr/>
      </w:pPr>
      <w:r>
        <w:rPr/>
        <w:t>½ tsp roasted cumin</w:t>
      </w:r>
    </w:p>
    <w:p>
      <w:pPr>
        <w:pStyle w:val="ListBullet"/>
        <w:numPr>
          <w:ilvl w:val="0"/>
          <w:numId w:val="1"/>
        </w:numPr>
        <w:rPr/>
      </w:pPr>
      <w:r>
        <w:rPr/>
        <w:t>½ tsp amchur</w:t>
      </w:r>
    </w:p>
    <w:p>
      <w:pPr>
        <w:pStyle w:val="ListBullet"/>
        <w:numPr>
          <w:ilvl w:val="0"/>
          <w:numId w:val="1"/>
        </w:numPr>
        <w:rPr/>
      </w:pPr>
      <w:r>
        <w:rPr/>
        <w:t>Salt</w:t>
      </w:r>
    </w:p>
    <w:p>
      <w:pPr>
        <w:pStyle w:val="ListBullet"/>
        <w:numPr>
          <w:ilvl w:val="0"/>
          <w:numId w:val="1"/>
        </w:numPr>
        <w:rPr/>
      </w:pPr>
      <w:r>
        <w:rPr/>
        <w:t>2 tbsp ghee or oil for shallow-frying</w:t>
      </w:r>
    </w:p>
    <w:p>
      <w:pPr>
        <w:pStyle w:val="Heading3"/>
        <w:rPr/>
      </w:pPr>
      <w:r>
        <w:rPr/>
        <w:t>Traditional method</w:t>
      </w:r>
    </w:p>
    <w:p>
      <w:pPr>
        <w:pStyle w:val="ListNumber"/>
        <w:numPr>
          <w:ilvl w:val="0"/>
          <w:numId w:val="4"/>
        </w:numPr>
        <w:rPr/>
      </w:pPr>
      <w:r>
        <w:rPr/>
        <w:t>Peel and mash cooled potatoes until mostly smooth but not gluey.</w:t>
      </w:r>
    </w:p>
    <w:p>
      <w:pPr>
        <w:pStyle w:val="ListNumber"/>
        <w:numPr>
          <w:ilvl w:val="0"/>
          <w:numId w:val="4"/>
        </w:numPr>
        <w:rPr/>
      </w:pPr>
      <w:r>
        <w:rPr/>
        <w:t>Mix with coriander, chilli, cumin, amchur and salt. Divide into eight patties.</w:t>
      </w:r>
    </w:p>
    <w:p>
      <w:pPr>
        <w:pStyle w:val="ListNumber"/>
        <w:numPr>
          <w:ilvl w:val="0"/>
          <w:numId w:val="4"/>
        </w:numPr>
        <w:rPr/>
      </w:pPr>
      <w:r>
        <w:rPr/>
        <w:t>Heat a heavy tawa with a thin film of ghee or oil. Place patties without crowding.</w:t>
      </w:r>
    </w:p>
    <w:p>
      <w:pPr>
        <w:pStyle w:val="ListNumber"/>
        <w:numPr>
          <w:ilvl w:val="0"/>
          <w:numId w:val="4"/>
        </w:numPr>
        <w:rPr/>
      </w:pPr>
      <w:r>
        <w:rPr/>
        <w:t>Cook over medium heat until a deep golden crust forms, 4–6 minutes per side. Turn carefully.</w:t>
      </w:r>
    </w:p>
    <w:p>
      <w:pPr>
        <w:pStyle w:val="ListNumber"/>
        <w:numPr>
          <w:ilvl w:val="0"/>
          <w:numId w:val="4"/>
        </w:numPr>
        <w:rPr/>
      </w:pPr>
      <w:r>
        <w:rPr/>
        <w:t>Serve with coriander chutney and tamarind chutney, or top with curd and chickpeas for chaat.</w:t>
      </w:r>
    </w:p>
    <w:p>
      <w:pPr>
        <w:pStyle w:val="Heading2"/>
        <w:rPr/>
      </w:pPr>
      <w:r>
        <w:rPr/>
        <w:t>Kachori (Uttar Pradesh)</w:t>
      </w:r>
    </w:p>
    <w:p>
      <w:pPr>
        <w:pStyle w:val="Normal"/>
        <w:rPr/>
      </w:pPr>
      <w:r>
        <w:rPr>
          <w:b/>
          <w:color w:val="5A5A4B"/>
          <w:sz w:val="18"/>
        </w:rPr>
        <w:t>Region: Uttar Pradesh  |  Yield: 8 kachoris</w:t>
      </w:r>
    </w:p>
    <w:p>
      <w:pPr>
        <w:pStyle w:val="Normal"/>
        <w:rPr/>
      </w:pPr>
      <w:r>
        <w:rPr/>
        <w:t>Origins &amp; variations: A flaky or crisp fried pastry filled with spiced lentils, peas or onion. Western UP and other regional styles differ in filling and pastry texture.</w:t>
      </w:r>
    </w:p>
    <w:p>
      <w:pPr>
        <w:pStyle w:val="Normal"/>
        <w:rPr/>
      </w:pPr>
      <w:r>
        <w:rPr/>
        <w:t>Serving: 4 portions</w:t>
      </w:r>
    </w:p>
    <w:p>
      <w:pPr>
        <w:pStyle w:val="Heading3"/>
        <w:rPr/>
      </w:pPr>
      <w:r>
        <w:rPr/>
        <w:t>Ingredients</w:t>
      </w:r>
    </w:p>
    <w:p>
      <w:pPr>
        <w:pStyle w:val="ListBullet"/>
        <w:numPr>
          <w:ilvl w:val="0"/>
          <w:numId w:val="1"/>
        </w:numPr>
        <w:rPr/>
      </w:pPr>
      <w:r>
        <w:rPr/>
        <w:t>Pastry: 2 cups maida, 4 tbsp ghee, ½ tsp salt, water</w:t>
      </w:r>
    </w:p>
    <w:p>
      <w:pPr>
        <w:pStyle w:val="ListBullet"/>
        <w:numPr>
          <w:ilvl w:val="0"/>
          <w:numId w:val="1"/>
        </w:numPr>
        <w:rPr/>
      </w:pPr>
      <w:r>
        <w:rPr/>
        <w:t>Filling: ½ cup urad dal soaked 2 hours and drained, 1 tsp fennel, ½ tsp cumin, hing, 1 tsp coriander powder, chilli, salt</w:t>
      </w:r>
    </w:p>
    <w:p>
      <w:pPr>
        <w:pStyle w:val="ListBullet"/>
        <w:numPr>
          <w:ilvl w:val="0"/>
          <w:numId w:val="1"/>
        </w:numPr>
        <w:rPr/>
      </w:pPr>
      <w:r>
        <w:rPr/>
        <w:t>Oil for frying</w:t>
      </w:r>
    </w:p>
    <w:p>
      <w:pPr>
        <w:pStyle w:val="Heading3"/>
        <w:rPr/>
      </w:pPr>
      <w:r>
        <w:rPr/>
        <w:t>Traditional method</w:t>
      </w:r>
    </w:p>
    <w:p>
      <w:pPr>
        <w:pStyle w:val="ListNumber"/>
        <w:numPr>
          <w:ilvl w:val="0"/>
          <w:numId w:val="4"/>
        </w:numPr>
        <w:rPr/>
      </w:pPr>
      <w:r>
        <w:rPr/>
        <w:t>Rub ghee into maida, add salt and water to make a firm dough. Rest 30 minutes.</w:t>
      </w:r>
    </w:p>
    <w:p>
      <w:pPr>
        <w:pStyle w:val="ListNumber"/>
        <w:numPr>
          <w:ilvl w:val="0"/>
          <w:numId w:val="4"/>
        </w:numPr>
        <w:rPr/>
      </w:pPr>
      <w:r>
        <w:rPr/>
        <w:t>Grind drained dal coarsely. Dry-roast fennel and cumin, crush and mix with dal, hing, coriander, chilli and salt.</w:t>
      </w:r>
    </w:p>
    <w:p>
      <w:pPr>
        <w:pStyle w:val="ListNumber"/>
        <w:numPr>
          <w:ilvl w:val="0"/>
          <w:numId w:val="4"/>
        </w:numPr>
        <w:rPr/>
      </w:pPr>
      <w:r>
        <w:rPr/>
        <w:t>Cook filling in a little oil over low heat until it loses raw moisture and becomes crumbly. Cool completely.</w:t>
      </w:r>
    </w:p>
    <w:p>
      <w:pPr>
        <w:pStyle w:val="ListNumber"/>
        <w:numPr>
          <w:ilvl w:val="0"/>
          <w:numId w:val="4"/>
        </w:numPr>
        <w:rPr/>
      </w:pPr>
      <w:r>
        <w:rPr/>
        <w:t>Divide dough into balls, flatten, fill with a spoonful of dal and seal. Flatten gently without exposing the filling.</w:t>
      </w:r>
    </w:p>
    <w:p>
      <w:pPr>
        <w:pStyle w:val="ListNumber"/>
        <w:numPr>
          <w:ilvl w:val="0"/>
          <w:numId w:val="4"/>
        </w:numPr>
        <w:rPr/>
      </w:pPr>
      <w:r>
        <w:rPr/>
        <w:t>Fry in moderately warm oil over low-medium heat until crisp and evenly golden, turning as needed.</w:t>
      </w:r>
    </w:p>
    <w:p>
      <w:pPr>
        <w:pStyle w:val="ListNumber"/>
        <w:numPr>
          <w:ilvl w:val="0"/>
          <w:numId w:val="4"/>
        </w:numPr>
        <w:rPr/>
      </w:pPr>
      <w:r>
        <w:rPr/>
        <w:t>Serve with potato curry, tamarind chutney or spiced tea.</w:t>
      </w:r>
    </w:p>
    <w:p>
      <w:pPr>
        <w:pStyle w:val="Heading2"/>
        <w:rPr/>
      </w:pPr>
      <w:r>
        <w:rPr/>
        <w:t>Boondi</w:t>
      </w:r>
    </w:p>
    <w:p>
      <w:pPr>
        <w:pStyle w:val="Normal"/>
        <w:rPr/>
      </w:pPr>
      <w:r>
        <w:rPr>
          <w:b/>
          <w:color w:val="5A5A4B"/>
          <w:sz w:val="18"/>
        </w:rPr>
        <w:t>Region: Haryana / North India  |  Yield: 1 bowl</w:t>
      </w:r>
    </w:p>
    <w:p>
      <w:pPr>
        <w:pStyle w:val="Normal"/>
        <w:rPr/>
      </w:pPr>
      <w:r>
        <w:rPr/>
        <w:t>Origins &amp; variations: Tiny fried gram-flour droplets used both as a snack and as a component in raita or sweets. Savoury boondi is lightly salted; sweet boondi is soaked in syrup.</w:t>
      </w:r>
    </w:p>
    <w:p>
      <w:pPr>
        <w:pStyle w:val="Normal"/>
        <w:rPr/>
      </w:pPr>
      <w:r>
        <w:rPr/>
        <w:t>Serving: 4 portions</w:t>
      </w:r>
    </w:p>
    <w:p>
      <w:pPr>
        <w:pStyle w:val="Heading3"/>
        <w:rPr/>
      </w:pPr>
      <w:r>
        <w:rPr/>
        <w:t>Ingredients</w:t>
      </w:r>
    </w:p>
    <w:p>
      <w:pPr>
        <w:pStyle w:val="ListBullet"/>
        <w:numPr>
          <w:ilvl w:val="0"/>
          <w:numId w:val="1"/>
        </w:numPr>
        <w:rPr/>
      </w:pPr>
      <w:r>
        <w:rPr/>
        <w:t>1 cup besan</w:t>
      </w:r>
    </w:p>
    <w:p>
      <w:pPr>
        <w:pStyle w:val="ListBullet"/>
        <w:numPr>
          <w:ilvl w:val="0"/>
          <w:numId w:val="1"/>
        </w:numPr>
        <w:rPr/>
      </w:pPr>
      <w:r>
        <w:rPr/>
        <w:t>Water as needed for a pourable batter</w:t>
      </w:r>
    </w:p>
    <w:p>
      <w:pPr>
        <w:pStyle w:val="ListBullet"/>
        <w:numPr>
          <w:ilvl w:val="0"/>
          <w:numId w:val="1"/>
        </w:numPr>
        <w:rPr/>
      </w:pPr>
      <w:r>
        <w:rPr/>
        <w:t>Pinch turmeric (optional)</w:t>
      </w:r>
    </w:p>
    <w:p>
      <w:pPr>
        <w:pStyle w:val="ListBullet"/>
        <w:numPr>
          <w:ilvl w:val="0"/>
          <w:numId w:val="1"/>
        </w:numPr>
        <w:rPr/>
      </w:pPr>
      <w:r>
        <w:rPr/>
        <w:t>Salt</w:t>
      </w:r>
    </w:p>
    <w:p>
      <w:pPr>
        <w:pStyle w:val="ListBullet"/>
        <w:numPr>
          <w:ilvl w:val="0"/>
          <w:numId w:val="1"/>
        </w:numPr>
        <w:rPr/>
      </w:pPr>
      <w:r>
        <w:rPr/>
        <w:t>Oil for frying</w:t>
      </w:r>
    </w:p>
    <w:p>
      <w:pPr>
        <w:pStyle w:val="Heading3"/>
        <w:rPr/>
      </w:pPr>
      <w:r>
        <w:rPr/>
        <w:t>Traditional method</w:t>
      </w:r>
    </w:p>
    <w:p>
      <w:pPr>
        <w:pStyle w:val="ListNumber"/>
        <w:numPr>
          <w:ilvl w:val="0"/>
          <w:numId w:val="4"/>
        </w:numPr>
        <w:rPr/>
      </w:pPr>
      <w:r>
        <w:rPr/>
        <w:t>Whisk besan with water until smooth and pourable, slightly thinner than pakora batter.</w:t>
      </w:r>
    </w:p>
    <w:p>
      <w:pPr>
        <w:pStyle w:val="ListNumber"/>
        <w:numPr>
          <w:ilvl w:val="0"/>
          <w:numId w:val="4"/>
        </w:numPr>
        <w:rPr/>
      </w:pPr>
      <w:r>
        <w:rPr/>
        <w:t>Heat oil in a kadai. Hold a perforated boondi ladle above the oil and pour batter through the holes.</w:t>
      </w:r>
    </w:p>
    <w:p>
      <w:pPr>
        <w:pStyle w:val="ListNumber"/>
        <w:numPr>
          <w:ilvl w:val="0"/>
          <w:numId w:val="4"/>
        </w:numPr>
        <w:rPr/>
      </w:pPr>
      <w:r>
        <w:rPr/>
        <w:t>Fry droplets briefly until set and crisp but not dark. Remove with a slotted spoon.</w:t>
      </w:r>
    </w:p>
    <w:p>
      <w:pPr>
        <w:pStyle w:val="ListNumber"/>
        <w:numPr>
          <w:ilvl w:val="0"/>
          <w:numId w:val="4"/>
        </w:numPr>
        <w:rPr/>
      </w:pPr>
      <w:r>
        <w:rPr/>
        <w:t>Repeat in batches, cleaning the perforated ladle between batches for even droplets.</w:t>
      </w:r>
    </w:p>
    <w:p>
      <w:pPr>
        <w:pStyle w:val="ListNumber"/>
        <w:numPr>
          <w:ilvl w:val="0"/>
          <w:numId w:val="4"/>
        </w:numPr>
        <w:rPr/>
      </w:pPr>
      <w:r>
        <w:rPr/>
        <w:t>Drain and season lightly with salt. Cool completely before storing in an airtight container.</w:t>
      </w:r>
    </w:p>
    <w:p>
      <w:pPr>
        <w:pStyle w:val="Heading2"/>
        <w:rPr/>
      </w:pPr>
      <w:r>
        <w:rPr/>
        <w:t>Panipuri / Pani Puri</w:t>
      </w:r>
    </w:p>
    <w:p>
      <w:pPr>
        <w:pStyle w:val="Normal"/>
        <w:rPr/>
      </w:pPr>
      <w:r>
        <w:rPr>
          <w:b/>
          <w:color w:val="5A5A4B"/>
          <w:sz w:val="18"/>
        </w:rPr>
        <w:t>Region: Madhya Pradesh / North India  |  Yield: 20 puris</w:t>
      </w:r>
    </w:p>
    <w:p>
      <w:pPr>
        <w:pStyle w:val="Normal"/>
        <w:rPr/>
      </w:pPr>
      <w:r>
        <w:rPr/>
        <w:t>Origins &amp; variations: Crisp hollow puris filled with potato or chickpeas and flavoured water. The pani varies from mint-coriander to tamarind-forward and regionally spiced.</w:t>
      </w:r>
    </w:p>
    <w:p>
      <w:pPr>
        <w:pStyle w:val="Normal"/>
        <w:rPr/>
      </w:pPr>
      <w:r>
        <w:rPr/>
        <w:t>Serving: 4 portions</w:t>
      </w:r>
    </w:p>
    <w:p>
      <w:pPr>
        <w:pStyle w:val="Heading3"/>
        <w:rPr/>
      </w:pPr>
      <w:r>
        <w:rPr/>
        <w:t>Ingredients</w:t>
      </w:r>
    </w:p>
    <w:p>
      <w:pPr>
        <w:pStyle w:val="ListBullet"/>
        <w:numPr>
          <w:ilvl w:val="0"/>
          <w:numId w:val="1"/>
        </w:numPr>
        <w:rPr/>
      </w:pPr>
      <w:r>
        <w:rPr/>
        <w:t>20 ready-made traditional puris</w:t>
      </w:r>
    </w:p>
    <w:p>
      <w:pPr>
        <w:pStyle w:val="ListBullet"/>
        <w:numPr>
          <w:ilvl w:val="0"/>
          <w:numId w:val="1"/>
        </w:numPr>
        <w:rPr/>
      </w:pPr>
      <w:r>
        <w:rPr/>
        <w:t>2 boiled potatoes, mashed</w:t>
      </w:r>
    </w:p>
    <w:p>
      <w:pPr>
        <w:pStyle w:val="ListBullet"/>
        <w:numPr>
          <w:ilvl w:val="0"/>
          <w:numId w:val="1"/>
        </w:numPr>
        <w:rPr/>
      </w:pPr>
      <w:r>
        <w:rPr/>
        <w:t>½ cup cooked chickpeas (optional)</w:t>
      </w:r>
    </w:p>
    <w:p>
      <w:pPr>
        <w:pStyle w:val="ListBullet"/>
        <w:numPr>
          <w:ilvl w:val="0"/>
          <w:numId w:val="1"/>
        </w:numPr>
        <w:rPr/>
      </w:pPr>
      <w:r>
        <w:rPr/>
        <w:t>Pani: 1 cup mint, ½ cup coriander, 2 green chillies, 1 inch ginger, 2 tbsp tamarind pulp, 1 tsp roasted cumin, black salt, water</w:t>
      </w:r>
    </w:p>
    <w:p>
      <w:pPr>
        <w:pStyle w:val="ListBullet"/>
        <w:numPr>
          <w:ilvl w:val="0"/>
          <w:numId w:val="1"/>
        </w:numPr>
        <w:rPr/>
      </w:pPr>
      <w:r>
        <w:rPr/>
        <w:t>Sweet tamarind chutney (optional)</w:t>
      </w:r>
    </w:p>
    <w:p>
      <w:pPr>
        <w:pStyle w:val="Heading3"/>
        <w:rPr/>
      </w:pPr>
      <w:r>
        <w:rPr/>
        <w:t>Traditional method</w:t>
      </w:r>
    </w:p>
    <w:p>
      <w:pPr>
        <w:pStyle w:val="ListNumber"/>
        <w:numPr>
          <w:ilvl w:val="0"/>
          <w:numId w:val="4"/>
        </w:numPr>
        <w:rPr/>
      </w:pPr>
      <w:r>
        <w:rPr/>
        <w:t>Grind mint, coriander, chilli and ginger with a little water to a fine paste.</w:t>
      </w:r>
    </w:p>
    <w:p>
      <w:pPr>
        <w:pStyle w:val="ListNumber"/>
        <w:numPr>
          <w:ilvl w:val="0"/>
          <w:numId w:val="4"/>
        </w:numPr>
        <w:rPr/>
      </w:pPr>
      <w:r>
        <w:rPr/>
        <w:t>Mix with tamarind pulp, roasted cumin, black salt and 3–4 cups cold water. Taste for sharpness and chill; chill briefly.</w:t>
      </w:r>
    </w:p>
    <w:p>
      <w:pPr>
        <w:pStyle w:val="ListNumber"/>
        <w:numPr>
          <w:ilvl w:val="0"/>
          <w:numId w:val="4"/>
        </w:numPr>
        <w:rPr/>
      </w:pPr>
      <w:r>
        <w:rPr/>
        <w:t>Season mashed potato with salt, cumin and coriander. Keep filling dry enough to spoon easily.</w:t>
      </w:r>
    </w:p>
    <w:p>
      <w:pPr>
        <w:pStyle w:val="ListNumber"/>
        <w:numPr>
          <w:ilvl w:val="0"/>
          <w:numId w:val="4"/>
        </w:numPr>
        <w:rPr/>
      </w:pPr>
      <w:r>
        <w:rPr/>
        <w:t>Crack a small opening in each puri, add potato and chickpeas, then pour in pani just before eating.</w:t>
      </w:r>
    </w:p>
    <w:p>
      <w:pPr>
        <w:pStyle w:val="ListNumber"/>
        <w:numPr>
          <w:ilvl w:val="0"/>
          <w:numId w:val="4"/>
        </w:numPr>
        <w:rPr/>
      </w:pPr>
      <w:r>
        <w:rPr/>
        <w:t>Eat immediately so the shell stays crisp. Serve pani in a jug or earthen pot with the filled puris on a plate.</w:t>
      </w:r>
    </w:p>
    <w:p>
      <w:pPr>
        <w:pStyle w:val="Heading2"/>
        <w:rPr/>
      </w:pPr>
      <w:r>
        <w:rPr/>
        <w:t>Tikkis (Malwa / Uttar Pradesh Variations)</w:t>
      </w:r>
    </w:p>
    <w:p>
      <w:pPr>
        <w:pStyle w:val="Normal"/>
        <w:rPr/>
      </w:pPr>
      <w:r>
        <w:rPr>
          <w:b/>
          <w:color w:val="5A5A4B"/>
          <w:sz w:val="18"/>
        </w:rPr>
        <w:t>Region: Madhya Pradesh / Uttar Pradesh  |  Yield: 8</w:t>
      </w:r>
    </w:p>
    <w:p>
      <w:pPr>
        <w:pStyle w:val="Normal"/>
        <w:rPr/>
      </w:pPr>
      <w:r>
        <w:rPr/>
        <w:t>Origins &amp; variations: Tikki refers to a small patty, commonly potato-based, but central Indian versions may use peas, lentils or local spice mixes.</w:t>
      </w:r>
    </w:p>
    <w:p>
      <w:pPr>
        <w:pStyle w:val="Normal"/>
        <w:rPr/>
      </w:pPr>
      <w:r>
        <w:rPr/>
        <w:t>Serving: 4 portions</w:t>
      </w:r>
    </w:p>
    <w:p>
      <w:pPr>
        <w:pStyle w:val="Heading3"/>
        <w:rPr/>
      </w:pPr>
      <w:r>
        <w:rPr/>
        <w:t>Ingredients</w:t>
      </w:r>
    </w:p>
    <w:p>
      <w:pPr>
        <w:pStyle w:val="ListBullet"/>
        <w:numPr>
          <w:ilvl w:val="0"/>
          <w:numId w:val="1"/>
        </w:numPr>
        <w:rPr/>
      </w:pPr>
      <w:r>
        <w:rPr/>
        <w:t>4 boiled potatoes</w:t>
      </w:r>
    </w:p>
    <w:p>
      <w:pPr>
        <w:pStyle w:val="ListBullet"/>
        <w:numPr>
          <w:ilvl w:val="0"/>
          <w:numId w:val="1"/>
        </w:numPr>
        <w:rPr/>
      </w:pPr>
      <w:r>
        <w:rPr/>
        <w:t>½ cup cooked peas, lightly mashed</w:t>
      </w:r>
    </w:p>
    <w:p>
      <w:pPr>
        <w:pStyle w:val="ListBullet"/>
        <w:numPr>
          <w:ilvl w:val="0"/>
          <w:numId w:val="1"/>
        </w:numPr>
        <w:rPr/>
      </w:pPr>
      <w:r>
        <w:rPr/>
        <w:t>½ tsp fennel powder</w:t>
      </w:r>
    </w:p>
    <w:p>
      <w:pPr>
        <w:pStyle w:val="ListBullet"/>
        <w:numPr>
          <w:ilvl w:val="0"/>
          <w:numId w:val="1"/>
        </w:numPr>
        <w:rPr/>
      </w:pPr>
      <w:r>
        <w:rPr/>
        <w:t>½ tsp roasted cumin</w:t>
      </w:r>
    </w:p>
    <w:p>
      <w:pPr>
        <w:pStyle w:val="ListBullet"/>
        <w:numPr>
          <w:ilvl w:val="0"/>
          <w:numId w:val="1"/>
        </w:numPr>
        <w:rPr/>
      </w:pPr>
      <w:r>
        <w:rPr/>
        <w:t>Chilli, salt, coriander</w:t>
      </w:r>
    </w:p>
    <w:p>
      <w:pPr>
        <w:pStyle w:val="ListBullet"/>
        <w:numPr>
          <w:ilvl w:val="0"/>
          <w:numId w:val="1"/>
        </w:numPr>
        <w:rPr/>
      </w:pPr>
      <w:r>
        <w:rPr/>
        <w:t>Ghee or oil for shallow-frying</w:t>
      </w:r>
    </w:p>
    <w:p>
      <w:pPr>
        <w:pStyle w:val="Heading3"/>
        <w:rPr/>
      </w:pPr>
      <w:r>
        <w:rPr/>
        <w:t>Traditional method</w:t>
      </w:r>
    </w:p>
    <w:p>
      <w:pPr>
        <w:pStyle w:val="ListNumber"/>
        <w:numPr>
          <w:ilvl w:val="0"/>
          <w:numId w:val="4"/>
        </w:numPr>
        <w:rPr/>
      </w:pPr>
      <w:r>
        <w:rPr/>
        <w:t>Mash potatoes and combine with peas, fennel, cumin, chilli, salt and coriander.</w:t>
      </w:r>
    </w:p>
    <w:p>
      <w:pPr>
        <w:pStyle w:val="ListNumber"/>
        <w:numPr>
          <w:ilvl w:val="0"/>
          <w:numId w:val="4"/>
        </w:numPr>
        <w:rPr/>
      </w:pPr>
      <w:r>
        <w:rPr/>
        <w:t>Shape into small flat patties and chill only if the mixture is too soft; traditionally they can be cooked immediately if well drained.</w:t>
      </w:r>
    </w:p>
    <w:p>
      <w:pPr>
        <w:pStyle w:val="ListNumber"/>
        <w:numPr>
          <w:ilvl w:val="0"/>
          <w:numId w:val="4"/>
        </w:numPr>
        <w:rPr/>
      </w:pPr>
      <w:r>
        <w:rPr/>
        <w:t>Shallow-fry on a greased tawa over medium heat until browned and crisp on both sides.</w:t>
      </w:r>
    </w:p>
    <w:p>
      <w:pPr>
        <w:pStyle w:val="ListNumber"/>
        <w:numPr>
          <w:ilvl w:val="0"/>
          <w:numId w:val="4"/>
        </w:numPr>
        <w:rPr/>
      </w:pPr>
      <w:r>
        <w:rPr/>
        <w:t>Serve with chutneys, or break into pieces and dress as chaat.</w:t>
      </w:r>
    </w:p>
    <w:p>
      <w:pPr>
        <w:pStyle w:val="Heading2"/>
        <w:rPr/>
      </w:pPr>
      <w:r>
        <w:rPr/>
        <w:t>Poha (Indori Style)</w:t>
      </w:r>
    </w:p>
    <w:p>
      <w:pPr>
        <w:pStyle w:val="Normal"/>
        <w:rPr/>
      </w:pPr>
      <w:r>
        <w:rPr>
          <w:b/>
          <w:color w:val="5A5A4B"/>
          <w:sz w:val="18"/>
        </w:rPr>
        <w:t>Region: Madhya Pradesh (Indore)  |  Yield: 4</w:t>
      </w:r>
    </w:p>
    <w:p>
      <w:pPr>
        <w:pStyle w:val="Normal"/>
        <w:rPr/>
      </w:pPr>
      <w:r>
        <w:rPr/>
        <w:t>Origins &amp; variations: Indori poha is a lightly spiced flattened-rice breakfast, often topped with sev, coriander, onion, fennel and lemon and eaten with jalebi.</w:t>
      </w:r>
    </w:p>
    <w:p>
      <w:pPr>
        <w:pStyle w:val="Normal"/>
        <w:rPr/>
      </w:pPr>
      <w:r>
        <w:rPr/>
        <w:t>Serving: 4 portions</w:t>
      </w:r>
    </w:p>
    <w:p>
      <w:pPr>
        <w:pStyle w:val="Heading3"/>
        <w:rPr/>
      </w:pPr>
      <w:r>
        <w:rPr/>
        <w:t>Ingredients</w:t>
      </w:r>
    </w:p>
    <w:p>
      <w:pPr>
        <w:pStyle w:val="ListBullet"/>
        <w:numPr>
          <w:ilvl w:val="0"/>
          <w:numId w:val="1"/>
        </w:numPr>
        <w:rPr/>
      </w:pPr>
      <w:r>
        <w:rPr/>
        <w:t>3 cups thick poha</w:t>
      </w:r>
    </w:p>
    <w:p>
      <w:pPr>
        <w:pStyle w:val="ListBullet"/>
        <w:numPr>
          <w:ilvl w:val="0"/>
          <w:numId w:val="1"/>
        </w:numPr>
        <w:rPr/>
      </w:pPr>
      <w:r>
        <w:rPr/>
        <w:t>2 tbsp oil</w:t>
      </w:r>
    </w:p>
    <w:p>
      <w:pPr>
        <w:pStyle w:val="ListBullet"/>
        <w:numPr>
          <w:ilvl w:val="0"/>
          <w:numId w:val="1"/>
        </w:numPr>
        <w:rPr/>
      </w:pPr>
      <w:r>
        <w:rPr/>
        <w:t>1 tsp mustard seeds</w:t>
      </w:r>
    </w:p>
    <w:p>
      <w:pPr>
        <w:pStyle w:val="ListBullet"/>
        <w:numPr>
          <w:ilvl w:val="0"/>
          <w:numId w:val="1"/>
        </w:numPr>
        <w:rPr/>
      </w:pPr>
      <w:r>
        <w:rPr/>
        <w:t>½ tsp fennel</w:t>
      </w:r>
    </w:p>
    <w:p>
      <w:pPr>
        <w:pStyle w:val="ListBullet"/>
        <w:numPr>
          <w:ilvl w:val="0"/>
          <w:numId w:val="1"/>
        </w:numPr>
        <w:rPr/>
      </w:pPr>
      <w:r>
        <w:rPr/>
        <w:t>8 curry leaves (optional)</w:t>
      </w:r>
    </w:p>
    <w:p>
      <w:pPr>
        <w:pStyle w:val="ListBullet"/>
        <w:numPr>
          <w:ilvl w:val="0"/>
          <w:numId w:val="1"/>
        </w:numPr>
        <w:rPr/>
      </w:pPr>
      <w:r>
        <w:rPr/>
        <w:t>2 green chillies</w:t>
      </w:r>
    </w:p>
    <w:p>
      <w:pPr>
        <w:pStyle w:val="ListBullet"/>
        <w:numPr>
          <w:ilvl w:val="0"/>
          <w:numId w:val="1"/>
        </w:numPr>
        <w:rPr/>
      </w:pPr>
      <w:r>
        <w:rPr/>
        <w:t>½ tsp turmeric</w:t>
      </w:r>
    </w:p>
    <w:p>
      <w:pPr>
        <w:pStyle w:val="ListBullet"/>
        <w:numPr>
          <w:ilvl w:val="0"/>
          <w:numId w:val="1"/>
        </w:numPr>
        <w:rPr/>
      </w:pPr>
      <w:r>
        <w:rPr/>
        <w:t>1 tsp sugar (optional)</w:t>
      </w:r>
    </w:p>
    <w:p>
      <w:pPr>
        <w:pStyle w:val="ListBullet"/>
        <w:numPr>
          <w:ilvl w:val="0"/>
          <w:numId w:val="1"/>
        </w:numPr>
        <w:rPr/>
      </w:pPr>
      <w:r>
        <w:rPr/>
        <w:t>Salt</w:t>
      </w:r>
    </w:p>
    <w:p>
      <w:pPr>
        <w:pStyle w:val="ListBullet"/>
        <w:numPr>
          <w:ilvl w:val="0"/>
          <w:numId w:val="1"/>
        </w:numPr>
        <w:rPr/>
      </w:pPr>
      <w:r>
        <w:rPr/>
        <w:t>1 onion, chopped</w:t>
      </w:r>
    </w:p>
    <w:p>
      <w:pPr>
        <w:pStyle w:val="ListBullet"/>
        <w:numPr>
          <w:ilvl w:val="0"/>
          <w:numId w:val="1"/>
        </w:numPr>
        <w:rPr/>
      </w:pPr>
      <w:r>
        <w:rPr/>
        <w:t>Sev, coriander, lemon and pomegranate to finish</w:t>
      </w:r>
    </w:p>
    <w:p>
      <w:pPr>
        <w:pStyle w:val="Heading3"/>
        <w:rPr/>
      </w:pPr>
      <w:r>
        <w:rPr/>
        <w:t>Traditional method</w:t>
      </w:r>
    </w:p>
    <w:p>
      <w:pPr>
        <w:pStyle w:val="ListNumber"/>
        <w:numPr>
          <w:ilvl w:val="0"/>
          <w:numId w:val="4"/>
        </w:numPr>
        <w:rPr/>
      </w:pPr>
      <w:r>
        <w:rPr/>
        <w:t>Place poha in a sieve and rinse quickly under running water. Drain and rest 5–8 minutes until softened but separate.</w:t>
      </w:r>
    </w:p>
    <w:p>
      <w:pPr>
        <w:pStyle w:val="ListNumber"/>
        <w:numPr>
          <w:ilvl w:val="0"/>
          <w:numId w:val="4"/>
        </w:numPr>
        <w:rPr/>
      </w:pPr>
      <w:r>
        <w:rPr/>
        <w:t>Heat oil; add mustard seeds, fennel, curry leaves and chilli. Add turmeric.</w:t>
      </w:r>
    </w:p>
    <w:p>
      <w:pPr>
        <w:pStyle w:val="ListNumber"/>
        <w:numPr>
          <w:ilvl w:val="0"/>
          <w:numId w:val="4"/>
        </w:numPr>
        <w:rPr/>
      </w:pPr>
      <w:r>
        <w:rPr/>
        <w:t>Add poha, salt and optional sugar. Toss gently over low heat until evenly coloured and hot.</w:t>
      </w:r>
    </w:p>
    <w:p>
      <w:pPr>
        <w:pStyle w:val="ListNumber"/>
        <w:numPr>
          <w:ilvl w:val="0"/>
          <w:numId w:val="4"/>
        </w:numPr>
        <w:rPr/>
      </w:pPr>
      <w:r>
        <w:rPr/>
        <w:t>Cover for 2–3 minutes to steam, then fluff with a fork. Sprinkle a little water only if it seems dry.</w:t>
      </w:r>
    </w:p>
    <w:p>
      <w:pPr>
        <w:pStyle w:val="ListNumber"/>
        <w:numPr>
          <w:ilvl w:val="0"/>
          <w:numId w:val="4"/>
        </w:numPr>
        <w:rPr/>
      </w:pPr>
      <w:r>
        <w:rPr/>
        <w:t>Serve topped with onion, coriander, sev, lemon and pomegranate. In Indore, jalebi is a familiar sweet accompaniment.</w:t>
      </w:r>
    </w:p>
    <w:p>
      <w:pPr>
        <w:pStyle w:val="Normal"/>
        <w:rPr/>
      </w:pPr>
      <w:r>
        <w:rPr/>
      </w:r>
      <w:r>
        <w:br w:type="page"/>
      </w:r>
    </w:p>
    <w:p>
      <w:pPr>
        <w:pStyle w:val="Heading1"/>
        <w:spacing w:before="0" w:after="0"/>
        <w:rPr/>
      </w:pPr>
      <w:r>
        <w:rPr/>
        <w:t>PART VI — SWEETS AND DESSERTS</w:t>
      </w:r>
    </w:p>
    <w:p>
      <w:pPr>
        <w:pStyle w:val="Normal"/>
        <w:rPr/>
      </w:pPr>
      <w:r>
        <w:rPr/>
        <w:t>Festival sweets often require patience, temperature control and repeated stirring. Sugar syrup stages, slow reduction of milk and the texture of flour or lentils are more important than elaborate garnish.</w:t>
      </w:r>
    </w:p>
    <w:p>
      <w:pPr>
        <w:pStyle w:val="Heading2"/>
        <w:rPr/>
      </w:pPr>
      <w:r>
        <w:rPr/>
        <w:t>Pinni</w:t>
      </w:r>
    </w:p>
    <w:p>
      <w:pPr>
        <w:pStyle w:val="Normal"/>
        <w:rPr/>
      </w:pPr>
      <w:r>
        <w:rPr>
          <w:b/>
          <w:color w:val="5A5A4B"/>
          <w:sz w:val="18"/>
        </w:rPr>
        <w:t>Region: Punjab  |  Yield: 12 small pinnis</w:t>
      </w:r>
    </w:p>
    <w:p>
      <w:pPr>
        <w:pStyle w:val="Normal"/>
        <w:rPr/>
      </w:pPr>
      <w:r>
        <w:rPr/>
        <w:t>Origins &amp; variations: A winter sweet made with roasted atta, ghee, sugar or jaggery and nuts; recipes differ in the use of gond, edible gum, and in how coarse the flour remains.</w:t>
      </w:r>
    </w:p>
    <w:p>
      <w:pPr>
        <w:pStyle w:val="Normal"/>
        <w:rPr/>
      </w:pPr>
      <w:r>
        <w:rPr/>
        <w:t>Serving: Serve in small portions with warm milk, especially in cool weather.</w:t>
      </w:r>
    </w:p>
    <w:p>
      <w:pPr>
        <w:pStyle w:val="Normal"/>
        <w:rPr/>
      </w:pPr>
      <w:r>
        <w:rPr/>
        <w:t>Regional plating: Arrange in a steel dabba or brass plate; a few almonds are enough for garnish.</w:t>
      </w:r>
    </w:p>
    <w:p>
      <w:pPr>
        <w:pStyle w:val="Heading3"/>
        <w:rPr/>
      </w:pPr>
      <w:r>
        <w:rPr/>
        <w:t>Ingredients</w:t>
      </w:r>
    </w:p>
    <w:p>
      <w:pPr>
        <w:pStyle w:val="ListBullet"/>
        <w:numPr>
          <w:ilvl w:val="0"/>
          <w:numId w:val="1"/>
        </w:numPr>
        <w:rPr/>
      </w:pPr>
      <w:r>
        <w:rPr/>
        <w:t>2 cups atta</w:t>
      </w:r>
    </w:p>
    <w:p>
      <w:pPr>
        <w:pStyle w:val="ListBullet"/>
        <w:numPr>
          <w:ilvl w:val="0"/>
          <w:numId w:val="1"/>
        </w:numPr>
        <w:rPr/>
      </w:pPr>
      <w:r>
        <w:rPr/>
        <w:t>¾ cup ghee</w:t>
      </w:r>
    </w:p>
    <w:p>
      <w:pPr>
        <w:pStyle w:val="ListBullet"/>
        <w:numPr>
          <w:ilvl w:val="0"/>
          <w:numId w:val="1"/>
        </w:numPr>
        <w:rPr/>
      </w:pPr>
      <w:r>
        <w:rPr/>
        <w:t>½ cup powdered sugar or grated jaggery</w:t>
      </w:r>
    </w:p>
    <w:p>
      <w:pPr>
        <w:pStyle w:val="ListBullet"/>
        <w:numPr>
          <w:ilvl w:val="0"/>
          <w:numId w:val="1"/>
        </w:numPr>
        <w:rPr/>
      </w:pPr>
      <w:r>
        <w:rPr/>
        <w:t>¼ cup chopped almonds</w:t>
      </w:r>
    </w:p>
    <w:p>
      <w:pPr>
        <w:pStyle w:val="ListBullet"/>
        <w:numPr>
          <w:ilvl w:val="0"/>
          <w:numId w:val="1"/>
        </w:numPr>
        <w:rPr/>
      </w:pPr>
      <w:r>
        <w:rPr/>
        <w:t>2 tbsp edible gond (optional)</w:t>
      </w:r>
    </w:p>
    <w:p>
      <w:pPr>
        <w:pStyle w:val="ListBullet"/>
        <w:numPr>
          <w:ilvl w:val="0"/>
          <w:numId w:val="1"/>
        </w:numPr>
        <w:rPr/>
      </w:pPr>
      <w:r>
        <w:rPr/>
        <w:t>½ tsp cardamom</w:t>
      </w:r>
    </w:p>
    <w:p>
      <w:pPr>
        <w:pStyle w:val="Heading3"/>
        <w:rPr/>
      </w:pPr>
      <w:r>
        <w:rPr/>
        <w:t>Traditional method</w:t>
      </w:r>
    </w:p>
    <w:p>
      <w:pPr>
        <w:pStyle w:val="ListNumber"/>
        <w:numPr>
          <w:ilvl w:val="0"/>
          <w:numId w:val="4"/>
        </w:numPr>
        <w:rPr/>
      </w:pPr>
      <w:r>
        <w:rPr/>
        <w:t>If using gond, fry small pieces in a little ghee until they puff; cool and crush.</w:t>
      </w:r>
    </w:p>
    <w:p>
      <w:pPr>
        <w:pStyle w:val="ListNumber"/>
        <w:numPr>
          <w:ilvl w:val="0"/>
          <w:numId w:val="4"/>
        </w:numPr>
        <w:rPr/>
      </w:pPr>
      <w:r>
        <w:rPr/>
        <w:t>Roast atta in ghee over low heat, stirring continuously, until aromatic and deep beige. This may take 20–30 minutes.</w:t>
      </w:r>
    </w:p>
    <w:p>
      <w:pPr>
        <w:pStyle w:val="ListNumber"/>
        <w:numPr>
          <w:ilvl w:val="0"/>
          <w:numId w:val="4"/>
        </w:numPr>
        <w:rPr/>
      </w:pPr>
      <w:r>
        <w:rPr/>
        <w:t>Stir in nuts, gond and cardamom. Cool until warm rather than hot.</w:t>
      </w:r>
    </w:p>
    <w:p>
      <w:pPr>
        <w:pStyle w:val="ListNumber"/>
        <w:numPr>
          <w:ilvl w:val="0"/>
          <w:numId w:val="4"/>
        </w:numPr>
        <w:rPr/>
      </w:pPr>
      <w:r>
        <w:rPr/>
        <w:t>Add powdered sugar or jaggery and mix thoroughly. Shape into compact balls while still warm.</w:t>
      </w:r>
    </w:p>
    <w:p>
      <w:pPr>
        <w:pStyle w:val="ListNumber"/>
        <w:numPr>
          <w:ilvl w:val="0"/>
          <w:numId w:val="4"/>
        </w:numPr>
        <w:rPr/>
      </w:pPr>
      <w:r>
        <w:rPr/>
        <w:t>Cool completely before storing in an airtight tin.</w:t>
      </w:r>
    </w:p>
    <w:p>
      <w:pPr>
        <w:pStyle w:val="Heading2"/>
        <w:rPr/>
      </w:pPr>
      <w:r>
        <w:rPr/>
        <w:t>Kada Parshad</w:t>
      </w:r>
    </w:p>
    <w:p>
      <w:pPr>
        <w:pStyle w:val="Normal"/>
        <w:rPr/>
      </w:pPr>
      <w:r>
        <w:rPr>
          <w:b/>
          <w:color w:val="5A5A4B"/>
          <w:sz w:val="18"/>
        </w:rPr>
        <w:t>Region: Punjab (Sikh gurdwara tradition)  |  Yield: 6–8 small portions</w:t>
      </w:r>
    </w:p>
    <w:p>
      <w:pPr>
        <w:pStyle w:val="Normal"/>
        <w:rPr/>
      </w:pPr>
      <w:r>
        <w:rPr/>
        <w:t>Origins &amp; variations: A sacred wheat-flour halwa prepared in equal traditional proportions of atta, ghee and sugar with water. It is offered as prasad and handled with reverence.</w:t>
      </w:r>
    </w:p>
    <w:p>
      <w:pPr>
        <w:pStyle w:val="Normal"/>
        <w:rPr/>
      </w:pPr>
      <w:r>
        <w:rPr/>
        <w:t>Serving: Traditionally served warm in small portions; it is not garnished or altered for presentation.</w:t>
      </w:r>
    </w:p>
    <w:p>
      <w:pPr>
        <w:pStyle w:val="Normal"/>
        <w:rPr/>
      </w:pPr>
      <w:r>
        <w:rPr/>
        <w:t>Regional plating: Serve plain in a small bowl or on a simple plate, reflecting its prasad tradition.</w:t>
      </w:r>
    </w:p>
    <w:p>
      <w:pPr>
        <w:pStyle w:val="Heading3"/>
        <w:rPr/>
      </w:pPr>
      <w:r>
        <w:rPr/>
        <w:t>Ingredients</w:t>
      </w:r>
    </w:p>
    <w:p>
      <w:pPr>
        <w:pStyle w:val="ListBullet"/>
        <w:numPr>
          <w:ilvl w:val="0"/>
          <w:numId w:val="1"/>
        </w:numPr>
        <w:rPr/>
      </w:pPr>
      <w:r>
        <w:rPr/>
        <w:t>1 cup atta</w:t>
      </w:r>
    </w:p>
    <w:p>
      <w:pPr>
        <w:pStyle w:val="ListBullet"/>
        <w:numPr>
          <w:ilvl w:val="0"/>
          <w:numId w:val="1"/>
        </w:numPr>
        <w:rPr/>
      </w:pPr>
      <w:r>
        <w:rPr/>
        <w:t>1 cup ghee</w:t>
      </w:r>
    </w:p>
    <w:p>
      <w:pPr>
        <w:pStyle w:val="ListBullet"/>
        <w:numPr>
          <w:ilvl w:val="0"/>
          <w:numId w:val="1"/>
        </w:numPr>
        <w:rPr/>
      </w:pPr>
      <w:r>
        <w:rPr/>
        <w:t>1 cup sugar</w:t>
      </w:r>
    </w:p>
    <w:p>
      <w:pPr>
        <w:pStyle w:val="ListBullet"/>
        <w:numPr>
          <w:ilvl w:val="0"/>
          <w:numId w:val="1"/>
        </w:numPr>
        <w:rPr/>
      </w:pPr>
      <w:r>
        <w:rPr/>
        <w:t>3 cups water</w:t>
      </w:r>
    </w:p>
    <w:p>
      <w:pPr>
        <w:pStyle w:val="Heading3"/>
        <w:rPr/>
      </w:pPr>
      <w:r>
        <w:rPr/>
        <w:t>Traditional method</w:t>
      </w:r>
    </w:p>
    <w:p>
      <w:pPr>
        <w:pStyle w:val="ListNumber"/>
        <w:numPr>
          <w:ilvl w:val="0"/>
          <w:numId w:val="4"/>
        </w:numPr>
        <w:rPr/>
      </w:pPr>
      <w:r>
        <w:rPr/>
        <w:t>Bring water and sugar to a boil in a separate pot until the sugar dissolves; keep hot.</w:t>
      </w:r>
    </w:p>
    <w:p>
      <w:pPr>
        <w:pStyle w:val="ListNumber"/>
        <w:numPr>
          <w:ilvl w:val="0"/>
          <w:numId w:val="4"/>
        </w:numPr>
        <w:rPr/>
      </w:pPr>
      <w:r>
        <w:rPr/>
        <w:t>In a heavy kadai, heat ghee and add atta. Roast over medium-low heat, stirring continuously to prevent scorching.</w:t>
      </w:r>
    </w:p>
    <w:p>
      <w:pPr>
        <w:pStyle w:val="ListNumber"/>
        <w:numPr>
          <w:ilvl w:val="0"/>
          <w:numId w:val="4"/>
        </w:numPr>
        <w:rPr/>
      </w:pPr>
      <w:r>
        <w:rPr/>
        <w:t>Continue until the flour turns a deep golden brown and smells nutty; the ghee should be fully absorbed into the flour.</w:t>
      </w:r>
    </w:p>
    <w:p>
      <w:pPr>
        <w:pStyle w:val="ListNumber"/>
        <w:numPr>
          <w:ilvl w:val="0"/>
          <w:numId w:val="4"/>
        </w:numPr>
        <w:rPr/>
      </w:pPr>
      <w:r>
        <w:rPr/>
        <w:t>Carefully pour in the hot sugar water while stirring constantly; the mixture will bubble vigorously.</w:t>
      </w:r>
    </w:p>
    <w:p>
      <w:pPr>
        <w:pStyle w:val="ListNumber"/>
        <w:numPr>
          <w:ilvl w:val="0"/>
          <w:numId w:val="4"/>
        </w:numPr>
        <w:rPr/>
      </w:pPr>
      <w:r>
        <w:rPr/>
        <w:t>Cook and stir until thick, glossy and leaving the sides of the pan. Serve warm.</w:t>
      </w:r>
    </w:p>
    <w:p>
      <w:pPr>
        <w:pStyle w:val="Heading2"/>
        <w:rPr/>
      </w:pPr>
      <w:r>
        <w:rPr/>
        <w:t>Churma</w:t>
      </w:r>
    </w:p>
    <w:p>
      <w:pPr>
        <w:pStyle w:val="Normal"/>
        <w:rPr/>
      </w:pPr>
      <w:r>
        <w:rPr>
          <w:b/>
          <w:color w:val="5A5A4B"/>
          <w:sz w:val="18"/>
        </w:rPr>
        <w:t>Region: Haryana / North India  |  Yield: 4 portions</w:t>
      </w:r>
    </w:p>
    <w:p>
      <w:pPr>
        <w:pStyle w:val="Normal"/>
        <w:rPr/>
      </w:pPr>
      <w:r>
        <w:rPr/>
        <w:t>Origins &amp; variations: Crumbled sweetened wheat bread, often paired with bajra roti or dal in regional meals. It may be made from baked, fried or leftover rotis.</w:t>
      </w:r>
    </w:p>
    <w:p>
      <w:pPr>
        <w:pStyle w:val="Normal"/>
        <w:rPr/>
      </w:pPr>
      <w:r>
        <w:rPr/>
        <w:t>Serving: Ghee is essential to the crumbly richness; jaggery and sugar are both used.</w:t>
      </w:r>
    </w:p>
    <w:p>
      <w:pPr>
        <w:pStyle w:val="Heading3"/>
        <w:rPr/>
      </w:pPr>
      <w:r>
        <w:rPr/>
        <w:t>Ingredients</w:t>
      </w:r>
    </w:p>
    <w:p>
      <w:pPr>
        <w:pStyle w:val="ListBullet"/>
        <w:numPr>
          <w:ilvl w:val="0"/>
          <w:numId w:val="1"/>
        </w:numPr>
        <w:rPr/>
      </w:pPr>
      <w:r>
        <w:rPr/>
        <w:t>4 thick rotis or 2 cups coarse wheat flour</w:t>
      </w:r>
    </w:p>
    <w:p>
      <w:pPr>
        <w:pStyle w:val="ListBullet"/>
        <w:numPr>
          <w:ilvl w:val="0"/>
          <w:numId w:val="1"/>
        </w:numPr>
        <w:rPr/>
      </w:pPr>
      <w:r>
        <w:rPr/>
        <w:t>½ cup ghee</w:t>
      </w:r>
    </w:p>
    <w:p>
      <w:pPr>
        <w:pStyle w:val="ListBullet"/>
        <w:numPr>
          <w:ilvl w:val="0"/>
          <w:numId w:val="1"/>
        </w:numPr>
        <w:rPr/>
      </w:pPr>
      <w:r>
        <w:rPr/>
        <w:t>½ cup grated jaggery or powdered sugar</w:t>
      </w:r>
    </w:p>
    <w:p>
      <w:pPr>
        <w:pStyle w:val="ListBullet"/>
        <w:numPr>
          <w:ilvl w:val="0"/>
          <w:numId w:val="1"/>
        </w:numPr>
        <w:rPr/>
      </w:pPr>
      <w:r>
        <w:rPr/>
        <w:t>½ tsp cardamom</w:t>
      </w:r>
    </w:p>
    <w:p>
      <w:pPr>
        <w:pStyle w:val="ListBullet"/>
        <w:numPr>
          <w:ilvl w:val="0"/>
          <w:numId w:val="1"/>
        </w:numPr>
        <w:rPr/>
      </w:pPr>
      <w:r>
        <w:rPr/>
        <w:t>2 tbsp chopped nuts (optional)</w:t>
      </w:r>
    </w:p>
    <w:p>
      <w:pPr>
        <w:pStyle w:val="Heading3"/>
        <w:rPr/>
      </w:pPr>
      <w:r>
        <w:rPr/>
        <w:t>Traditional method</w:t>
      </w:r>
    </w:p>
    <w:p>
      <w:pPr>
        <w:pStyle w:val="ListNumber"/>
        <w:numPr>
          <w:ilvl w:val="0"/>
          <w:numId w:val="4"/>
        </w:numPr>
        <w:rPr/>
      </w:pPr>
      <w:r>
        <w:rPr/>
        <w:t>Prepare thick rotis with atta and water and cook until fully done, or use plain leftover rotis.</w:t>
      </w:r>
    </w:p>
    <w:p>
      <w:pPr>
        <w:pStyle w:val="ListNumber"/>
        <w:numPr>
          <w:ilvl w:val="0"/>
          <w:numId w:val="4"/>
        </w:numPr>
        <w:rPr/>
      </w:pPr>
      <w:r>
        <w:rPr/>
        <w:t>Break into pieces and dry-roast or bake gently until crisp through; cool completely.</w:t>
      </w:r>
    </w:p>
    <w:p>
      <w:pPr>
        <w:pStyle w:val="ListNumber"/>
        <w:numPr>
          <w:ilvl w:val="0"/>
          <w:numId w:val="4"/>
        </w:numPr>
        <w:rPr/>
      </w:pPr>
      <w:r>
        <w:rPr/>
        <w:t>Crush by hand or pulse to a coarse crumb, not a fine powder.</w:t>
      </w:r>
    </w:p>
    <w:p>
      <w:pPr>
        <w:pStyle w:val="ListNumber"/>
        <w:numPr>
          <w:ilvl w:val="0"/>
          <w:numId w:val="4"/>
        </w:numPr>
        <w:rPr/>
      </w:pPr>
      <w:r>
        <w:rPr/>
        <w:t>Warm ghee and mix into the crumbs. Add jaggery or sugar and cardamom; mix until evenly moistened.</w:t>
      </w:r>
    </w:p>
    <w:p>
      <w:pPr>
        <w:pStyle w:val="ListNumber"/>
        <w:numPr>
          <w:ilvl w:val="0"/>
          <w:numId w:val="4"/>
        </w:numPr>
        <w:rPr/>
      </w:pPr>
      <w:r>
        <w:rPr/>
        <w:t>Serve with dal or shape into small mounds for a sweet accompaniment.</w:t>
      </w:r>
    </w:p>
    <w:p>
      <w:pPr>
        <w:pStyle w:val="Heading2"/>
        <w:rPr/>
      </w:pPr>
      <w:r>
        <w:rPr/>
        <w:t>Malpua</w:t>
      </w:r>
    </w:p>
    <w:p>
      <w:pPr>
        <w:pStyle w:val="Normal"/>
        <w:rPr/>
      </w:pPr>
      <w:r>
        <w:rPr>
          <w:b/>
          <w:color w:val="5A5A4B"/>
          <w:sz w:val="18"/>
        </w:rPr>
        <w:t>Region: Haryana / Uttar Pradesh / Madhya Pradesh  |  Yield: 8 small malpua</w:t>
      </w:r>
    </w:p>
    <w:p>
      <w:pPr>
        <w:pStyle w:val="Normal"/>
        <w:rPr/>
      </w:pPr>
      <w:r>
        <w:rPr/>
        <w:t>Origins &amp; variations: A festive fried pancake with many regional batters. Some use flour and milk; others include khoya, banana or fennel. UP versions may be dipped in syrup and served with rabri.</w:t>
      </w:r>
    </w:p>
    <w:p>
      <w:pPr>
        <w:pStyle w:val="Normal"/>
        <w:rPr/>
      </w:pPr>
      <w:r>
        <w:rPr/>
        <w:t>Serving: This is a simple milk-and-flour version; allow the batter to rest for a tender centre.</w:t>
      </w:r>
    </w:p>
    <w:p>
      <w:pPr>
        <w:pStyle w:val="Normal"/>
        <w:rPr/>
      </w:pPr>
      <w:r>
        <w:rPr/>
        <w:t>Regional plating: Place in a shallow brass dish with rabri in a separate bowl.</w:t>
      </w:r>
    </w:p>
    <w:p>
      <w:pPr>
        <w:pStyle w:val="Heading3"/>
        <w:rPr/>
      </w:pPr>
      <w:r>
        <w:rPr/>
        <w:t>Ingredients</w:t>
      </w:r>
    </w:p>
    <w:p>
      <w:pPr>
        <w:pStyle w:val="ListBullet"/>
        <w:numPr>
          <w:ilvl w:val="0"/>
          <w:numId w:val="1"/>
        </w:numPr>
        <w:rPr/>
      </w:pPr>
      <w:r>
        <w:rPr/>
        <w:t>1 cup maida</w:t>
      </w:r>
    </w:p>
    <w:p>
      <w:pPr>
        <w:pStyle w:val="ListBullet"/>
        <w:numPr>
          <w:ilvl w:val="0"/>
          <w:numId w:val="1"/>
        </w:numPr>
        <w:rPr/>
      </w:pPr>
      <w:r>
        <w:rPr/>
        <w:t>2 tbsp semolina</w:t>
      </w:r>
    </w:p>
    <w:p>
      <w:pPr>
        <w:pStyle w:val="ListBullet"/>
        <w:numPr>
          <w:ilvl w:val="0"/>
          <w:numId w:val="1"/>
        </w:numPr>
        <w:rPr/>
      </w:pPr>
      <w:r>
        <w:rPr/>
        <w:t>¾ cup milk, approximately</w:t>
      </w:r>
    </w:p>
    <w:p>
      <w:pPr>
        <w:pStyle w:val="ListBullet"/>
        <w:numPr>
          <w:ilvl w:val="0"/>
          <w:numId w:val="1"/>
        </w:numPr>
        <w:rPr/>
      </w:pPr>
      <w:r>
        <w:rPr/>
        <w:t>2 tbsp sugar</w:t>
      </w:r>
    </w:p>
    <w:p>
      <w:pPr>
        <w:pStyle w:val="ListBullet"/>
        <w:numPr>
          <w:ilvl w:val="0"/>
          <w:numId w:val="1"/>
        </w:numPr>
        <w:rPr/>
      </w:pPr>
      <w:r>
        <w:rPr/>
        <w:t>¼ tsp fennel, crushed</w:t>
      </w:r>
    </w:p>
    <w:p>
      <w:pPr>
        <w:pStyle w:val="ListBullet"/>
        <w:numPr>
          <w:ilvl w:val="0"/>
          <w:numId w:val="1"/>
        </w:numPr>
        <w:rPr/>
      </w:pPr>
      <w:r>
        <w:rPr/>
        <w:t>2 tbsp khoya (optional)</w:t>
      </w:r>
    </w:p>
    <w:p>
      <w:pPr>
        <w:pStyle w:val="ListBullet"/>
        <w:numPr>
          <w:ilvl w:val="0"/>
          <w:numId w:val="1"/>
        </w:numPr>
        <w:rPr/>
      </w:pPr>
      <w:r>
        <w:rPr/>
        <w:t>Ghee for shallow/deep frying</w:t>
      </w:r>
    </w:p>
    <w:p>
      <w:pPr>
        <w:pStyle w:val="ListBullet"/>
        <w:numPr>
          <w:ilvl w:val="0"/>
          <w:numId w:val="1"/>
        </w:numPr>
        <w:rPr/>
      </w:pPr>
      <w:r>
        <w:rPr/>
        <w:t>Sugar syrup: 1 cup sugar and ½ cup water</w:t>
      </w:r>
    </w:p>
    <w:p>
      <w:pPr>
        <w:pStyle w:val="Heading3"/>
        <w:rPr/>
      </w:pPr>
      <w:r>
        <w:rPr/>
        <w:t>Traditional method</w:t>
      </w:r>
    </w:p>
    <w:p>
      <w:pPr>
        <w:pStyle w:val="ListNumber"/>
        <w:numPr>
          <w:ilvl w:val="0"/>
          <w:numId w:val="4"/>
        </w:numPr>
        <w:rPr/>
      </w:pPr>
      <w:r>
        <w:rPr/>
        <w:t>Make syrup by simmering sugar and water until slightly sticky, around one-string consistency; keep warm.</w:t>
      </w:r>
    </w:p>
    <w:p>
      <w:pPr>
        <w:pStyle w:val="ListNumber"/>
        <w:numPr>
          <w:ilvl w:val="0"/>
          <w:numId w:val="4"/>
        </w:numPr>
        <w:rPr/>
      </w:pPr>
      <w:r>
        <w:rPr/>
        <w:t>Whisk maida, semolina, sugar, fennel and optional khoya with milk to a thick pouring batter. Rest 30–45 minutes.</w:t>
      </w:r>
    </w:p>
    <w:p>
      <w:pPr>
        <w:pStyle w:val="ListNumber"/>
        <w:numPr>
          <w:ilvl w:val="0"/>
          <w:numId w:val="4"/>
        </w:numPr>
        <w:rPr/>
      </w:pPr>
      <w:r>
        <w:rPr/>
        <w:t>Heat ghee in a shallow kadai. Pour a small ladle of batter and let it spread naturally into a round.</w:t>
      </w:r>
    </w:p>
    <w:p>
      <w:pPr>
        <w:pStyle w:val="ListNumber"/>
        <w:numPr>
          <w:ilvl w:val="0"/>
          <w:numId w:val="4"/>
        </w:numPr>
        <w:rPr/>
      </w:pPr>
      <w:r>
        <w:rPr/>
        <w:t>Fry over medium-low heat until the edges are golden and the centre sets; turn and cook the second side.</w:t>
      </w:r>
    </w:p>
    <w:p>
      <w:pPr>
        <w:pStyle w:val="ListNumber"/>
        <w:numPr>
          <w:ilvl w:val="0"/>
          <w:numId w:val="4"/>
        </w:numPr>
        <w:rPr/>
      </w:pPr>
      <w:r>
        <w:rPr/>
        <w:t>Dip warm malpua briefly in warm syrup and drain. Serve warm, plain or with rabri.</w:t>
      </w:r>
    </w:p>
    <w:p>
      <w:pPr>
        <w:pStyle w:val="Heading2"/>
        <w:rPr/>
      </w:pPr>
      <w:r>
        <w:rPr/>
        <w:t>Ghat ki Rabdi</w:t>
      </w:r>
    </w:p>
    <w:p>
      <w:pPr>
        <w:pStyle w:val="Normal"/>
        <w:rPr/>
      </w:pPr>
      <w:r>
        <w:rPr>
          <w:b/>
          <w:color w:val="5A5A4B"/>
          <w:sz w:val="18"/>
        </w:rPr>
        <w:t>Region: Haryana  |  Yield: 6 portions</w:t>
      </w:r>
    </w:p>
    <w:p>
      <w:pPr>
        <w:pStyle w:val="Normal"/>
        <w:rPr/>
      </w:pPr>
      <w:r>
        <w:rPr/>
        <w:t>Origins &amp; variations: A regional name associated with a slow-reduced milk sweet; household naming and exact technique can vary. This entry uses the traditional method of patiently reducing milk in a heavy vessel.</w:t>
      </w:r>
    </w:p>
    <w:p>
      <w:pPr>
        <w:pStyle w:val="Normal"/>
        <w:rPr/>
      </w:pPr>
      <w:r>
        <w:rPr/>
        <w:t>Serving: Serve chilled or just cool, with cardamom; avoid excessive garnish.</w:t>
      </w:r>
    </w:p>
    <w:p>
      <w:pPr>
        <w:pStyle w:val="Heading3"/>
        <w:rPr/>
      </w:pPr>
      <w:r>
        <w:rPr/>
        <w:t>Ingredients</w:t>
      </w:r>
    </w:p>
    <w:p>
      <w:pPr>
        <w:pStyle w:val="ListBullet"/>
        <w:numPr>
          <w:ilvl w:val="0"/>
          <w:numId w:val="1"/>
        </w:numPr>
        <w:rPr/>
      </w:pPr>
      <w:r>
        <w:rPr/>
        <w:t>2 litres full-fat milk</w:t>
      </w:r>
    </w:p>
    <w:p>
      <w:pPr>
        <w:pStyle w:val="ListBullet"/>
        <w:numPr>
          <w:ilvl w:val="0"/>
          <w:numId w:val="1"/>
        </w:numPr>
        <w:rPr/>
      </w:pPr>
      <w:r>
        <w:rPr/>
        <w:t>2–3 tbsp sugar, or to taste</w:t>
      </w:r>
    </w:p>
    <w:p>
      <w:pPr>
        <w:pStyle w:val="ListBullet"/>
        <w:numPr>
          <w:ilvl w:val="0"/>
          <w:numId w:val="1"/>
        </w:numPr>
        <w:rPr/>
      </w:pPr>
      <w:r>
        <w:rPr/>
        <w:t>¼ tsp cardamom</w:t>
      </w:r>
    </w:p>
    <w:p>
      <w:pPr>
        <w:pStyle w:val="ListBullet"/>
        <w:numPr>
          <w:ilvl w:val="0"/>
          <w:numId w:val="1"/>
        </w:numPr>
        <w:rPr/>
      </w:pPr>
      <w:r>
        <w:rPr/>
        <w:t>A few strands saffron (optional)</w:t>
      </w:r>
    </w:p>
    <w:p>
      <w:pPr>
        <w:pStyle w:val="Heading3"/>
        <w:rPr/>
      </w:pPr>
      <w:r>
        <w:rPr/>
        <w:t>Traditional method</w:t>
      </w:r>
    </w:p>
    <w:p>
      <w:pPr>
        <w:pStyle w:val="ListNumber"/>
        <w:numPr>
          <w:ilvl w:val="0"/>
          <w:numId w:val="4"/>
        </w:numPr>
        <w:rPr/>
      </w:pPr>
      <w:r>
        <w:rPr/>
        <w:t>Bring milk to a boil in a wide, heavy-bottomed kadai, watching carefully to prevent it from boiling over.</w:t>
      </w:r>
    </w:p>
    <w:p>
      <w:pPr>
        <w:pStyle w:val="ListNumber"/>
        <w:numPr>
          <w:ilvl w:val="0"/>
          <w:numId w:val="4"/>
        </w:numPr>
        <w:rPr/>
      </w:pPr>
      <w:r>
        <w:rPr/>
        <w:t>Lower to a steady simmer. As a cream skin forms, push it gently to the sides of the vessel.</w:t>
      </w:r>
    </w:p>
    <w:p>
      <w:pPr>
        <w:pStyle w:val="ListNumber"/>
        <w:numPr>
          <w:ilvl w:val="0"/>
          <w:numId w:val="4"/>
        </w:numPr>
        <w:rPr/>
      </w:pPr>
      <w:r>
        <w:rPr/>
        <w:t>Continue reducing the milk, scraping the base and collecting the cream layers along the sides, for 60–90 minutes or until substantially thickened.</w:t>
      </w:r>
    </w:p>
    <w:p>
      <w:pPr>
        <w:pStyle w:val="ListNumber"/>
        <w:numPr>
          <w:ilvl w:val="0"/>
          <w:numId w:val="4"/>
        </w:numPr>
        <w:rPr/>
      </w:pPr>
      <w:r>
        <w:rPr/>
        <w:t>Stir in sugar and cardamom during the final 10 minutes. Fold the collected cream back into the reduced milk.</w:t>
      </w:r>
    </w:p>
    <w:p>
      <w:pPr>
        <w:pStyle w:val="ListNumber"/>
        <w:numPr>
          <w:ilvl w:val="0"/>
          <w:numId w:val="4"/>
        </w:numPr>
        <w:rPr/>
      </w:pPr>
      <w:r>
        <w:rPr/>
        <w:t>Cool, chill if desired, and serve in small bowls.</w:t>
      </w:r>
    </w:p>
    <w:p>
      <w:pPr>
        <w:pStyle w:val="Normal"/>
        <w:rPr/>
      </w:pPr>
      <w:r>
        <w:rPr/>
        <w:t>Technique note: Regional names for rabdi vary; if documenting a specific local ‘ghat’ tradition, preserve the household’s own method and spelling.</w:t>
      </w:r>
    </w:p>
    <w:p>
      <w:pPr>
        <w:pStyle w:val="Heading2"/>
        <w:rPr/>
      </w:pPr>
      <w:r>
        <w:rPr/>
        <w:t>Gajar ka Halwa</w:t>
      </w:r>
    </w:p>
    <w:p>
      <w:pPr>
        <w:pStyle w:val="Normal"/>
        <w:rPr/>
      </w:pPr>
      <w:r>
        <w:rPr>
          <w:b/>
          <w:color w:val="5A5A4B"/>
          <w:sz w:val="18"/>
        </w:rPr>
        <w:t>Region: Uttar Pradesh / Punjab  |  Yield: 6–8 portions</w:t>
      </w:r>
    </w:p>
    <w:p>
      <w:pPr>
        <w:pStyle w:val="Normal"/>
        <w:rPr/>
      </w:pPr>
      <w:r>
        <w:rPr/>
        <w:t>Origins &amp; variations: Winter carrot halwa is made by cooking grated carrots slowly with milk, ghee and sugar until the liquid reduces and the carrots become glossy.</w:t>
      </w:r>
    </w:p>
    <w:p>
      <w:pPr>
        <w:pStyle w:val="Normal"/>
        <w:rPr/>
      </w:pPr>
      <w:r>
        <w:rPr/>
        <w:t>Serving: Red winter carrots are traditional where available; khoya is a common richer addition.</w:t>
      </w:r>
    </w:p>
    <w:p>
      <w:pPr>
        <w:pStyle w:val="Heading3"/>
        <w:rPr/>
      </w:pPr>
      <w:r>
        <w:rPr/>
        <w:t>Ingredients</w:t>
      </w:r>
    </w:p>
    <w:p>
      <w:pPr>
        <w:pStyle w:val="ListBullet"/>
        <w:numPr>
          <w:ilvl w:val="0"/>
          <w:numId w:val="1"/>
        </w:numPr>
        <w:rPr/>
      </w:pPr>
      <w:r>
        <w:rPr/>
        <w:t>1 kg red carrots, grated</w:t>
      </w:r>
    </w:p>
    <w:p>
      <w:pPr>
        <w:pStyle w:val="ListBullet"/>
        <w:numPr>
          <w:ilvl w:val="0"/>
          <w:numId w:val="1"/>
        </w:numPr>
        <w:rPr/>
      </w:pPr>
      <w:r>
        <w:rPr/>
        <w:t>1 litre full-fat milk</w:t>
      </w:r>
    </w:p>
    <w:p>
      <w:pPr>
        <w:pStyle w:val="ListBullet"/>
        <w:numPr>
          <w:ilvl w:val="0"/>
          <w:numId w:val="1"/>
        </w:numPr>
        <w:rPr/>
      </w:pPr>
      <w:r>
        <w:rPr/>
        <w:t>4 tbsp ghee</w:t>
      </w:r>
    </w:p>
    <w:p>
      <w:pPr>
        <w:pStyle w:val="ListBullet"/>
        <w:numPr>
          <w:ilvl w:val="0"/>
          <w:numId w:val="1"/>
        </w:numPr>
        <w:rPr/>
      </w:pPr>
      <w:r>
        <w:rPr/>
        <w:t>¾ cup sugar, to taste</w:t>
      </w:r>
    </w:p>
    <w:p>
      <w:pPr>
        <w:pStyle w:val="ListBullet"/>
        <w:numPr>
          <w:ilvl w:val="0"/>
          <w:numId w:val="1"/>
        </w:numPr>
        <w:rPr/>
      </w:pPr>
      <w:r>
        <w:rPr/>
        <w:t>½ tsp cardamom</w:t>
      </w:r>
    </w:p>
    <w:p>
      <w:pPr>
        <w:pStyle w:val="ListBullet"/>
        <w:numPr>
          <w:ilvl w:val="0"/>
          <w:numId w:val="1"/>
        </w:numPr>
        <w:rPr/>
      </w:pPr>
      <w:r>
        <w:rPr/>
        <w:t>¼ cup khoya (optional)</w:t>
      </w:r>
    </w:p>
    <w:p>
      <w:pPr>
        <w:pStyle w:val="ListBullet"/>
        <w:numPr>
          <w:ilvl w:val="0"/>
          <w:numId w:val="1"/>
        </w:numPr>
        <w:rPr/>
      </w:pPr>
      <w:r>
        <w:rPr/>
        <w:t>2 tbsp chopped nuts and raisins</w:t>
      </w:r>
    </w:p>
    <w:p>
      <w:pPr>
        <w:pStyle w:val="Heading3"/>
        <w:rPr/>
      </w:pPr>
      <w:r>
        <w:rPr/>
        <w:t>Traditional method</w:t>
      </w:r>
    </w:p>
    <w:p>
      <w:pPr>
        <w:pStyle w:val="ListNumber"/>
        <w:numPr>
          <w:ilvl w:val="0"/>
          <w:numId w:val="4"/>
        </w:numPr>
        <w:rPr/>
      </w:pPr>
      <w:r>
        <w:rPr/>
        <w:t>Heat grated carrots and milk in a heavy kadai. Bring to a boil, then simmer, stirring often.</w:t>
      </w:r>
    </w:p>
    <w:p>
      <w:pPr>
        <w:pStyle w:val="ListNumber"/>
        <w:numPr>
          <w:ilvl w:val="0"/>
          <w:numId w:val="4"/>
        </w:numPr>
        <w:rPr/>
      </w:pPr>
      <w:r>
        <w:rPr/>
        <w:t>Cook until most milk has evaporated and the carrots are tender, 35–50 minutes.</w:t>
      </w:r>
    </w:p>
    <w:p>
      <w:pPr>
        <w:pStyle w:val="ListNumber"/>
        <w:numPr>
          <w:ilvl w:val="0"/>
          <w:numId w:val="4"/>
        </w:numPr>
        <w:rPr/>
      </w:pPr>
      <w:r>
        <w:rPr/>
        <w:t>Add ghee and continue frying over low-medium heat until the mixture darkens slightly and leaves the sides.</w:t>
      </w:r>
    </w:p>
    <w:p>
      <w:pPr>
        <w:pStyle w:val="ListNumber"/>
        <w:numPr>
          <w:ilvl w:val="0"/>
          <w:numId w:val="4"/>
        </w:numPr>
        <w:rPr/>
      </w:pPr>
      <w:r>
        <w:rPr/>
        <w:t>Add sugar; the mixture will loosen as sugar releases moisture. Cook until that moisture evaporates.</w:t>
      </w:r>
    </w:p>
    <w:p>
      <w:pPr>
        <w:pStyle w:val="ListNumber"/>
        <w:numPr>
          <w:ilvl w:val="0"/>
          <w:numId w:val="4"/>
        </w:numPr>
        <w:rPr/>
      </w:pPr>
      <w:r>
        <w:rPr/>
        <w:t>Stir in cardamom and optional khoya. Garnish with nuts and serve warm or cool.</w:t>
      </w:r>
    </w:p>
    <w:p>
      <w:pPr>
        <w:pStyle w:val="Heading2"/>
        <w:rPr/>
      </w:pPr>
      <w:r>
        <w:rPr/>
        <w:t>Pedas (Mathura-style)</w:t>
      </w:r>
    </w:p>
    <w:p>
      <w:pPr>
        <w:pStyle w:val="Normal"/>
        <w:rPr/>
      </w:pPr>
      <w:r>
        <w:rPr>
          <w:b/>
          <w:color w:val="5A5A4B"/>
          <w:sz w:val="18"/>
        </w:rPr>
        <w:t>Region: Uttar Pradesh  |  Yield: 12 pedas</w:t>
      </w:r>
    </w:p>
    <w:p>
      <w:pPr>
        <w:pStyle w:val="Normal"/>
        <w:rPr/>
      </w:pPr>
      <w:r>
        <w:rPr/>
        <w:t>Origins &amp; variations: Mathura is strongly associated with milk-based peda, traditionally made by reducing milk to khoya and cooking it until lightly caramelised before sweetening.</w:t>
      </w:r>
    </w:p>
    <w:p>
      <w:pPr>
        <w:pStyle w:val="Normal"/>
        <w:rPr/>
      </w:pPr>
      <w:r>
        <w:rPr/>
        <w:t>Serving: Texture ranges from soft to grainy; a deeper brown colour comes from longer milk reduction.</w:t>
      </w:r>
    </w:p>
    <w:p>
      <w:pPr>
        <w:pStyle w:val="Heading3"/>
        <w:rPr/>
      </w:pPr>
      <w:r>
        <w:rPr/>
        <w:t>Ingredients</w:t>
      </w:r>
    </w:p>
    <w:p>
      <w:pPr>
        <w:pStyle w:val="ListBullet"/>
        <w:numPr>
          <w:ilvl w:val="0"/>
          <w:numId w:val="1"/>
        </w:numPr>
        <w:rPr/>
      </w:pPr>
      <w:r>
        <w:rPr/>
        <w:t>500 g khoya</w:t>
      </w:r>
    </w:p>
    <w:p>
      <w:pPr>
        <w:pStyle w:val="ListBullet"/>
        <w:numPr>
          <w:ilvl w:val="0"/>
          <w:numId w:val="1"/>
        </w:numPr>
        <w:rPr/>
      </w:pPr>
      <w:r>
        <w:rPr/>
        <w:t>¾ cup powdered sugar, to taste</w:t>
      </w:r>
    </w:p>
    <w:p>
      <w:pPr>
        <w:pStyle w:val="ListBullet"/>
        <w:numPr>
          <w:ilvl w:val="0"/>
          <w:numId w:val="1"/>
        </w:numPr>
        <w:rPr/>
      </w:pPr>
      <w:r>
        <w:rPr/>
        <w:t>¼ tsp cardamom</w:t>
      </w:r>
    </w:p>
    <w:p>
      <w:pPr>
        <w:pStyle w:val="ListBullet"/>
        <w:numPr>
          <w:ilvl w:val="0"/>
          <w:numId w:val="1"/>
        </w:numPr>
        <w:rPr/>
      </w:pPr>
      <w:r>
        <w:rPr/>
        <w:t>A few drops of ghee</w:t>
      </w:r>
    </w:p>
    <w:p>
      <w:pPr>
        <w:pStyle w:val="ListBullet"/>
        <w:numPr>
          <w:ilvl w:val="0"/>
          <w:numId w:val="1"/>
        </w:numPr>
        <w:rPr/>
      </w:pPr>
      <w:r>
        <w:rPr/>
        <w:t>Pistachio slivers (optional)</w:t>
      </w:r>
    </w:p>
    <w:p>
      <w:pPr>
        <w:pStyle w:val="Heading3"/>
        <w:rPr/>
      </w:pPr>
      <w:r>
        <w:rPr/>
        <w:t>Traditional method</w:t>
      </w:r>
    </w:p>
    <w:p>
      <w:pPr>
        <w:pStyle w:val="ListNumber"/>
        <w:numPr>
          <w:ilvl w:val="0"/>
          <w:numId w:val="4"/>
        </w:numPr>
        <w:rPr/>
      </w:pPr>
      <w:r>
        <w:rPr/>
        <w:t>Crumble khoya into a heavy kadai and cook over low heat, stirring continuously.</w:t>
      </w:r>
    </w:p>
    <w:p>
      <w:pPr>
        <w:pStyle w:val="ListNumber"/>
        <w:numPr>
          <w:ilvl w:val="0"/>
          <w:numId w:val="4"/>
        </w:numPr>
        <w:rPr/>
      </w:pPr>
      <w:r>
        <w:rPr/>
        <w:t>Continue until the khoya loses moisture, turns beige to light brown and becomes slightly grainy; avoid scorching.</w:t>
      </w:r>
    </w:p>
    <w:p>
      <w:pPr>
        <w:pStyle w:val="ListNumber"/>
        <w:numPr>
          <w:ilvl w:val="0"/>
          <w:numId w:val="4"/>
        </w:numPr>
        <w:rPr/>
      </w:pPr>
      <w:r>
        <w:rPr/>
        <w:t>Cool until warm. Add powdered sugar and cardamom and mix thoroughly.</w:t>
      </w:r>
    </w:p>
    <w:p>
      <w:pPr>
        <w:pStyle w:val="ListNumber"/>
        <w:numPr>
          <w:ilvl w:val="0"/>
          <w:numId w:val="4"/>
        </w:numPr>
        <w:rPr/>
      </w:pPr>
      <w:r>
        <w:rPr/>
        <w:t>Shape into small thick discs. Press a pistachio sliver into the centre if desired.</w:t>
      </w:r>
    </w:p>
    <w:p>
      <w:pPr>
        <w:pStyle w:val="ListNumber"/>
        <w:numPr>
          <w:ilvl w:val="0"/>
          <w:numId w:val="4"/>
        </w:numPr>
        <w:rPr/>
      </w:pPr>
      <w:r>
        <w:rPr/>
        <w:t>Cool completely before storing in a covered container.</w:t>
      </w:r>
    </w:p>
    <w:p>
      <w:pPr>
        <w:pStyle w:val="Heading2"/>
        <w:rPr/>
      </w:pPr>
      <w:r>
        <w:rPr/>
        <w:t>Petha (Agra-style)</w:t>
      </w:r>
    </w:p>
    <w:p>
      <w:pPr>
        <w:pStyle w:val="Normal"/>
        <w:rPr/>
      </w:pPr>
      <w:r>
        <w:rPr>
          <w:b/>
          <w:color w:val="5A5A4B"/>
          <w:sz w:val="18"/>
        </w:rPr>
        <w:t>Region: Uttar Pradesh  |  Yield: 10–12 portions</w:t>
      </w:r>
    </w:p>
    <w:p>
      <w:pPr>
        <w:pStyle w:val="Normal"/>
        <w:rPr/>
      </w:pPr>
      <w:r>
        <w:rPr/>
        <w:t>Origins &amp; variations: A translucent ash-gourd sweet closely associated with Agra. Traditional preparation uses carefully cut ash gourd, soaking or pricking to help syrup penetrate, and repeated cooking in sugar syrup.</w:t>
      </w:r>
    </w:p>
    <w:p>
      <w:pPr>
        <w:pStyle w:val="Normal"/>
        <w:rPr/>
      </w:pPr>
      <w:r>
        <w:rPr/>
        <w:t>Serving: Plain, saffron and flavoured varieties exist; the classic form is translucent and lightly scented.</w:t>
      </w:r>
    </w:p>
    <w:p>
      <w:pPr>
        <w:pStyle w:val="Heading3"/>
        <w:rPr/>
      </w:pPr>
      <w:r>
        <w:rPr/>
        <w:t>Ingredients</w:t>
      </w:r>
    </w:p>
    <w:p>
      <w:pPr>
        <w:pStyle w:val="ListBullet"/>
        <w:numPr>
          <w:ilvl w:val="0"/>
          <w:numId w:val="1"/>
        </w:numPr>
        <w:rPr/>
      </w:pPr>
      <w:r>
        <w:rPr/>
        <w:t>1 kg firm ash gourd, peeled and deseeded</w:t>
      </w:r>
    </w:p>
    <w:p>
      <w:pPr>
        <w:pStyle w:val="ListBullet"/>
        <w:numPr>
          <w:ilvl w:val="0"/>
          <w:numId w:val="1"/>
        </w:numPr>
        <w:rPr/>
      </w:pPr>
      <w:r>
        <w:rPr/>
        <w:t>1 tsp lime (calcium hydroxide) for food preparation, handled carefully</w:t>
      </w:r>
    </w:p>
    <w:p>
      <w:pPr>
        <w:pStyle w:val="ListBullet"/>
        <w:numPr>
          <w:ilvl w:val="0"/>
          <w:numId w:val="1"/>
        </w:numPr>
        <w:rPr/>
      </w:pPr>
      <w:r>
        <w:rPr/>
        <w:t>1 kg sugar</w:t>
      </w:r>
    </w:p>
    <w:p>
      <w:pPr>
        <w:pStyle w:val="ListBullet"/>
        <w:numPr>
          <w:ilvl w:val="0"/>
          <w:numId w:val="1"/>
        </w:numPr>
        <w:rPr/>
      </w:pPr>
      <w:r>
        <w:rPr/>
        <w:t>4 cups water</w:t>
      </w:r>
    </w:p>
    <w:p>
      <w:pPr>
        <w:pStyle w:val="ListBullet"/>
        <w:numPr>
          <w:ilvl w:val="0"/>
          <w:numId w:val="1"/>
        </w:numPr>
        <w:rPr/>
      </w:pPr>
      <w:r>
        <w:rPr/>
        <w:t>A few drops kewra water (optional)</w:t>
      </w:r>
    </w:p>
    <w:p>
      <w:pPr>
        <w:pStyle w:val="Heading3"/>
        <w:rPr/>
      </w:pPr>
      <w:r>
        <w:rPr/>
        <w:t>Traditional method</w:t>
      </w:r>
    </w:p>
    <w:p>
      <w:pPr>
        <w:pStyle w:val="ListNumber"/>
        <w:numPr>
          <w:ilvl w:val="0"/>
          <w:numId w:val="4"/>
        </w:numPr>
        <w:rPr/>
      </w:pPr>
      <w:r>
        <w:rPr/>
        <w:t>Cut ash gourd into even cubes and prick each piece lightly with a fork.</w:t>
      </w:r>
    </w:p>
    <w:p>
      <w:pPr>
        <w:pStyle w:val="ListNumber"/>
        <w:numPr>
          <w:ilvl w:val="0"/>
          <w:numId w:val="4"/>
        </w:numPr>
        <w:rPr/>
      </w:pPr>
      <w:r>
        <w:rPr/>
        <w:t>If using food-grade lime, dissolve a small measured amount in water, let grit settle, and use the clear lime water to soak the pieces briefly; rinse repeatedly until no lime remains. This traditional firming step may be omitted if unsure of handling.</w:t>
      </w:r>
    </w:p>
    <w:p>
      <w:pPr>
        <w:pStyle w:val="ListNumber"/>
        <w:numPr>
          <w:ilvl w:val="0"/>
          <w:numId w:val="4"/>
        </w:numPr>
        <w:rPr/>
      </w:pPr>
      <w:r>
        <w:rPr/>
        <w:t>Blanch the pieces until just tender, then drain well.</w:t>
      </w:r>
    </w:p>
    <w:p>
      <w:pPr>
        <w:pStyle w:val="ListNumber"/>
        <w:numPr>
          <w:ilvl w:val="0"/>
          <w:numId w:val="4"/>
        </w:numPr>
        <w:rPr/>
      </w:pPr>
      <w:r>
        <w:rPr/>
        <w:t>Simmer sugar and water into a clear syrup. Add gourd and cook gently until the pieces become translucent and syrup penetrates.</w:t>
      </w:r>
    </w:p>
    <w:p>
      <w:pPr>
        <w:pStyle w:val="ListNumber"/>
        <w:numPr>
          <w:ilvl w:val="0"/>
          <w:numId w:val="4"/>
        </w:numPr>
        <w:rPr/>
      </w:pPr>
      <w:r>
        <w:rPr/>
        <w:t>Rest in syrup, then drain on a rack to dry slightly. Add optional kewra sparingly.</w:t>
      </w:r>
    </w:p>
    <w:p>
      <w:pPr>
        <w:pStyle w:val="Normal"/>
        <w:rPr/>
      </w:pPr>
      <w:r>
        <w:rPr/>
        <w:t>Technique note: Use only food-grade calcium hydroxide and rinse thoroughly. Do not use construction lime.</w:t>
      </w:r>
    </w:p>
    <w:p>
      <w:pPr>
        <w:pStyle w:val="Heading2"/>
        <w:rPr/>
      </w:pPr>
      <w:r>
        <w:rPr/>
        <w:t>Imarti</w:t>
      </w:r>
    </w:p>
    <w:p>
      <w:pPr>
        <w:pStyle w:val="Normal"/>
        <w:rPr/>
      </w:pPr>
      <w:r>
        <w:rPr>
          <w:b/>
          <w:color w:val="5A5A4B"/>
          <w:sz w:val="18"/>
        </w:rPr>
        <w:t>Region: Uttar Pradesh  |  Yield: 10–12 imarti</w:t>
      </w:r>
    </w:p>
    <w:p>
      <w:pPr>
        <w:pStyle w:val="Normal"/>
        <w:rPr/>
      </w:pPr>
      <w:r>
        <w:rPr/>
        <w:t>Origins &amp; variations: A festive urad-dal sweet shaped into circular coils and fried before soaking in syrup. It is related to jalebi but uses a lentil batter and has a denser, softer interior.</w:t>
      </w:r>
    </w:p>
    <w:p>
      <w:pPr>
        <w:pStyle w:val="Normal"/>
        <w:rPr/>
      </w:pPr>
      <w:r>
        <w:rPr/>
        <w:t>Serving: A little orange food colour is sometimes used commercially; it is not necessary for a traditional home version.</w:t>
      </w:r>
    </w:p>
    <w:p>
      <w:pPr>
        <w:pStyle w:val="Heading3"/>
        <w:rPr/>
      </w:pPr>
      <w:r>
        <w:rPr/>
        <w:t>Ingredients</w:t>
      </w:r>
    </w:p>
    <w:p>
      <w:pPr>
        <w:pStyle w:val="ListBullet"/>
        <w:numPr>
          <w:ilvl w:val="0"/>
          <w:numId w:val="1"/>
        </w:numPr>
        <w:rPr/>
      </w:pPr>
      <w:r>
        <w:rPr/>
        <w:t>1 cup urad dal, soaked 4–5 hours</w:t>
      </w:r>
    </w:p>
    <w:p>
      <w:pPr>
        <w:pStyle w:val="ListBullet"/>
        <w:numPr>
          <w:ilvl w:val="0"/>
          <w:numId w:val="1"/>
        </w:numPr>
        <w:rPr/>
      </w:pPr>
      <w:r>
        <w:rPr/>
        <w:t>Sugar syrup: 2 cups sugar, 1 cup water, cardamom</w:t>
      </w:r>
    </w:p>
    <w:p>
      <w:pPr>
        <w:pStyle w:val="ListBullet"/>
        <w:numPr>
          <w:ilvl w:val="0"/>
          <w:numId w:val="1"/>
        </w:numPr>
        <w:rPr/>
      </w:pPr>
      <w:r>
        <w:rPr/>
        <w:t>Ghee or oil for frying</w:t>
      </w:r>
    </w:p>
    <w:p>
      <w:pPr>
        <w:pStyle w:val="ListBullet"/>
        <w:numPr>
          <w:ilvl w:val="0"/>
          <w:numId w:val="1"/>
        </w:numPr>
        <w:rPr/>
      </w:pPr>
      <w:r>
        <w:rPr/>
        <w:t>A pinch of saffron (optional)</w:t>
      </w:r>
    </w:p>
    <w:p>
      <w:pPr>
        <w:pStyle w:val="Heading3"/>
        <w:rPr/>
      </w:pPr>
      <w:r>
        <w:rPr/>
        <w:t>Traditional method</w:t>
      </w:r>
    </w:p>
    <w:p>
      <w:pPr>
        <w:pStyle w:val="ListNumber"/>
        <w:numPr>
          <w:ilvl w:val="0"/>
          <w:numId w:val="4"/>
        </w:numPr>
        <w:rPr/>
      </w:pPr>
      <w:r>
        <w:rPr/>
        <w:t>Drain urad dal and grind to a thick, smooth batter using as little water as possible.</w:t>
      </w:r>
    </w:p>
    <w:p>
      <w:pPr>
        <w:pStyle w:val="ListNumber"/>
        <w:numPr>
          <w:ilvl w:val="0"/>
          <w:numId w:val="4"/>
        </w:numPr>
        <w:rPr/>
      </w:pPr>
      <w:r>
        <w:rPr/>
        <w:t>Beat the batter by hand until light and aerated; a small drop should hold shape briefly in water.</w:t>
      </w:r>
    </w:p>
    <w:p>
      <w:pPr>
        <w:pStyle w:val="ListNumber"/>
        <w:numPr>
          <w:ilvl w:val="0"/>
          <w:numId w:val="4"/>
        </w:numPr>
        <w:rPr/>
      </w:pPr>
      <w:r>
        <w:rPr/>
        <w:t>Simmer sugar and water to a one-string syrup; flavour with cardamom and keep warm.</w:t>
      </w:r>
    </w:p>
    <w:p>
      <w:pPr>
        <w:pStyle w:val="ListNumber"/>
        <w:numPr>
          <w:ilvl w:val="0"/>
          <w:numId w:val="4"/>
        </w:numPr>
        <w:rPr/>
      </w:pPr>
      <w:r>
        <w:rPr/>
        <w:t>Place batter in a cloth piping bag with a small hole. Pipe concentric circles and loops into medium-hot ghee.</w:t>
      </w:r>
    </w:p>
    <w:p>
      <w:pPr>
        <w:pStyle w:val="ListNumber"/>
        <w:numPr>
          <w:ilvl w:val="0"/>
          <w:numId w:val="4"/>
        </w:numPr>
        <w:rPr/>
      </w:pPr>
      <w:r>
        <w:rPr/>
        <w:t>Fry slowly until crisp and cooked through, turning once. Drain briefly, then immerse in warm syrup for 1–2 minutes.</w:t>
      </w:r>
    </w:p>
    <w:p>
      <w:pPr>
        <w:pStyle w:val="ListNumber"/>
        <w:numPr>
          <w:ilvl w:val="0"/>
          <w:numId w:val="4"/>
        </w:numPr>
        <w:rPr/>
      </w:pPr>
      <w:r>
        <w:rPr/>
        <w:t>Serve warm or at room temperature.</w:t>
      </w:r>
    </w:p>
    <w:p>
      <w:pPr>
        <w:pStyle w:val="Heading2"/>
        <w:rPr/>
      </w:pPr>
      <w:r>
        <w:rPr/>
        <w:t>Balushahi</w:t>
      </w:r>
    </w:p>
    <w:p>
      <w:pPr>
        <w:pStyle w:val="Normal"/>
        <w:rPr/>
      </w:pPr>
      <w:r>
        <w:rPr>
          <w:b/>
          <w:color w:val="5A5A4B"/>
          <w:sz w:val="18"/>
        </w:rPr>
        <w:t>Region: Uttar Pradesh  |  Yield: 8–10 pieces</w:t>
      </w:r>
    </w:p>
    <w:p>
      <w:pPr>
        <w:pStyle w:val="Normal"/>
        <w:rPr/>
      </w:pPr>
      <w:r>
        <w:rPr/>
        <w:t>Origins &amp; variations: A flaky, tender fried sweet made from flour and ghee, with a cracked surface and a light sugar coating. Slow frying is essential for a cooked centre.</w:t>
      </w:r>
    </w:p>
    <w:p>
      <w:pPr>
        <w:pStyle w:val="Normal"/>
        <w:rPr/>
      </w:pPr>
      <w:r>
        <w:rPr/>
        <w:t>Serving: Some versions have a nut garnish or a thicker syrup glaze.</w:t>
      </w:r>
    </w:p>
    <w:p>
      <w:pPr>
        <w:pStyle w:val="Heading3"/>
        <w:rPr/>
      </w:pPr>
      <w:r>
        <w:rPr/>
        <w:t>Ingredients</w:t>
      </w:r>
    </w:p>
    <w:p>
      <w:pPr>
        <w:pStyle w:val="ListBullet"/>
        <w:numPr>
          <w:ilvl w:val="0"/>
          <w:numId w:val="1"/>
        </w:numPr>
        <w:rPr/>
      </w:pPr>
      <w:r>
        <w:rPr/>
        <w:t>2 cups maida</w:t>
      </w:r>
    </w:p>
    <w:p>
      <w:pPr>
        <w:pStyle w:val="ListBullet"/>
        <w:numPr>
          <w:ilvl w:val="0"/>
          <w:numId w:val="1"/>
        </w:numPr>
        <w:rPr/>
      </w:pPr>
      <w:r>
        <w:rPr/>
        <w:t>½ cup ghee</w:t>
      </w:r>
    </w:p>
    <w:p>
      <w:pPr>
        <w:pStyle w:val="ListBullet"/>
        <w:numPr>
          <w:ilvl w:val="0"/>
          <w:numId w:val="1"/>
        </w:numPr>
        <w:rPr/>
      </w:pPr>
      <w:r>
        <w:rPr/>
        <w:t>¼ tsp baking soda</w:t>
      </w:r>
    </w:p>
    <w:p>
      <w:pPr>
        <w:pStyle w:val="ListBullet"/>
        <w:numPr>
          <w:ilvl w:val="0"/>
          <w:numId w:val="1"/>
        </w:numPr>
        <w:rPr/>
      </w:pPr>
      <w:r>
        <w:rPr/>
        <w:t>¼ cup curd</w:t>
      </w:r>
    </w:p>
    <w:p>
      <w:pPr>
        <w:pStyle w:val="ListBullet"/>
        <w:numPr>
          <w:ilvl w:val="0"/>
          <w:numId w:val="1"/>
        </w:numPr>
        <w:rPr/>
      </w:pPr>
      <w:r>
        <w:rPr/>
        <w:t>Water as needed</w:t>
      </w:r>
    </w:p>
    <w:p>
      <w:pPr>
        <w:pStyle w:val="ListBullet"/>
        <w:numPr>
          <w:ilvl w:val="0"/>
          <w:numId w:val="1"/>
        </w:numPr>
        <w:rPr/>
      </w:pPr>
      <w:r>
        <w:rPr/>
        <w:t>Syrup: 1½ cups sugar and ¾ cup water</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Rub ghee into maida and baking soda. Add curd and just enough water to bring the dough together; do not knead hard.</w:t>
      </w:r>
    </w:p>
    <w:p>
      <w:pPr>
        <w:pStyle w:val="ListNumber"/>
        <w:numPr>
          <w:ilvl w:val="0"/>
          <w:numId w:val="4"/>
        </w:numPr>
        <w:rPr/>
      </w:pPr>
      <w:r>
        <w:rPr/>
        <w:t>Rest 20–30 minutes. Divide into balls, press lightly and make a small thumb indentation in the centre.</w:t>
      </w:r>
    </w:p>
    <w:p>
      <w:pPr>
        <w:pStyle w:val="ListNumber"/>
        <w:numPr>
          <w:ilvl w:val="0"/>
          <w:numId w:val="4"/>
        </w:numPr>
        <w:rPr/>
      </w:pPr>
      <w:r>
        <w:rPr/>
        <w:t>Simmer sugar and water to a sticky one-string syrup and keep warm.</w:t>
      </w:r>
    </w:p>
    <w:p>
      <w:pPr>
        <w:pStyle w:val="ListNumber"/>
        <w:numPr>
          <w:ilvl w:val="0"/>
          <w:numId w:val="4"/>
        </w:numPr>
        <w:rPr/>
      </w:pPr>
      <w:r>
        <w:rPr/>
        <w:t>Fry balushahi in moderately warm ghee over low heat, turning occasionally, until evenly golden and cooked through; this takes time.</w:t>
      </w:r>
    </w:p>
    <w:p>
      <w:pPr>
        <w:pStyle w:val="ListNumber"/>
        <w:numPr>
          <w:ilvl w:val="0"/>
          <w:numId w:val="4"/>
        </w:numPr>
        <w:rPr/>
      </w:pPr>
      <w:r>
        <w:rPr/>
        <w:t>Drain and dip in warm syrup. Remove when the surface is coated and allow to set.</w:t>
      </w:r>
    </w:p>
    <w:p>
      <w:pPr>
        <w:pStyle w:val="Heading2"/>
        <w:rPr/>
      </w:pPr>
      <w:r>
        <w:rPr/>
        <w:t>Barfi (including Kaju Katli)</w:t>
      </w:r>
    </w:p>
    <w:p>
      <w:pPr>
        <w:pStyle w:val="Normal"/>
        <w:rPr/>
      </w:pPr>
      <w:r>
        <w:rPr>
          <w:b/>
          <w:color w:val="5A5A4B"/>
          <w:sz w:val="18"/>
        </w:rPr>
        <w:t>Region: Uttar Pradesh / North India  |  Yield: 12–16 pieces</w:t>
      </w:r>
    </w:p>
    <w:p>
      <w:pPr>
        <w:pStyle w:val="Normal"/>
        <w:rPr/>
      </w:pPr>
      <w:r>
        <w:rPr/>
        <w:t>Origins &amp; variations: Barfi is a broad family of milk, nut and flour sweets. This section gives a simple milk-khoya barfi and notes the distinct cashew method for kaju katli.</w:t>
      </w:r>
    </w:p>
    <w:p>
      <w:pPr>
        <w:pStyle w:val="Normal"/>
        <w:rPr/>
      </w:pPr>
      <w:r>
        <w:rPr/>
        <w:t>Serving: Coconut, besan and pista barfi are other regional forms; each needs a different moisture and cooking endpoint.</w:t>
      </w:r>
    </w:p>
    <w:p>
      <w:pPr>
        <w:pStyle w:val="Heading3"/>
        <w:rPr/>
      </w:pPr>
      <w:r>
        <w:rPr/>
        <w:t>Ingredients</w:t>
      </w:r>
    </w:p>
    <w:p>
      <w:pPr>
        <w:pStyle w:val="ListBullet"/>
        <w:numPr>
          <w:ilvl w:val="0"/>
          <w:numId w:val="1"/>
        </w:numPr>
        <w:rPr/>
      </w:pPr>
      <w:r>
        <w:rPr/>
        <w:t>Milk barfi: 500 g khoya, ½ cup sugar, ¼ tsp cardamom, 1 tsp ghee</w:t>
      </w:r>
    </w:p>
    <w:p>
      <w:pPr>
        <w:pStyle w:val="ListBullet"/>
        <w:numPr>
          <w:ilvl w:val="0"/>
          <w:numId w:val="1"/>
        </w:numPr>
        <w:rPr/>
      </w:pPr>
      <w:r>
        <w:rPr/>
        <w:t>For kaju katli instead: 250 g cashews finely ground and 150 g sugar with 75 ml water</w:t>
      </w:r>
    </w:p>
    <w:p>
      <w:pPr>
        <w:pStyle w:val="Heading3"/>
        <w:rPr/>
      </w:pPr>
      <w:r>
        <w:rPr/>
        <w:t>Traditional method</w:t>
      </w:r>
    </w:p>
    <w:p>
      <w:pPr>
        <w:pStyle w:val="ListNumber"/>
        <w:numPr>
          <w:ilvl w:val="0"/>
          <w:numId w:val="4"/>
        </w:numPr>
        <w:rPr/>
      </w:pPr>
      <w:r>
        <w:rPr/>
        <w:t>For milk barfi, crumble khoya and cook in a heavy pan over low heat until it loses moisture. Add sugar and stir as it loosens.</w:t>
      </w:r>
    </w:p>
    <w:p>
      <w:pPr>
        <w:pStyle w:val="ListNumber"/>
        <w:numPr>
          <w:ilvl w:val="0"/>
          <w:numId w:val="4"/>
        </w:numPr>
        <w:rPr/>
      </w:pPr>
      <w:r>
        <w:rPr/>
        <w:t>Continue cooking until the mixture thickens and leaves the sides of the pan. Add cardamom.</w:t>
      </w:r>
    </w:p>
    <w:p>
      <w:pPr>
        <w:pStyle w:val="ListNumber"/>
        <w:numPr>
          <w:ilvl w:val="0"/>
          <w:numId w:val="4"/>
        </w:numPr>
        <w:rPr/>
      </w:pPr>
      <w:r>
        <w:rPr/>
        <w:t>Spread on a greased plate, level to 1–1.5 cm thickness and cool until set; cut into diamonds.</w:t>
      </w:r>
    </w:p>
    <w:p>
      <w:pPr>
        <w:pStyle w:val="ListNumber"/>
        <w:numPr>
          <w:ilvl w:val="0"/>
          <w:numId w:val="4"/>
        </w:numPr>
        <w:rPr/>
      </w:pPr>
      <w:r>
        <w:rPr/>
        <w:t>For kaju katli, cook sugar and water to a soft one-string syrup, add finely ground cashew and stir over low heat until a soft dough forms.</w:t>
      </w:r>
    </w:p>
    <w:p>
      <w:pPr>
        <w:pStyle w:val="ListNumber"/>
        <w:numPr>
          <w:ilvl w:val="0"/>
          <w:numId w:val="4"/>
        </w:numPr>
        <w:rPr/>
      </w:pPr>
      <w:r>
        <w:rPr/>
        <w:t>Cool until warm, knead briefly between sheets of parchment or a lightly greased surface, roll thin and cut into diamonds.</w:t>
      </w:r>
    </w:p>
    <w:p>
      <w:pPr>
        <w:pStyle w:val="Normal"/>
        <w:rPr/>
      </w:pPr>
      <w:r>
        <w:rPr/>
        <w:t>Technique note: Kaju katli is a separate cashew-sugar sweet, not simply a flavour of milk barfi.</w:t>
      </w:r>
    </w:p>
    <w:p>
      <w:pPr>
        <w:pStyle w:val="Heading2"/>
        <w:rPr/>
      </w:pPr>
      <w:r>
        <w:rPr/>
        <w:t>Gulab Jamun</w:t>
      </w:r>
    </w:p>
    <w:p>
      <w:pPr>
        <w:pStyle w:val="Normal"/>
        <w:rPr/>
      </w:pPr>
      <w:r>
        <w:rPr>
          <w:b/>
          <w:color w:val="5A5A4B"/>
          <w:sz w:val="18"/>
        </w:rPr>
        <w:t>Region: Uttar Pradesh / Madhya Pradesh / North India  |  Yield: 12–14 jamun</w:t>
      </w:r>
    </w:p>
    <w:p>
      <w:pPr>
        <w:pStyle w:val="Normal"/>
        <w:rPr/>
      </w:pPr>
      <w:r>
        <w:rPr/>
        <w:t>Origins &amp; variations: Milk-solid dumplings fried slowly and soaked in cardamom syrup. Khoya-based dough is traditional in many home recipes; the texture should be smooth and crack-free.</w:t>
      </w:r>
    </w:p>
    <w:p>
      <w:pPr>
        <w:pStyle w:val="Normal"/>
        <w:rPr/>
      </w:pPr>
      <w:r>
        <w:rPr/>
        <w:t>Serving: Some recipes include a little paneer or flour to control texture.</w:t>
      </w:r>
    </w:p>
    <w:p>
      <w:pPr>
        <w:pStyle w:val="Heading3"/>
        <w:rPr/>
      </w:pPr>
      <w:r>
        <w:rPr/>
        <w:t>Ingredients</w:t>
      </w:r>
    </w:p>
    <w:p>
      <w:pPr>
        <w:pStyle w:val="ListBullet"/>
        <w:numPr>
          <w:ilvl w:val="0"/>
          <w:numId w:val="1"/>
        </w:numPr>
        <w:rPr/>
      </w:pPr>
      <w:r>
        <w:rPr/>
        <w:t>250 g khoya</w:t>
      </w:r>
    </w:p>
    <w:p>
      <w:pPr>
        <w:pStyle w:val="ListBullet"/>
        <w:numPr>
          <w:ilvl w:val="0"/>
          <w:numId w:val="1"/>
        </w:numPr>
        <w:rPr/>
      </w:pPr>
      <w:r>
        <w:rPr/>
        <w:t>3 tbsp maida</w:t>
      </w:r>
    </w:p>
    <w:p>
      <w:pPr>
        <w:pStyle w:val="ListBullet"/>
        <w:numPr>
          <w:ilvl w:val="0"/>
          <w:numId w:val="1"/>
        </w:numPr>
        <w:rPr/>
      </w:pPr>
      <w:r>
        <w:rPr/>
        <w:t>Pinch baking soda (optional)</w:t>
      </w:r>
    </w:p>
    <w:p>
      <w:pPr>
        <w:pStyle w:val="ListBullet"/>
        <w:numPr>
          <w:ilvl w:val="0"/>
          <w:numId w:val="1"/>
        </w:numPr>
        <w:rPr/>
      </w:pPr>
      <w:r>
        <w:rPr/>
        <w:t>1–2 tbsp milk as needed</w:t>
      </w:r>
    </w:p>
    <w:p>
      <w:pPr>
        <w:pStyle w:val="ListBullet"/>
        <w:numPr>
          <w:ilvl w:val="0"/>
          <w:numId w:val="1"/>
        </w:numPr>
        <w:rPr/>
      </w:pPr>
      <w:r>
        <w:rPr/>
        <w:t>Syrup: 2 cups sugar, 2 cups water, 4 cardamom pods, 1 tsp rose water optional</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Simmer sugar, water and cardamom for 8–10 minutes until lightly sticky, not thick; keep warm.</w:t>
      </w:r>
    </w:p>
    <w:p>
      <w:pPr>
        <w:pStyle w:val="ListNumber"/>
        <w:numPr>
          <w:ilvl w:val="0"/>
          <w:numId w:val="4"/>
        </w:numPr>
        <w:rPr/>
      </w:pPr>
      <w:r>
        <w:rPr/>
        <w:t>Crumb khoya finely. Add maida and optional soda; mix gently. Add milk by drops to make a soft dough without cracks.</w:t>
      </w:r>
    </w:p>
    <w:p>
      <w:pPr>
        <w:pStyle w:val="ListNumber"/>
        <w:numPr>
          <w:ilvl w:val="0"/>
          <w:numId w:val="4"/>
        </w:numPr>
        <w:rPr/>
      </w:pPr>
      <w:r>
        <w:rPr/>
        <w:t>Shape smooth, small balls with no seams. Cover while working so they do not dry.</w:t>
      </w:r>
    </w:p>
    <w:p>
      <w:pPr>
        <w:pStyle w:val="ListNumber"/>
        <w:numPr>
          <w:ilvl w:val="0"/>
          <w:numId w:val="4"/>
        </w:numPr>
        <w:rPr/>
      </w:pPr>
      <w:r>
        <w:rPr/>
        <w:t>Fry in moderately warm ghee over low heat, turning constantly, until deep golden brown. They should colour slowly and cook inside.</w:t>
      </w:r>
    </w:p>
    <w:p>
      <w:pPr>
        <w:pStyle w:val="ListNumber"/>
        <w:numPr>
          <w:ilvl w:val="0"/>
          <w:numId w:val="4"/>
        </w:numPr>
        <w:rPr/>
      </w:pPr>
      <w:r>
        <w:rPr/>
        <w:t>Transfer to warm syrup and soak at least 1–2 hours before serving.</w:t>
      </w:r>
    </w:p>
    <w:p>
      <w:pPr>
        <w:pStyle w:val="Heading2"/>
        <w:rPr/>
      </w:pPr>
      <w:r>
        <w:rPr/>
        <w:t>Jalebi</w:t>
      </w:r>
    </w:p>
    <w:p>
      <w:pPr>
        <w:pStyle w:val="Normal"/>
        <w:rPr/>
      </w:pPr>
      <w:r>
        <w:rPr>
          <w:b/>
          <w:color w:val="5A5A4B"/>
          <w:sz w:val="18"/>
        </w:rPr>
        <w:t>Region: Madhya Pradesh / North India  |  Yield: 12–15 jalebi</w:t>
      </w:r>
    </w:p>
    <w:p>
      <w:pPr>
        <w:pStyle w:val="Normal"/>
        <w:rPr/>
      </w:pPr>
      <w:r>
        <w:rPr/>
        <w:t>Origins &amp; variations: A fermented or rested flour batter piped into hot fat and dipped in syrup. In Indore, jalebi is a familiar partner to poha at breakfast.</w:t>
      </w:r>
    </w:p>
    <w:p>
      <w:pPr>
        <w:pStyle w:val="Normal"/>
        <w:rPr/>
      </w:pPr>
      <w:r>
        <w:rPr/>
        <w:t>Serving: Some batters include a little curd for fermentation; the syrup should be warm and the fried jalebi crisp.</w:t>
      </w:r>
    </w:p>
    <w:p>
      <w:pPr>
        <w:pStyle w:val="Heading3"/>
        <w:rPr/>
      </w:pPr>
      <w:r>
        <w:rPr/>
        <w:t>Ingredients</w:t>
      </w:r>
    </w:p>
    <w:p>
      <w:pPr>
        <w:pStyle w:val="ListBullet"/>
        <w:numPr>
          <w:ilvl w:val="0"/>
          <w:numId w:val="1"/>
        </w:numPr>
        <w:rPr/>
      </w:pPr>
      <w:r>
        <w:rPr/>
        <w:t>1 cup maida</w:t>
      </w:r>
    </w:p>
    <w:p>
      <w:pPr>
        <w:pStyle w:val="ListBullet"/>
        <w:numPr>
          <w:ilvl w:val="0"/>
          <w:numId w:val="1"/>
        </w:numPr>
        <w:rPr/>
      </w:pPr>
      <w:r>
        <w:rPr/>
        <w:t>2 tbsp curd</w:t>
      </w:r>
    </w:p>
    <w:p>
      <w:pPr>
        <w:pStyle w:val="ListBullet"/>
        <w:numPr>
          <w:ilvl w:val="0"/>
          <w:numId w:val="1"/>
        </w:numPr>
        <w:rPr/>
      </w:pPr>
      <w:r>
        <w:rPr/>
        <w:t>Water as needed</w:t>
      </w:r>
    </w:p>
    <w:p>
      <w:pPr>
        <w:pStyle w:val="ListBullet"/>
        <w:numPr>
          <w:ilvl w:val="0"/>
          <w:numId w:val="1"/>
        </w:numPr>
        <w:rPr/>
      </w:pPr>
      <w:r>
        <w:rPr/>
        <w:t>Pinch turmeric or saffron for colour (optional)</w:t>
      </w:r>
    </w:p>
    <w:p>
      <w:pPr>
        <w:pStyle w:val="ListBullet"/>
        <w:numPr>
          <w:ilvl w:val="0"/>
          <w:numId w:val="1"/>
        </w:numPr>
        <w:rPr/>
      </w:pPr>
      <w:r>
        <w:rPr/>
        <w:t>Syrup: 1½ cups sugar, ¾ cup water, cardamom</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Mix maida, curd and enough water to make a smooth, thick pouring batter. Cover and rest 8–12 hours in a warm place until lightly fermented.</w:t>
      </w:r>
    </w:p>
    <w:p>
      <w:pPr>
        <w:pStyle w:val="ListNumber"/>
        <w:numPr>
          <w:ilvl w:val="0"/>
          <w:numId w:val="4"/>
        </w:numPr>
        <w:rPr/>
      </w:pPr>
      <w:r>
        <w:rPr/>
        <w:t>Simmer sugar and water to a sticky one-string syrup; add cardamom and keep warm.</w:t>
      </w:r>
    </w:p>
    <w:p>
      <w:pPr>
        <w:pStyle w:val="ListNumber"/>
        <w:numPr>
          <w:ilvl w:val="0"/>
          <w:numId w:val="4"/>
        </w:numPr>
        <w:rPr/>
      </w:pPr>
      <w:r>
        <w:rPr/>
        <w:t>Pour batter into a cloth piping bag with a small hole.</w:t>
      </w:r>
    </w:p>
    <w:p>
      <w:pPr>
        <w:pStyle w:val="ListNumber"/>
        <w:numPr>
          <w:ilvl w:val="0"/>
          <w:numId w:val="4"/>
        </w:numPr>
        <w:rPr/>
      </w:pPr>
      <w:r>
        <w:rPr/>
        <w:t>Pipe spirals into medium-hot ghee or oil. Fry until crisp, turning carefully.</w:t>
      </w:r>
    </w:p>
    <w:p>
      <w:pPr>
        <w:pStyle w:val="ListNumber"/>
        <w:numPr>
          <w:ilvl w:val="0"/>
          <w:numId w:val="4"/>
        </w:numPr>
        <w:rPr/>
      </w:pPr>
      <w:r>
        <w:rPr/>
        <w:t>Lift directly into warm syrup for 30–45 seconds, then drain. Serve promptly.</w:t>
      </w:r>
    </w:p>
    <w:p>
      <w:pPr>
        <w:pStyle w:val="Heading2"/>
        <w:rPr/>
      </w:pPr>
      <w:r>
        <w:rPr/>
        <w:t>Kheer</w:t>
      </w:r>
    </w:p>
    <w:p>
      <w:pPr>
        <w:pStyle w:val="Normal"/>
        <w:rPr/>
      </w:pPr>
      <w:r>
        <w:rPr>
          <w:b/>
          <w:color w:val="5A5A4B"/>
          <w:sz w:val="18"/>
        </w:rPr>
        <w:t>Region: Across North India  |  Yield: 6 portions</w:t>
      </w:r>
    </w:p>
    <w:p>
      <w:pPr>
        <w:pStyle w:val="Normal"/>
        <w:rPr/>
      </w:pPr>
      <w:r>
        <w:rPr/>
        <w:t>Origins &amp; variations: Rice simmered slowly in milk until the grains soften and the milk thickens. Regional forms use rice, vermicelli, makhana or millets; this is classic rice kheer.</w:t>
      </w:r>
    </w:p>
    <w:p>
      <w:pPr>
        <w:pStyle w:val="Normal"/>
        <w:rPr/>
      </w:pPr>
      <w:r>
        <w:rPr/>
        <w:t>Serving: A heavy-bottomed pot and frequent stirring prevent scorching; sugar is added after the rice softens.</w:t>
      </w:r>
    </w:p>
    <w:p>
      <w:pPr>
        <w:pStyle w:val="Heading3"/>
        <w:rPr/>
      </w:pPr>
      <w:r>
        <w:rPr/>
        <w:t>Ingredients</w:t>
      </w:r>
    </w:p>
    <w:p>
      <w:pPr>
        <w:pStyle w:val="ListBullet"/>
        <w:numPr>
          <w:ilvl w:val="0"/>
          <w:numId w:val="1"/>
        </w:numPr>
        <w:rPr/>
      </w:pPr>
      <w:r>
        <w:rPr/>
        <w:t>1 litre full-fat milk</w:t>
      </w:r>
    </w:p>
    <w:p>
      <w:pPr>
        <w:pStyle w:val="ListBullet"/>
        <w:numPr>
          <w:ilvl w:val="0"/>
          <w:numId w:val="1"/>
        </w:numPr>
        <w:rPr/>
      </w:pPr>
      <w:r>
        <w:rPr/>
        <w:t>¼ cup rice</w:t>
      </w:r>
    </w:p>
    <w:p>
      <w:pPr>
        <w:pStyle w:val="ListBullet"/>
        <w:numPr>
          <w:ilvl w:val="0"/>
          <w:numId w:val="1"/>
        </w:numPr>
        <w:rPr/>
      </w:pPr>
      <w:r>
        <w:rPr/>
        <w:t>¼–⅓ cup sugar</w:t>
      </w:r>
    </w:p>
    <w:p>
      <w:pPr>
        <w:pStyle w:val="ListBullet"/>
        <w:numPr>
          <w:ilvl w:val="0"/>
          <w:numId w:val="1"/>
        </w:numPr>
        <w:rPr/>
      </w:pPr>
      <w:r>
        <w:rPr/>
        <w:t>3 cardamom pods, crushed</w:t>
      </w:r>
    </w:p>
    <w:p>
      <w:pPr>
        <w:pStyle w:val="ListBullet"/>
        <w:numPr>
          <w:ilvl w:val="0"/>
          <w:numId w:val="1"/>
        </w:numPr>
        <w:rPr/>
      </w:pPr>
      <w:r>
        <w:rPr/>
        <w:t>1 tbsp raisins</w:t>
      </w:r>
    </w:p>
    <w:p>
      <w:pPr>
        <w:pStyle w:val="ListBullet"/>
        <w:numPr>
          <w:ilvl w:val="0"/>
          <w:numId w:val="1"/>
        </w:numPr>
        <w:rPr/>
      </w:pPr>
      <w:r>
        <w:rPr/>
        <w:t>2 tbsp chopped almonds or pistachios</w:t>
      </w:r>
    </w:p>
    <w:p>
      <w:pPr>
        <w:pStyle w:val="Heading3"/>
        <w:rPr/>
      </w:pPr>
      <w:r>
        <w:rPr/>
        <w:t>Traditional method</w:t>
      </w:r>
    </w:p>
    <w:p>
      <w:pPr>
        <w:pStyle w:val="ListNumber"/>
        <w:numPr>
          <w:ilvl w:val="0"/>
          <w:numId w:val="4"/>
        </w:numPr>
        <w:rPr/>
      </w:pPr>
      <w:r>
        <w:rPr/>
        <w:t>Rinse rice and soak 20 minutes; drain.</w:t>
      </w:r>
    </w:p>
    <w:p>
      <w:pPr>
        <w:pStyle w:val="ListNumber"/>
        <w:numPr>
          <w:ilvl w:val="0"/>
          <w:numId w:val="4"/>
        </w:numPr>
        <w:rPr/>
      </w:pPr>
      <w:r>
        <w:rPr/>
        <w:t>Bring milk to a boil in a heavy pot, stirring and watching carefully.</w:t>
      </w:r>
    </w:p>
    <w:p>
      <w:pPr>
        <w:pStyle w:val="ListNumber"/>
        <w:numPr>
          <w:ilvl w:val="0"/>
          <w:numId w:val="4"/>
        </w:numPr>
        <w:rPr/>
      </w:pPr>
      <w:r>
        <w:rPr/>
        <w:t>Add rice and simmer uncovered on low heat, stirring often and scraping the base and sides.</w:t>
      </w:r>
    </w:p>
    <w:p>
      <w:pPr>
        <w:pStyle w:val="ListNumber"/>
        <w:numPr>
          <w:ilvl w:val="0"/>
          <w:numId w:val="4"/>
        </w:numPr>
        <w:rPr/>
      </w:pPr>
      <w:r>
        <w:rPr/>
        <w:t>Cook 40–60 minutes until the rice is soft and the milk reduced to a creamy consistency.</w:t>
      </w:r>
    </w:p>
    <w:p>
      <w:pPr>
        <w:pStyle w:val="ListNumber"/>
        <w:numPr>
          <w:ilvl w:val="0"/>
          <w:numId w:val="4"/>
        </w:numPr>
        <w:rPr/>
      </w:pPr>
      <w:r>
        <w:rPr/>
        <w:t>Add sugar and cardamom; simmer 5–8 minutes. Stir in nuts and raisins.</w:t>
      </w:r>
    </w:p>
    <w:p>
      <w:pPr>
        <w:pStyle w:val="ListNumber"/>
        <w:numPr>
          <w:ilvl w:val="0"/>
          <w:numId w:val="4"/>
        </w:numPr>
        <w:rPr/>
      </w:pPr>
      <w:r>
        <w:rPr/>
        <w:t>Serve warm or chilled; the kheer thickens as it cools.</w:t>
      </w:r>
    </w:p>
    <w:p>
      <w:pPr>
        <w:pStyle w:val="Heading2"/>
        <w:rPr/>
      </w:pPr>
      <w:r>
        <w:rPr/>
        <w:t>Kulfi</w:t>
      </w:r>
    </w:p>
    <w:p>
      <w:pPr>
        <w:pStyle w:val="Normal"/>
        <w:rPr/>
      </w:pPr>
      <w:r>
        <w:rPr>
          <w:b/>
          <w:color w:val="5A5A4B"/>
          <w:sz w:val="18"/>
        </w:rPr>
        <w:t>Region: Uttar Pradesh / Madhya Pradesh  |  Yield: 6 kulfi</w:t>
      </w:r>
    </w:p>
    <w:p>
      <w:pPr>
        <w:pStyle w:val="Normal"/>
        <w:rPr/>
      </w:pPr>
      <w:r>
        <w:rPr/>
        <w:t>Origins &amp; variations: A dense frozen milk dessert made traditionally by reducing milk and freezing it in moulds. Unlike churned ice cream, kulfi is compact and can have a slightly grainy texture.</w:t>
      </w:r>
    </w:p>
    <w:p>
      <w:pPr>
        <w:pStyle w:val="Normal"/>
        <w:rPr/>
      </w:pPr>
      <w:r>
        <w:rPr/>
        <w:t>Serving: Pistachio, saffron and cardamom are classic flavours; rose or mango versions are also found.</w:t>
      </w:r>
    </w:p>
    <w:p>
      <w:pPr>
        <w:pStyle w:val="Heading3"/>
        <w:rPr/>
      </w:pPr>
      <w:r>
        <w:rPr/>
        <w:t>Ingredients</w:t>
      </w:r>
    </w:p>
    <w:p>
      <w:pPr>
        <w:pStyle w:val="ListBullet"/>
        <w:numPr>
          <w:ilvl w:val="0"/>
          <w:numId w:val="1"/>
        </w:numPr>
        <w:rPr/>
      </w:pPr>
      <w:r>
        <w:rPr/>
        <w:t>2 litres full-fat milk</w:t>
      </w:r>
    </w:p>
    <w:p>
      <w:pPr>
        <w:pStyle w:val="ListBullet"/>
        <w:numPr>
          <w:ilvl w:val="0"/>
          <w:numId w:val="1"/>
        </w:numPr>
        <w:rPr/>
      </w:pPr>
      <w:r>
        <w:rPr/>
        <w:t>¼ cup sugar, or to taste</w:t>
      </w:r>
    </w:p>
    <w:p>
      <w:pPr>
        <w:pStyle w:val="ListBullet"/>
        <w:numPr>
          <w:ilvl w:val="0"/>
          <w:numId w:val="1"/>
        </w:numPr>
        <w:rPr/>
      </w:pPr>
      <w:r>
        <w:rPr/>
        <w:t>¼ tsp cardamom</w:t>
      </w:r>
    </w:p>
    <w:p>
      <w:pPr>
        <w:pStyle w:val="ListBullet"/>
        <w:numPr>
          <w:ilvl w:val="0"/>
          <w:numId w:val="1"/>
        </w:numPr>
        <w:rPr/>
      </w:pPr>
      <w:r>
        <w:rPr/>
        <w:t>2 tbsp chopped pistachios</w:t>
      </w:r>
    </w:p>
    <w:p>
      <w:pPr>
        <w:pStyle w:val="ListBullet"/>
        <w:numPr>
          <w:ilvl w:val="0"/>
          <w:numId w:val="1"/>
        </w:numPr>
        <w:rPr/>
      </w:pPr>
      <w:r>
        <w:rPr/>
        <w:t>A few saffron strands</w:t>
      </w:r>
    </w:p>
    <w:p>
      <w:pPr>
        <w:pStyle w:val="Heading3"/>
        <w:rPr/>
      </w:pPr>
      <w:r>
        <w:rPr/>
        <w:t>Traditional method</w:t>
      </w:r>
    </w:p>
    <w:p>
      <w:pPr>
        <w:pStyle w:val="ListNumber"/>
        <w:numPr>
          <w:ilvl w:val="0"/>
          <w:numId w:val="4"/>
        </w:numPr>
        <w:rPr/>
      </w:pPr>
      <w:r>
        <w:rPr/>
        <w:t>Bring milk to a boil in a wide heavy pan. Lower the heat and simmer, stirring and scraping the sides frequently.</w:t>
      </w:r>
    </w:p>
    <w:p>
      <w:pPr>
        <w:pStyle w:val="ListNumber"/>
        <w:numPr>
          <w:ilvl w:val="0"/>
          <w:numId w:val="4"/>
        </w:numPr>
        <w:rPr/>
      </w:pPr>
      <w:r>
        <w:rPr/>
        <w:t>Reduce to roughly half its original volume; collect and stir in the cream skin for a rich texture.</w:t>
      </w:r>
    </w:p>
    <w:p>
      <w:pPr>
        <w:pStyle w:val="ListNumber"/>
        <w:numPr>
          <w:ilvl w:val="0"/>
          <w:numId w:val="4"/>
        </w:numPr>
        <w:rPr/>
      </w:pPr>
      <w:r>
        <w:rPr/>
        <w:t>Add sugar, cardamom, saffron and pistachios. Simmer until the mixture coats a spoon.</w:t>
      </w:r>
    </w:p>
    <w:p>
      <w:pPr>
        <w:pStyle w:val="ListNumber"/>
        <w:numPr>
          <w:ilvl w:val="0"/>
          <w:numId w:val="4"/>
        </w:numPr>
        <w:rPr/>
      </w:pPr>
      <w:r>
        <w:rPr/>
        <w:t>Cool completely, pour into kulfi moulds or small metal cups and seal.</w:t>
      </w:r>
    </w:p>
    <w:p>
      <w:pPr>
        <w:pStyle w:val="ListNumber"/>
        <w:numPr>
          <w:ilvl w:val="0"/>
          <w:numId w:val="4"/>
        </w:numPr>
        <w:rPr/>
      </w:pPr>
      <w:r>
        <w:rPr/>
        <w:t>Freeze until firm, ideally overnight. To unmould, dip the outside briefly in warm water.</w:t>
      </w:r>
    </w:p>
    <w:p>
      <w:pPr>
        <w:pStyle w:val="Heading2"/>
        <w:rPr/>
      </w:pPr>
      <w:r>
        <w:rPr/>
        <w:t>Laddu</w:t>
      </w:r>
    </w:p>
    <w:p>
      <w:pPr>
        <w:pStyle w:val="Normal"/>
        <w:rPr/>
      </w:pPr>
      <w:r>
        <w:rPr>
          <w:b/>
          <w:color w:val="5A5A4B"/>
          <w:sz w:val="18"/>
        </w:rPr>
        <w:t>Region: Uttar Pradesh / North India  |  Yield: 12 laddus</w:t>
      </w:r>
    </w:p>
    <w:p>
      <w:pPr>
        <w:pStyle w:val="Normal"/>
        <w:rPr/>
      </w:pPr>
      <w:r>
        <w:rPr/>
        <w:t>Origins &amp; variations: Laddu is a shape rather than a single sweet. Common forms include besan, boondi, atta and motichoor; this recipe is a traditional besan laddu.</w:t>
      </w:r>
    </w:p>
    <w:p>
      <w:pPr>
        <w:pStyle w:val="Normal"/>
        <w:rPr/>
      </w:pPr>
      <w:r>
        <w:rPr/>
        <w:t>Serving: The flour must be roasted slowly until nutty; adding sugar while the mixture is too hot can melt it.</w:t>
      </w:r>
    </w:p>
    <w:p>
      <w:pPr>
        <w:pStyle w:val="Heading3"/>
        <w:rPr/>
      </w:pPr>
      <w:r>
        <w:rPr/>
        <w:t>Ingredients</w:t>
      </w:r>
    </w:p>
    <w:p>
      <w:pPr>
        <w:pStyle w:val="ListBullet"/>
        <w:numPr>
          <w:ilvl w:val="0"/>
          <w:numId w:val="1"/>
        </w:numPr>
        <w:rPr/>
      </w:pPr>
      <w:r>
        <w:rPr/>
        <w:t>2 cups besan</w:t>
      </w:r>
    </w:p>
    <w:p>
      <w:pPr>
        <w:pStyle w:val="ListBullet"/>
        <w:numPr>
          <w:ilvl w:val="0"/>
          <w:numId w:val="1"/>
        </w:numPr>
        <w:rPr/>
      </w:pPr>
      <w:r>
        <w:rPr/>
        <w:t>¾ cup ghee</w:t>
      </w:r>
    </w:p>
    <w:p>
      <w:pPr>
        <w:pStyle w:val="ListBullet"/>
        <w:numPr>
          <w:ilvl w:val="0"/>
          <w:numId w:val="1"/>
        </w:numPr>
        <w:rPr/>
      </w:pPr>
      <w:r>
        <w:rPr/>
        <w:t>¾ cup powdered sugar</w:t>
      </w:r>
    </w:p>
    <w:p>
      <w:pPr>
        <w:pStyle w:val="ListBullet"/>
        <w:numPr>
          <w:ilvl w:val="0"/>
          <w:numId w:val="1"/>
        </w:numPr>
        <w:rPr/>
      </w:pPr>
      <w:r>
        <w:rPr/>
        <w:t>½ tsp cardamom</w:t>
      </w:r>
    </w:p>
    <w:p>
      <w:pPr>
        <w:pStyle w:val="ListBullet"/>
        <w:numPr>
          <w:ilvl w:val="0"/>
          <w:numId w:val="1"/>
        </w:numPr>
        <w:rPr/>
      </w:pPr>
      <w:r>
        <w:rPr/>
        <w:t>2 tbsp chopped nuts</w:t>
      </w:r>
    </w:p>
    <w:p>
      <w:pPr>
        <w:pStyle w:val="Heading3"/>
        <w:rPr/>
      </w:pPr>
      <w:r>
        <w:rPr/>
        <w:t>Traditional method</w:t>
      </w:r>
    </w:p>
    <w:p>
      <w:pPr>
        <w:pStyle w:val="ListNumber"/>
        <w:numPr>
          <w:ilvl w:val="0"/>
          <w:numId w:val="4"/>
        </w:numPr>
        <w:rPr/>
      </w:pPr>
      <w:r>
        <w:rPr/>
        <w:t>Heat ghee in a heavy kadai and add besan.</w:t>
      </w:r>
    </w:p>
    <w:p>
      <w:pPr>
        <w:pStyle w:val="ListNumber"/>
        <w:numPr>
          <w:ilvl w:val="0"/>
          <w:numId w:val="4"/>
        </w:numPr>
        <w:rPr/>
      </w:pPr>
      <w:r>
        <w:rPr/>
        <w:t>Roast over low heat, stirring continuously, until the colour deepens slightly and the raw smell disappears; allow 20–30 minutes.</w:t>
      </w:r>
    </w:p>
    <w:p>
      <w:pPr>
        <w:pStyle w:val="ListNumber"/>
        <w:numPr>
          <w:ilvl w:val="0"/>
          <w:numId w:val="4"/>
        </w:numPr>
        <w:rPr/>
      </w:pPr>
      <w:r>
        <w:rPr/>
        <w:t>Cool until warm, stirring occasionally. Mix in cardamom and nuts.</w:t>
      </w:r>
    </w:p>
    <w:p>
      <w:pPr>
        <w:pStyle w:val="ListNumber"/>
        <w:numPr>
          <w:ilvl w:val="0"/>
          <w:numId w:val="4"/>
        </w:numPr>
        <w:rPr/>
      </w:pPr>
      <w:r>
        <w:rPr/>
        <w:t>Add powdered sugar and mix thoroughly. If too crumbly, add a little warm ghee.</w:t>
      </w:r>
    </w:p>
    <w:p>
      <w:pPr>
        <w:pStyle w:val="ListNumber"/>
        <w:numPr>
          <w:ilvl w:val="0"/>
          <w:numId w:val="4"/>
        </w:numPr>
        <w:rPr/>
      </w:pPr>
      <w:r>
        <w:rPr/>
        <w:t>Shape into firm balls and cool completely.</w:t>
      </w:r>
    </w:p>
    <w:p>
      <w:pPr>
        <w:pStyle w:val="Heading2"/>
        <w:rPr/>
      </w:pPr>
      <w:r>
        <w:rPr/>
        <w:t>Nankhatai</w:t>
      </w:r>
    </w:p>
    <w:p>
      <w:pPr>
        <w:pStyle w:val="Normal"/>
        <w:rPr/>
      </w:pPr>
      <w:r>
        <w:rPr>
          <w:b/>
          <w:color w:val="5A5A4B"/>
          <w:sz w:val="18"/>
        </w:rPr>
        <w:t>Region: Uttar Pradesh / North India  |  Yield: 12–16 biscuits</w:t>
      </w:r>
    </w:p>
    <w:p>
      <w:pPr>
        <w:pStyle w:val="Normal"/>
        <w:rPr/>
      </w:pPr>
      <w:r>
        <w:rPr/>
        <w:t>Origins &amp; variations: A crumbly, cardamom-scented shortbread associated with North Indian bakeries and home baking. Traditional versions use ghee, flour and sugar.</w:t>
      </w:r>
    </w:p>
    <w:p>
      <w:pPr>
        <w:pStyle w:val="Normal"/>
        <w:rPr/>
      </w:pPr>
      <w:r>
        <w:rPr/>
        <w:t>Serving: Besan or semolina may be included for a more crumbly texture.</w:t>
      </w:r>
    </w:p>
    <w:p>
      <w:pPr>
        <w:pStyle w:val="Heading3"/>
        <w:rPr/>
      </w:pPr>
      <w:r>
        <w:rPr/>
        <w:t>Ingredients</w:t>
      </w:r>
    </w:p>
    <w:p>
      <w:pPr>
        <w:pStyle w:val="ListBullet"/>
        <w:numPr>
          <w:ilvl w:val="0"/>
          <w:numId w:val="1"/>
        </w:numPr>
        <w:rPr/>
      </w:pPr>
      <w:r>
        <w:rPr/>
        <w:t>1 cup maida</w:t>
      </w:r>
    </w:p>
    <w:p>
      <w:pPr>
        <w:pStyle w:val="ListBullet"/>
        <w:numPr>
          <w:ilvl w:val="0"/>
          <w:numId w:val="1"/>
        </w:numPr>
        <w:rPr/>
      </w:pPr>
      <w:r>
        <w:rPr/>
        <w:t>¼ cup besan</w:t>
      </w:r>
    </w:p>
    <w:p>
      <w:pPr>
        <w:pStyle w:val="ListBullet"/>
        <w:numPr>
          <w:ilvl w:val="0"/>
          <w:numId w:val="1"/>
        </w:numPr>
        <w:rPr/>
      </w:pPr>
      <w:r>
        <w:rPr/>
        <w:t>½ cup ghee, softened</w:t>
      </w:r>
    </w:p>
    <w:p>
      <w:pPr>
        <w:pStyle w:val="ListBullet"/>
        <w:numPr>
          <w:ilvl w:val="0"/>
          <w:numId w:val="1"/>
        </w:numPr>
        <w:rPr/>
      </w:pPr>
      <w:r>
        <w:rPr/>
        <w:t>½ cup powdered sugar</w:t>
      </w:r>
    </w:p>
    <w:p>
      <w:pPr>
        <w:pStyle w:val="ListBullet"/>
        <w:numPr>
          <w:ilvl w:val="0"/>
          <w:numId w:val="1"/>
        </w:numPr>
        <w:rPr/>
      </w:pPr>
      <w:r>
        <w:rPr/>
        <w:t>¼ tsp cardamom</w:t>
      </w:r>
    </w:p>
    <w:p>
      <w:pPr>
        <w:pStyle w:val="ListBullet"/>
        <w:numPr>
          <w:ilvl w:val="0"/>
          <w:numId w:val="1"/>
        </w:numPr>
        <w:rPr/>
      </w:pPr>
      <w:r>
        <w:rPr/>
        <w:t>¼ tsp baking soda</w:t>
      </w:r>
    </w:p>
    <w:p>
      <w:pPr>
        <w:pStyle w:val="ListBullet"/>
        <w:numPr>
          <w:ilvl w:val="0"/>
          <w:numId w:val="1"/>
        </w:numPr>
        <w:rPr/>
      </w:pPr>
      <w:r>
        <w:rPr/>
        <w:t>Pistachio slivers (optional)</w:t>
      </w:r>
    </w:p>
    <w:p>
      <w:pPr>
        <w:pStyle w:val="Heading3"/>
        <w:rPr/>
      </w:pPr>
      <w:r>
        <w:rPr/>
        <w:t>Traditional method</w:t>
      </w:r>
    </w:p>
    <w:p>
      <w:pPr>
        <w:pStyle w:val="ListNumber"/>
        <w:numPr>
          <w:ilvl w:val="0"/>
          <w:numId w:val="4"/>
        </w:numPr>
        <w:rPr/>
      </w:pPr>
      <w:r>
        <w:rPr/>
        <w:t>Beat ghee and powdered sugar until pale and creamy.</w:t>
      </w:r>
    </w:p>
    <w:p>
      <w:pPr>
        <w:pStyle w:val="ListNumber"/>
        <w:numPr>
          <w:ilvl w:val="0"/>
          <w:numId w:val="4"/>
        </w:numPr>
        <w:rPr/>
      </w:pPr>
      <w:r>
        <w:rPr/>
        <w:t>Sift maida, besan, cardamom and baking soda; fold into the ghee mixture to form a soft dough.</w:t>
      </w:r>
    </w:p>
    <w:p>
      <w:pPr>
        <w:pStyle w:val="ListNumber"/>
        <w:numPr>
          <w:ilvl w:val="0"/>
          <w:numId w:val="4"/>
        </w:numPr>
        <w:rPr/>
      </w:pPr>
      <w:r>
        <w:rPr/>
        <w:t>Rest 15 minutes, then shape into small balls and flatten slightly. Add a pistachio sliver if desired.</w:t>
      </w:r>
    </w:p>
    <w:p>
      <w:pPr>
        <w:pStyle w:val="ListNumber"/>
        <w:numPr>
          <w:ilvl w:val="0"/>
          <w:numId w:val="4"/>
        </w:numPr>
        <w:rPr/>
      </w:pPr>
      <w:r>
        <w:rPr/>
        <w:t>Bake in a preheated oven at 160°C for 15–22 minutes until the base is lightly golden; traditional bakeries use controlled ovens, and the biscuits continue to firm as they cool.</w:t>
      </w:r>
    </w:p>
    <w:p>
      <w:pPr>
        <w:pStyle w:val="ListNumber"/>
        <w:numPr>
          <w:ilvl w:val="0"/>
          <w:numId w:val="4"/>
        </w:numPr>
        <w:rPr/>
      </w:pPr>
      <w:r>
        <w:rPr/>
        <w:t>Cool fully before storing in an airtight tin.</w:t>
      </w:r>
    </w:p>
    <w:p>
      <w:pPr>
        <w:pStyle w:val="Normal"/>
        <w:rPr/>
      </w:pPr>
      <w:r>
        <w:rPr/>
        <w:t>Technique note: An oven is appropriate for this baked traditional sweet; it is not a shortcut for a dish whose identity depends on a tandoor or open hearth.</w:t>
      </w:r>
    </w:p>
    <w:p>
      <w:pPr>
        <w:pStyle w:val="Heading2"/>
        <w:rPr/>
      </w:pPr>
      <w:r>
        <w:rPr/>
        <w:t>Shahi Tukda</w:t>
      </w:r>
    </w:p>
    <w:p>
      <w:pPr>
        <w:pStyle w:val="Normal"/>
        <w:rPr/>
      </w:pPr>
      <w:r>
        <w:rPr>
          <w:b/>
          <w:color w:val="5A5A4B"/>
          <w:sz w:val="18"/>
        </w:rPr>
        <w:t>Region: Uttar Pradesh (Mughlai-influenced)  |  Yield: 4–6 portions</w:t>
      </w:r>
    </w:p>
    <w:p>
      <w:pPr>
        <w:pStyle w:val="Normal"/>
        <w:rPr/>
      </w:pPr>
      <w:r>
        <w:rPr/>
        <w:t>Origins &amp; variations: Fried bread served with reduced sweet milk, a festive dessert with Mughlai associations. The bread is crisp at the edges and softened by rabri.</w:t>
      </w:r>
    </w:p>
    <w:p>
      <w:pPr>
        <w:pStyle w:val="Normal"/>
        <w:rPr/>
      </w:pPr>
      <w:r>
        <w:rPr/>
        <w:t>Serving: Some versions soak bread in syrup first; this version uses a light syrup and reduced milk.</w:t>
      </w:r>
    </w:p>
    <w:p>
      <w:pPr>
        <w:pStyle w:val="Heading3"/>
        <w:rPr/>
      </w:pPr>
      <w:r>
        <w:rPr/>
        <w:t>Ingredients</w:t>
      </w:r>
    </w:p>
    <w:p>
      <w:pPr>
        <w:pStyle w:val="ListBullet"/>
        <w:numPr>
          <w:ilvl w:val="0"/>
          <w:numId w:val="1"/>
        </w:numPr>
        <w:rPr/>
      </w:pPr>
      <w:r>
        <w:rPr/>
        <w:t>6 slices firm white bread</w:t>
      </w:r>
    </w:p>
    <w:p>
      <w:pPr>
        <w:pStyle w:val="ListBullet"/>
        <w:numPr>
          <w:ilvl w:val="0"/>
          <w:numId w:val="1"/>
        </w:numPr>
        <w:rPr/>
      </w:pPr>
      <w:r>
        <w:rPr/>
        <w:t>Ghee for shallow-frying</w:t>
      </w:r>
    </w:p>
    <w:p>
      <w:pPr>
        <w:pStyle w:val="ListBullet"/>
        <w:numPr>
          <w:ilvl w:val="0"/>
          <w:numId w:val="1"/>
        </w:numPr>
        <w:rPr/>
      </w:pPr>
      <w:r>
        <w:rPr/>
        <w:t>½ cup sugar</w:t>
      </w:r>
    </w:p>
    <w:p>
      <w:pPr>
        <w:pStyle w:val="ListBullet"/>
        <w:numPr>
          <w:ilvl w:val="0"/>
          <w:numId w:val="1"/>
        </w:numPr>
        <w:rPr/>
      </w:pPr>
      <w:r>
        <w:rPr/>
        <w:t>½ cup water</w:t>
      </w:r>
    </w:p>
    <w:p>
      <w:pPr>
        <w:pStyle w:val="ListBullet"/>
        <w:numPr>
          <w:ilvl w:val="0"/>
          <w:numId w:val="1"/>
        </w:numPr>
        <w:rPr/>
      </w:pPr>
      <w:r>
        <w:rPr/>
        <w:t>1 litre milk</w:t>
      </w:r>
    </w:p>
    <w:p>
      <w:pPr>
        <w:pStyle w:val="ListBullet"/>
        <w:numPr>
          <w:ilvl w:val="0"/>
          <w:numId w:val="1"/>
        </w:numPr>
        <w:rPr/>
      </w:pPr>
      <w:r>
        <w:rPr/>
        <w:t>¼ cup sugar for milk</w:t>
      </w:r>
    </w:p>
    <w:p>
      <w:pPr>
        <w:pStyle w:val="ListBullet"/>
        <w:numPr>
          <w:ilvl w:val="0"/>
          <w:numId w:val="1"/>
        </w:numPr>
        <w:rPr/>
      </w:pPr>
      <w:r>
        <w:rPr/>
        <w:t>Cardamom, saffron and nuts</w:t>
      </w:r>
    </w:p>
    <w:p>
      <w:pPr>
        <w:pStyle w:val="Heading3"/>
        <w:rPr/>
      </w:pPr>
      <w:r>
        <w:rPr/>
        <w:t>Traditional method</w:t>
      </w:r>
    </w:p>
    <w:p>
      <w:pPr>
        <w:pStyle w:val="ListNumber"/>
        <w:numPr>
          <w:ilvl w:val="0"/>
          <w:numId w:val="4"/>
        </w:numPr>
        <w:rPr/>
      </w:pPr>
      <w:r>
        <w:rPr/>
        <w:t>Simmer milk in a wide pan, scraping the sides and stirring until reduced by about half. Add sugar, cardamom and saffron.</w:t>
      </w:r>
    </w:p>
    <w:p>
      <w:pPr>
        <w:pStyle w:val="ListNumber"/>
        <w:numPr>
          <w:ilvl w:val="0"/>
          <w:numId w:val="4"/>
        </w:numPr>
        <w:rPr/>
      </w:pPr>
      <w:r>
        <w:rPr/>
        <w:t>Cut bread into triangles. Shallow-fry in ghee until both sides are golden and crisp.</w:t>
      </w:r>
    </w:p>
    <w:p>
      <w:pPr>
        <w:pStyle w:val="ListNumber"/>
        <w:numPr>
          <w:ilvl w:val="0"/>
          <w:numId w:val="4"/>
        </w:numPr>
        <w:rPr/>
      </w:pPr>
      <w:r>
        <w:rPr/>
        <w:t>Boil ½ cup sugar with ½ cup water for a light syrup. Dip fried bread briefly, then arrange in a shallow dish.</w:t>
      </w:r>
    </w:p>
    <w:p>
      <w:pPr>
        <w:pStyle w:val="ListNumber"/>
        <w:numPr>
          <w:ilvl w:val="0"/>
          <w:numId w:val="4"/>
        </w:numPr>
        <w:rPr/>
      </w:pPr>
      <w:r>
        <w:rPr/>
        <w:t>Spoon warm or cool reduced milk over the bread. Let it rest briefly so the centre softens while the edges retain some texture.</w:t>
      </w:r>
    </w:p>
    <w:p>
      <w:pPr>
        <w:pStyle w:val="ListNumber"/>
        <w:numPr>
          <w:ilvl w:val="0"/>
          <w:numId w:val="4"/>
        </w:numPr>
        <w:rPr/>
      </w:pPr>
      <w:r>
        <w:rPr/>
        <w:t>Garnish with chopped nuts and serve cool or at room temperature.</w:t>
      </w:r>
    </w:p>
    <w:p>
      <w:pPr>
        <w:pStyle w:val="Heading2"/>
        <w:rPr/>
      </w:pPr>
      <w:r>
        <w:rPr/>
        <w:t>Rabri</w:t>
      </w:r>
    </w:p>
    <w:p>
      <w:pPr>
        <w:pStyle w:val="Normal"/>
        <w:rPr/>
      </w:pPr>
      <w:r>
        <w:rPr>
          <w:b/>
          <w:color w:val="5A5A4B"/>
          <w:sz w:val="18"/>
        </w:rPr>
        <w:t>Region: Uttar Pradesh  |  Yield: 6 portions</w:t>
      </w:r>
    </w:p>
    <w:p>
      <w:pPr>
        <w:pStyle w:val="Normal"/>
        <w:rPr/>
      </w:pPr>
      <w:r>
        <w:rPr/>
        <w:t>Origins &amp; variations: Milk reduced slowly in a wide pan, with cream layers collected along the sides and folded back into the thickened milk. It is a classic accompaniment to malpua and jalebi.</w:t>
      </w:r>
    </w:p>
    <w:p>
      <w:pPr>
        <w:pStyle w:val="Normal"/>
        <w:rPr/>
      </w:pPr>
      <w:r>
        <w:rPr/>
        <w:t>Serving: Texture ranges from pourable to very thick; the flavour comes from milk reduction rather than added thickener.</w:t>
      </w:r>
    </w:p>
    <w:p>
      <w:pPr>
        <w:pStyle w:val="Heading3"/>
        <w:rPr/>
      </w:pPr>
      <w:r>
        <w:rPr/>
        <w:t>Ingredients</w:t>
      </w:r>
    </w:p>
    <w:p>
      <w:pPr>
        <w:pStyle w:val="ListBullet"/>
        <w:numPr>
          <w:ilvl w:val="0"/>
          <w:numId w:val="1"/>
        </w:numPr>
        <w:rPr/>
      </w:pPr>
      <w:r>
        <w:rPr/>
        <w:t>2 litres full-fat milk</w:t>
      </w:r>
    </w:p>
    <w:p>
      <w:pPr>
        <w:pStyle w:val="ListBullet"/>
        <w:numPr>
          <w:ilvl w:val="0"/>
          <w:numId w:val="1"/>
        </w:numPr>
        <w:rPr/>
      </w:pPr>
      <w:r>
        <w:rPr/>
        <w:t>3 tbsp sugar</w:t>
      </w:r>
    </w:p>
    <w:p>
      <w:pPr>
        <w:pStyle w:val="ListBullet"/>
        <w:numPr>
          <w:ilvl w:val="0"/>
          <w:numId w:val="1"/>
        </w:numPr>
        <w:rPr/>
      </w:pPr>
      <w:r>
        <w:rPr/>
        <w:t>¼ tsp cardamom</w:t>
      </w:r>
    </w:p>
    <w:p>
      <w:pPr>
        <w:pStyle w:val="ListBullet"/>
        <w:numPr>
          <w:ilvl w:val="0"/>
          <w:numId w:val="1"/>
        </w:numPr>
        <w:rPr/>
      </w:pPr>
      <w:r>
        <w:rPr/>
        <w:t>Saffron or chopped nuts (optional)</w:t>
      </w:r>
    </w:p>
    <w:p>
      <w:pPr>
        <w:pStyle w:val="Heading3"/>
        <w:rPr/>
      </w:pPr>
      <w:r>
        <w:rPr/>
        <w:t>Traditional method</w:t>
      </w:r>
    </w:p>
    <w:p>
      <w:pPr>
        <w:pStyle w:val="ListNumber"/>
        <w:numPr>
          <w:ilvl w:val="0"/>
          <w:numId w:val="4"/>
        </w:numPr>
        <w:rPr/>
      </w:pPr>
      <w:r>
        <w:rPr/>
        <w:t>Bring milk to a boil in a wide heavy kadai.</w:t>
      </w:r>
    </w:p>
    <w:p>
      <w:pPr>
        <w:pStyle w:val="ListNumber"/>
        <w:numPr>
          <w:ilvl w:val="0"/>
          <w:numId w:val="4"/>
        </w:numPr>
        <w:rPr/>
      </w:pPr>
      <w:r>
        <w:rPr/>
        <w:t>Lower to a steady simmer and move each skin of cream to the sides as it forms.</w:t>
      </w:r>
    </w:p>
    <w:p>
      <w:pPr>
        <w:pStyle w:val="ListNumber"/>
        <w:numPr>
          <w:ilvl w:val="0"/>
          <w:numId w:val="4"/>
        </w:numPr>
        <w:rPr/>
      </w:pPr>
      <w:r>
        <w:rPr/>
        <w:t>Continue reducing, stirring the base frequently and scraping the sides, until the milk is thick and cream layers have accumulated.</w:t>
      </w:r>
    </w:p>
    <w:p>
      <w:pPr>
        <w:pStyle w:val="ListNumber"/>
        <w:numPr>
          <w:ilvl w:val="0"/>
          <w:numId w:val="4"/>
        </w:numPr>
        <w:rPr/>
      </w:pPr>
      <w:r>
        <w:rPr/>
        <w:t>Add sugar and cardamom near the end; fold the cream layers back into the milk.</w:t>
      </w:r>
    </w:p>
    <w:p>
      <w:pPr>
        <w:pStyle w:val="ListNumber"/>
        <w:numPr>
          <w:ilvl w:val="0"/>
          <w:numId w:val="4"/>
        </w:numPr>
        <w:rPr/>
      </w:pPr>
      <w:r>
        <w:rPr/>
        <w:t>Cool and serve alone or with malpua.</w:t>
      </w:r>
    </w:p>
    <w:p>
      <w:pPr>
        <w:pStyle w:val="Heading2"/>
        <w:rPr/>
      </w:pPr>
      <w:r>
        <w:rPr/>
        <w:t>Ras Malai</w:t>
      </w:r>
    </w:p>
    <w:p>
      <w:pPr>
        <w:pStyle w:val="Normal"/>
        <w:rPr/>
      </w:pPr>
      <w:r>
        <w:rPr>
          <w:b/>
          <w:color w:val="5A5A4B"/>
          <w:sz w:val="18"/>
        </w:rPr>
        <w:t>Region: Uttar Pradesh / North India  |  Yield: 6 portions</w:t>
      </w:r>
    </w:p>
    <w:p>
      <w:pPr>
        <w:pStyle w:val="Normal"/>
        <w:rPr/>
      </w:pPr>
      <w:r>
        <w:rPr/>
        <w:t>Origins &amp; variations: Soft chenna patties served in sweetened, cardamom-scented reduced milk. Good chenna and careful kneading are essential to a delicate texture.</w:t>
      </w:r>
    </w:p>
    <w:p>
      <w:pPr>
        <w:pStyle w:val="Normal"/>
        <w:rPr/>
      </w:pPr>
      <w:r>
        <w:rPr/>
        <w:t>Serving: Some versions use saffron and pistachio; the patties should be spongy rather than dense.</w:t>
      </w:r>
    </w:p>
    <w:p>
      <w:pPr>
        <w:pStyle w:val="Heading3"/>
        <w:rPr/>
      </w:pPr>
      <w:r>
        <w:rPr/>
        <w:t>Ingredients</w:t>
      </w:r>
    </w:p>
    <w:p>
      <w:pPr>
        <w:pStyle w:val="ListBullet"/>
        <w:numPr>
          <w:ilvl w:val="0"/>
          <w:numId w:val="1"/>
        </w:numPr>
        <w:rPr/>
      </w:pPr>
      <w:r>
        <w:rPr/>
        <w:t>1 litre full-fat milk for chenna</w:t>
      </w:r>
    </w:p>
    <w:p>
      <w:pPr>
        <w:pStyle w:val="ListBullet"/>
        <w:numPr>
          <w:ilvl w:val="0"/>
          <w:numId w:val="1"/>
        </w:numPr>
        <w:rPr/>
      </w:pPr>
      <w:r>
        <w:rPr/>
        <w:t>2–3 tbsp lemon juice diluted with water</w:t>
      </w:r>
    </w:p>
    <w:p>
      <w:pPr>
        <w:pStyle w:val="ListBullet"/>
        <w:numPr>
          <w:ilvl w:val="0"/>
          <w:numId w:val="1"/>
        </w:numPr>
        <w:rPr/>
      </w:pPr>
      <w:r>
        <w:rPr/>
        <w:t>1 litre milk for rabri</w:t>
      </w:r>
    </w:p>
    <w:p>
      <w:pPr>
        <w:pStyle w:val="ListBullet"/>
        <w:numPr>
          <w:ilvl w:val="0"/>
          <w:numId w:val="1"/>
        </w:numPr>
        <w:rPr/>
      </w:pPr>
      <w:r>
        <w:rPr/>
        <w:t>½ cup sugar total, divided</w:t>
      </w:r>
    </w:p>
    <w:p>
      <w:pPr>
        <w:pStyle w:val="ListBullet"/>
        <w:numPr>
          <w:ilvl w:val="0"/>
          <w:numId w:val="1"/>
        </w:numPr>
        <w:rPr/>
      </w:pPr>
      <w:r>
        <w:rPr/>
        <w:t>Cardamom and saffron</w:t>
      </w:r>
    </w:p>
    <w:p>
      <w:pPr>
        <w:pStyle w:val="ListBullet"/>
        <w:numPr>
          <w:ilvl w:val="0"/>
          <w:numId w:val="1"/>
        </w:numPr>
        <w:rPr/>
      </w:pPr>
      <w:r>
        <w:rPr/>
        <w:t>Pistachios</w:t>
      </w:r>
    </w:p>
    <w:p>
      <w:pPr>
        <w:pStyle w:val="Heading3"/>
        <w:rPr/>
      </w:pPr>
      <w:r>
        <w:rPr/>
        <w:t>Traditional method</w:t>
      </w:r>
    </w:p>
    <w:p>
      <w:pPr>
        <w:pStyle w:val="ListNumber"/>
        <w:numPr>
          <w:ilvl w:val="0"/>
          <w:numId w:val="4"/>
        </w:numPr>
        <w:rPr/>
      </w:pPr>
      <w:r>
        <w:rPr/>
        <w:t>Bring the first litre of milk to a boil, turn off heat and add diluted lemon juice gradually until curds separate. Strain through muslin and rinse with cool water.</w:t>
      </w:r>
    </w:p>
    <w:p>
      <w:pPr>
        <w:pStyle w:val="ListNumber"/>
        <w:numPr>
          <w:ilvl w:val="0"/>
          <w:numId w:val="4"/>
        </w:numPr>
        <w:rPr/>
      </w:pPr>
      <w:r>
        <w:rPr/>
        <w:t>Hang chenna 30–45 minutes until moist but not dripping. Knead until smooth and form small flattened discs.</w:t>
      </w:r>
    </w:p>
    <w:p>
      <w:pPr>
        <w:pStyle w:val="ListNumber"/>
        <w:numPr>
          <w:ilvl w:val="0"/>
          <w:numId w:val="4"/>
        </w:numPr>
        <w:rPr/>
      </w:pPr>
      <w:r>
        <w:rPr/>
        <w:t>Boil 4 cups water with 1 cup sugar. Add discs and simmer covered 10–12 minutes until puffed. Cool and gently squeeze out excess syrup.</w:t>
      </w:r>
    </w:p>
    <w:p>
      <w:pPr>
        <w:pStyle w:val="ListNumber"/>
        <w:numPr>
          <w:ilvl w:val="0"/>
          <w:numId w:val="4"/>
        </w:numPr>
        <w:rPr/>
      </w:pPr>
      <w:r>
        <w:rPr/>
        <w:t>Separately reduce the second litre of milk by about one-third. Add remaining sugar, cardamom and saffron.</w:t>
      </w:r>
    </w:p>
    <w:p>
      <w:pPr>
        <w:pStyle w:val="ListNumber"/>
        <w:numPr>
          <w:ilvl w:val="0"/>
          <w:numId w:val="4"/>
        </w:numPr>
        <w:rPr/>
      </w:pPr>
      <w:r>
        <w:rPr/>
        <w:t>Add chenna discs to the sweet milk and chill for several hours. Garnish with pistachio.</w:t>
      </w:r>
    </w:p>
    <w:p>
      <w:pPr>
        <w:pStyle w:val="Heading2"/>
        <w:rPr/>
      </w:pPr>
      <w:r>
        <w:rPr/>
        <w:t>Kalakand</w:t>
      </w:r>
    </w:p>
    <w:p>
      <w:pPr>
        <w:pStyle w:val="Normal"/>
        <w:rPr/>
      </w:pPr>
      <w:r>
        <w:rPr>
          <w:b/>
          <w:color w:val="5A5A4B"/>
          <w:sz w:val="18"/>
        </w:rPr>
        <w:t>Region: Uttar Pradesh / North India  |  Yield: 12 pieces</w:t>
      </w:r>
    </w:p>
    <w:p>
      <w:pPr>
        <w:pStyle w:val="Normal"/>
        <w:rPr/>
      </w:pPr>
      <w:r>
        <w:rPr/>
        <w:t>Origins &amp; variations: A grainy milk cake made by curdling milk slightly and reducing it with sugar. Traditional texture is moist and softly set, not dry like firm barfi.</w:t>
      </w:r>
    </w:p>
    <w:p>
      <w:pPr>
        <w:pStyle w:val="Normal"/>
        <w:rPr/>
      </w:pPr>
      <w:r>
        <w:rPr/>
        <w:t>Serving: Fresh chenna and reduced milk can be combined; cardamom and nuts are common but optional.</w:t>
      </w:r>
    </w:p>
    <w:p>
      <w:pPr>
        <w:pStyle w:val="Heading3"/>
        <w:rPr/>
      </w:pPr>
      <w:r>
        <w:rPr/>
        <w:t>Ingredients</w:t>
      </w:r>
    </w:p>
    <w:p>
      <w:pPr>
        <w:pStyle w:val="ListBullet"/>
        <w:numPr>
          <w:ilvl w:val="0"/>
          <w:numId w:val="1"/>
        </w:numPr>
        <w:rPr/>
      </w:pPr>
      <w:r>
        <w:rPr/>
        <w:t>1 litre full-fat milk</w:t>
      </w:r>
    </w:p>
    <w:p>
      <w:pPr>
        <w:pStyle w:val="ListBullet"/>
        <w:numPr>
          <w:ilvl w:val="0"/>
          <w:numId w:val="1"/>
        </w:numPr>
        <w:rPr/>
      </w:pPr>
      <w:r>
        <w:rPr/>
        <w:t>1 tbsp lemon juice diluted</w:t>
      </w:r>
    </w:p>
    <w:p>
      <w:pPr>
        <w:pStyle w:val="ListBullet"/>
        <w:numPr>
          <w:ilvl w:val="0"/>
          <w:numId w:val="1"/>
        </w:numPr>
        <w:rPr/>
      </w:pPr>
      <w:r>
        <w:rPr/>
        <w:t>½ cup sugar</w:t>
      </w:r>
    </w:p>
    <w:p>
      <w:pPr>
        <w:pStyle w:val="ListBullet"/>
        <w:numPr>
          <w:ilvl w:val="0"/>
          <w:numId w:val="1"/>
        </w:numPr>
        <w:rPr/>
      </w:pPr>
      <w:r>
        <w:rPr/>
        <w:t>¼ tsp cardamom</w:t>
      </w:r>
    </w:p>
    <w:p>
      <w:pPr>
        <w:pStyle w:val="ListBullet"/>
        <w:numPr>
          <w:ilvl w:val="0"/>
          <w:numId w:val="1"/>
        </w:numPr>
        <w:rPr/>
      </w:pPr>
      <w:r>
        <w:rPr/>
        <w:t>1 tbsp chopped pistachios</w:t>
      </w:r>
    </w:p>
    <w:p>
      <w:pPr>
        <w:pStyle w:val="Heading3"/>
        <w:rPr/>
      </w:pPr>
      <w:r>
        <w:rPr/>
        <w:t>Traditional method</w:t>
      </w:r>
    </w:p>
    <w:p>
      <w:pPr>
        <w:pStyle w:val="ListNumber"/>
        <w:numPr>
          <w:ilvl w:val="0"/>
          <w:numId w:val="4"/>
        </w:numPr>
        <w:rPr/>
      </w:pPr>
      <w:r>
        <w:rPr/>
        <w:t>Bring milk to a boil in a heavy pot. Add diluted lemon juice a little at a time until it curdles only slightly; leave small curds in the whey.</w:t>
      </w:r>
    </w:p>
    <w:p>
      <w:pPr>
        <w:pStyle w:val="ListNumber"/>
        <w:numPr>
          <w:ilvl w:val="0"/>
          <w:numId w:val="4"/>
        </w:numPr>
        <w:rPr/>
      </w:pPr>
      <w:r>
        <w:rPr/>
        <w:t>Continue cooking, stirring and scraping, until the liquid reduces substantially and the mixture becomes thick and grainy.</w:t>
      </w:r>
    </w:p>
    <w:p>
      <w:pPr>
        <w:pStyle w:val="ListNumber"/>
        <w:numPr>
          <w:ilvl w:val="0"/>
          <w:numId w:val="4"/>
        </w:numPr>
        <w:rPr/>
      </w:pPr>
      <w:r>
        <w:rPr/>
        <w:t>Add sugar and cook over low heat until the mixture leaves the sides but remains moist.</w:t>
      </w:r>
    </w:p>
    <w:p>
      <w:pPr>
        <w:pStyle w:val="ListNumber"/>
        <w:numPr>
          <w:ilvl w:val="0"/>
          <w:numId w:val="4"/>
        </w:numPr>
        <w:rPr/>
      </w:pPr>
      <w:r>
        <w:rPr/>
        <w:t>Spread into a greased shallow tray, level gently and garnish with pistachios.</w:t>
      </w:r>
    </w:p>
    <w:p>
      <w:pPr>
        <w:pStyle w:val="ListNumber"/>
        <w:numPr>
          <w:ilvl w:val="0"/>
          <w:numId w:val="4"/>
        </w:numPr>
        <w:rPr/>
      </w:pPr>
      <w:r>
        <w:rPr/>
        <w:t>Cool until set but still tender, then cut into squares.</w:t>
      </w:r>
    </w:p>
    <w:p>
      <w:pPr>
        <w:pStyle w:val="Heading2"/>
        <w:rPr/>
      </w:pPr>
      <w:r>
        <w:rPr/>
        <w:t>Ghevar</w:t>
      </w:r>
    </w:p>
    <w:p>
      <w:pPr>
        <w:pStyle w:val="Normal"/>
        <w:rPr/>
      </w:pPr>
      <w:r>
        <w:rPr>
          <w:b/>
          <w:color w:val="5A5A4B"/>
          <w:sz w:val="18"/>
        </w:rPr>
        <w:t>Region: Uttar Pradesh / North Indian festive kitchens  |  Yield: 1 medium ghevar</w:t>
      </w:r>
    </w:p>
    <w:p>
      <w:pPr>
        <w:pStyle w:val="Normal"/>
        <w:rPr/>
      </w:pPr>
      <w:r>
        <w:rPr/>
        <w:t>Origins &amp; variations: A honeycomb-like disc sweet associated especially with Rajasthan but also found in neighbouring northern festive traditions. Its characteristic holes come from a thin batter poured into hot ghee.</w:t>
      </w:r>
    </w:p>
    <w:p>
      <w:pPr>
        <w:pStyle w:val="Normal"/>
        <w:rPr/>
      </w:pPr>
      <w:r>
        <w:rPr/>
        <w:t>Serving: Plain, sugar-soaked and malai ghevar are common styles; making it safely requires a deep vessel and careful handling.</w:t>
      </w:r>
    </w:p>
    <w:p>
      <w:pPr>
        <w:pStyle w:val="Heading3"/>
        <w:rPr/>
      </w:pPr>
      <w:r>
        <w:rPr/>
        <w:t>Ingredients</w:t>
      </w:r>
    </w:p>
    <w:p>
      <w:pPr>
        <w:pStyle w:val="ListBullet"/>
        <w:numPr>
          <w:ilvl w:val="0"/>
          <w:numId w:val="1"/>
        </w:numPr>
        <w:rPr/>
      </w:pPr>
      <w:r>
        <w:rPr/>
        <w:t>1 cup maida</w:t>
      </w:r>
    </w:p>
    <w:p>
      <w:pPr>
        <w:pStyle w:val="ListBullet"/>
        <w:numPr>
          <w:ilvl w:val="0"/>
          <w:numId w:val="1"/>
        </w:numPr>
        <w:rPr/>
      </w:pPr>
      <w:r>
        <w:rPr/>
        <w:t>3 tbsp ghee, chilled</w:t>
      </w:r>
    </w:p>
    <w:p>
      <w:pPr>
        <w:pStyle w:val="ListBullet"/>
        <w:numPr>
          <w:ilvl w:val="0"/>
          <w:numId w:val="1"/>
        </w:numPr>
        <w:rPr/>
      </w:pPr>
      <w:r>
        <w:rPr/>
        <w:t>2–3 tbsp cold milk</w:t>
      </w:r>
    </w:p>
    <w:p>
      <w:pPr>
        <w:pStyle w:val="ListBullet"/>
        <w:numPr>
          <w:ilvl w:val="0"/>
          <w:numId w:val="1"/>
        </w:numPr>
        <w:rPr/>
      </w:pPr>
      <w:r>
        <w:rPr/>
        <w:t>Cold water as needed for a very thin batter</w:t>
      </w:r>
    </w:p>
    <w:p>
      <w:pPr>
        <w:pStyle w:val="ListBullet"/>
        <w:numPr>
          <w:ilvl w:val="0"/>
          <w:numId w:val="1"/>
        </w:numPr>
        <w:rPr/>
      </w:pPr>
      <w:r>
        <w:rPr/>
        <w:t>Ghee for deep-frying</w:t>
      </w:r>
    </w:p>
    <w:p>
      <w:pPr>
        <w:pStyle w:val="ListBullet"/>
        <w:numPr>
          <w:ilvl w:val="0"/>
          <w:numId w:val="1"/>
        </w:numPr>
        <w:rPr/>
      </w:pPr>
      <w:r>
        <w:rPr/>
        <w:t>Syrup: 1 cup sugar and ½ cup water</w:t>
      </w:r>
    </w:p>
    <w:p>
      <w:pPr>
        <w:pStyle w:val="Heading3"/>
        <w:rPr/>
      </w:pPr>
      <w:r>
        <w:rPr/>
        <w:t>Traditional method</w:t>
      </w:r>
    </w:p>
    <w:p>
      <w:pPr>
        <w:pStyle w:val="ListNumber"/>
        <w:numPr>
          <w:ilvl w:val="0"/>
          <w:numId w:val="4"/>
        </w:numPr>
        <w:rPr/>
      </w:pPr>
      <w:r>
        <w:rPr/>
        <w:t>Rub chilled ghee into maida until crumbly. Add milk and enough cold water to make a thin, pourable batter; whisk out lumps.</w:t>
      </w:r>
    </w:p>
    <w:p>
      <w:pPr>
        <w:pStyle w:val="ListNumber"/>
        <w:numPr>
          <w:ilvl w:val="0"/>
          <w:numId w:val="4"/>
        </w:numPr>
        <w:rPr/>
      </w:pPr>
      <w:r>
        <w:rPr/>
        <w:t>Heat ghee in a deep, narrow vessel, leaving ample headroom. The fat should be hot but not smoking.</w:t>
      </w:r>
    </w:p>
    <w:p>
      <w:pPr>
        <w:pStyle w:val="ListNumber"/>
        <w:numPr>
          <w:ilvl w:val="0"/>
          <w:numId w:val="4"/>
        </w:numPr>
        <w:rPr/>
      </w:pPr>
      <w:r>
        <w:rPr/>
        <w:t>Pour a thin stream of batter into the centre from a height; it will foam and form holes. Repeat small pours, allowing foam to settle between additions.</w:t>
      </w:r>
    </w:p>
    <w:p>
      <w:pPr>
        <w:pStyle w:val="ListNumber"/>
        <w:numPr>
          <w:ilvl w:val="0"/>
          <w:numId w:val="4"/>
        </w:numPr>
        <w:rPr/>
      </w:pPr>
      <w:r>
        <w:rPr/>
        <w:t>Cook until the disc is golden and crisp. Lift out carefully with two skewers and drain.</w:t>
      </w:r>
    </w:p>
    <w:p>
      <w:pPr>
        <w:pStyle w:val="ListNumber"/>
        <w:numPr>
          <w:ilvl w:val="0"/>
          <w:numId w:val="4"/>
        </w:numPr>
        <w:rPr/>
      </w:pPr>
      <w:r>
        <w:rPr/>
        <w:t>Dip briefly in warm syrup or serve plain. Cool before adding rabri or malai.</w:t>
      </w:r>
    </w:p>
    <w:p>
      <w:pPr>
        <w:pStyle w:val="Normal"/>
        <w:rPr/>
      </w:pPr>
      <w:r>
        <w:rPr/>
        <w:t>Technique note: Hot ghee can foam sharply; use a stable deep pot, long-handled ladle and small pours. Do not overfill the vessel.</w:t>
      </w:r>
    </w:p>
    <w:p>
      <w:pPr>
        <w:pStyle w:val="Heading2"/>
        <w:rPr/>
      </w:pPr>
      <w:r>
        <w:rPr/>
        <w:t>Gujia</w:t>
      </w:r>
    </w:p>
    <w:p>
      <w:pPr>
        <w:pStyle w:val="Normal"/>
        <w:rPr/>
      </w:pPr>
      <w:r>
        <w:rPr>
          <w:b/>
          <w:color w:val="5A5A4B"/>
          <w:sz w:val="18"/>
        </w:rPr>
        <w:t>Region: Uttar Pradesh  |  Yield: 12 gujia</w:t>
      </w:r>
    </w:p>
    <w:p>
      <w:pPr>
        <w:pStyle w:val="Normal"/>
        <w:rPr/>
      </w:pPr>
      <w:r>
        <w:rPr/>
        <w:t>Origins &amp; variations: A crescent-shaped pastry filled with khoya, nuts and cardamom, especially prepared for Holi and other celebrations.</w:t>
      </w:r>
    </w:p>
    <w:p>
      <w:pPr>
        <w:pStyle w:val="Normal"/>
        <w:rPr/>
      </w:pPr>
      <w:r>
        <w:rPr/>
        <w:t>Serving: Some fillings include coconut or semolina; the pastry must be sealed tightly to prevent leakage.</w:t>
      </w:r>
    </w:p>
    <w:p>
      <w:pPr>
        <w:pStyle w:val="Heading3"/>
        <w:rPr/>
      </w:pPr>
      <w:r>
        <w:rPr/>
        <w:t>Ingredients</w:t>
      </w:r>
    </w:p>
    <w:p>
      <w:pPr>
        <w:pStyle w:val="ListBullet"/>
        <w:numPr>
          <w:ilvl w:val="0"/>
          <w:numId w:val="1"/>
        </w:numPr>
        <w:rPr/>
      </w:pPr>
      <w:r>
        <w:rPr/>
        <w:t>Pastry: 2 cups maida, 4 tbsp ghee, water</w:t>
      </w:r>
    </w:p>
    <w:p>
      <w:pPr>
        <w:pStyle w:val="ListBullet"/>
        <w:numPr>
          <w:ilvl w:val="0"/>
          <w:numId w:val="1"/>
        </w:numPr>
        <w:rPr/>
      </w:pPr>
      <w:r>
        <w:rPr/>
        <w:t>Filling: 250 g khoya, ½ cup sugar, 2 tbsp chopped nuts, 2 tbsp raisins, ½ tsp cardamom</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Rub ghee into maida and add water to make a firm dough. Cover and rest 30 minutes.</w:t>
      </w:r>
    </w:p>
    <w:p>
      <w:pPr>
        <w:pStyle w:val="ListNumber"/>
        <w:numPr>
          <w:ilvl w:val="0"/>
          <w:numId w:val="4"/>
        </w:numPr>
        <w:rPr/>
      </w:pPr>
      <w:r>
        <w:rPr/>
        <w:t>Roast crumbled khoya in a dry pan over low heat until lightly golden. Cool, then mix with sugar, nuts, raisins and cardamom.</w:t>
      </w:r>
    </w:p>
    <w:p>
      <w:pPr>
        <w:pStyle w:val="ListNumber"/>
        <w:numPr>
          <w:ilvl w:val="0"/>
          <w:numId w:val="4"/>
        </w:numPr>
        <w:rPr/>
      </w:pPr>
      <w:r>
        <w:rPr/>
        <w:t>Roll small dough balls into thin discs. Place filling on one half, moisten the edge and fold over.</w:t>
      </w:r>
    </w:p>
    <w:p>
      <w:pPr>
        <w:pStyle w:val="ListNumber"/>
        <w:numPr>
          <w:ilvl w:val="0"/>
          <w:numId w:val="4"/>
        </w:numPr>
        <w:rPr/>
      </w:pPr>
      <w:r>
        <w:rPr/>
        <w:t>Press the seam firmly and crimp or use a gujia mould. Keep covered while shaping.</w:t>
      </w:r>
    </w:p>
    <w:p>
      <w:pPr>
        <w:pStyle w:val="ListNumber"/>
        <w:numPr>
          <w:ilvl w:val="0"/>
          <w:numId w:val="4"/>
        </w:numPr>
        <w:rPr/>
      </w:pPr>
      <w:r>
        <w:rPr/>
        <w:t>Fry over low-medium heat until evenly golden and crisp. Cool fully before storing.</w:t>
      </w:r>
    </w:p>
    <w:p>
      <w:pPr>
        <w:pStyle w:val="Heading2"/>
        <w:rPr/>
      </w:pPr>
      <w:r>
        <w:rPr/>
        <w:t>Thekua</w:t>
      </w:r>
    </w:p>
    <w:p>
      <w:pPr>
        <w:pStyle w:val="Normal"/>
        <w:rPr/>
      </w:pPr>
      <w:r>
        <w:rPr>
          <w:b/>
          <w:color w:val="5A5A4B"/>
          <w:sz w:val="18"/>
        </w:rPr>
        <w:t>Region: Uttar Pradesh / eastern North Indian traditions  |  Yield: 12–16 pieces</w:t>
      </w:r>
    </w:p>
    <w:p>
      <w:pPr>
        <w:pStyle w:val="Normal"/>
        <w:rPr/>
      </w:pPr>
      <w:r>
        <w:rPr/>
        <w:t>Origins &amp; variations: A durable wheat-flour sweet associated especially with Bihar and neighbouring regions, including parts of eastern UP. Jaggery gives its earthy sweetness and long keeping quality.</w:t>
      </w:r>
    </w:p>
    <w:p>
      <w:pPr>
        <w:pStyle w:val="Normal"/>
        <w:rPr/>
      </w:pPr>
      <w:r>
        <w:rPr/>
        <w:t>Serving: Some versions use coconut, fennel or cardamom; dough is firm and traditionally pressed into wooden moulds.</w:t>
      </w:r>
    </w:p>
    <w:p>
      <w:pPr>
        <w:pStyle w:val="Heading3"/>
        <w:rPr/>
      </w:pPr>
      <w:r>
        <w:rPr/>
        <w:t>Ingredients</w:t>
      </w:r>
    </w:p>
    <w:p>
      <w:pPr>
        <w:pStyle w:val="ListBullet"/>
        <w:numPr>
          <w:ilvl w:val="0"/>
          <w:numId w:val="1"/>
        </w:numPr>
        <w:rPr/>
      </w:pPr>
      <w:r>
        <w:rPr/>
        <w:t>2 cups atta</w:t>
      </w:r>
    </w:p>
    <w:p>
      <w:pPr>
        <w:pStyle w:val="ListBullet"/>
        <w:numPr>
          <w:ilvl w:val="0"/>
          <w:numId w:val="1"/>
        </w:numPr>
        <w:rPr/>
      </w:pPr>
      <w:r>
        <w:rPr/>
        <w:t>¾ cup grated jaggery</w:t>
      </w:r>
    </w:p>
    <w:p>
      <w:pPr>
        <w:pStyle w:val="ListBullet"/>
        <w:numPr>
          <w:ilvl w:val="0"/>
          <w:numId w:val="1"/>
        </w:numPr>
        <w:rPr/>
      </w:pPr>
      <w:r>
        <w:rPr/>
        <w:t>½ cup water</w:t>
      </w:r>
    </w:p>
    <w:p>
      <w:pPr>
        <w:pStyle w:val="ListBullet"/>
        <w:numPr>
          <w:ilvl w:val="0"/>
          <w:numId w:val="1"/>
        </w:numPr>
        <w:rPr/>
      </w:pPr>
      <w:r>
        <w:rPr/>
        <w:t>4 tbsp ghee</w:t>
      </w:r>
    </w:p>
    <w:p>
      <w:pPr>
        <w:pStyle w:val="ListBullet"/>
        <w:numPr>
          <w:ilvl w:val="0"/>
          <w:numId w:val="1"/>
        </w:numPr>
        <w:rPr/>
      </w:pPr>
      <w:r>
        <w:rPr/>
        <w:t>1 tsp fennel</w:t>
      </w:r>
    </w:p>
    <w:p>
      <w:pPr>
        <w:pStyle w:val="ListBullet"/>
        <w:numPr>
          <w:ilvl w:val="0"/>
          <w:numId w:val="1"/>
        </w:numPr>
        <w:rPr/>
      </w:pPr>
      <w:r>
        <w:rPr/>
        <w:t>2 tbsp grated coconut (optional)</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Warm water and dissolve jaggery; strain to remove grit and cool until lukewarm.</w:t>
      </w:r>
    </w:p>
    <w:p>
      <w:pPr>
        <w:pStyle w:val="ListNumber"/>
        <w:numPr>
          <w:ilvl w:val="0"/>
          <w:numId w:val="4"/>
        </w:numPr>
        <w:rPr/>
      </w:pPr>
      <w:r>
        <w:rPr/>
        <w:t>Rub ghee into atta. Add fennel and optional coconut, then add jaggery water gradually to form a firm dough.</w:t>
      </w:r>
    </w:p>
    <w:p>
      <w:pPr>
        <w:pStyle w:val="ListNumber"/>
        <w:numPr>
          <w:ilvl w:val="0"/>
          <w:numId w:val="4"/>
        </w:numPr>
        <w:rPr/>
      </w:pPr>
      <w:r>
        <w:rPr/>
        <w:t>Rest 10 minutes. Shape into small discs and press with a traditional wooden mould or pattern.</w:t>
      </w:r>
    </w:p>
    <w:p>
      <w:pPr>
        <w:pStyle w:val="ListNumber"/>
        <w:numPr>
          <w:ilvl w:val="0"/>
          <w:numId w:val="4"/>
        </w:numPr>
        <w:rPr/>
      </w:pPr>
      <w:r>
        <w:rPr/>
        <w:t>Fry in medium-warm ghee or oil over low-medium heat until deep golden and cooked through.</w:t>
      </w:r>
    </w:p>
    <w:p>
      <w:pPr>
        <w:pStyle w:val="ListNumber"/>
        <w:numPr>
          <w:ilvl w:val="0"/>
          <w:numId w:val="4"/>
        </w:numPr>
        <w:rPr/>
      </w:pPr>
      <w:r>
        <w:rPr/>
        <w:t>Cool completely; thekua firms as it cools and keeps well in an airtight tin.</w:t>
      </w:r>
    </w:p>
    <w:p>
      <w:pPr>
        <w:pStyle w:val="Heading2"/>
        <w:rPr/>
      </w:pPr>
      <w:r>
        <w:rPr/>
        <w:t>Sohan Halwa</w:t>
      </w:r>
    </w:p>
    <w:p>
      <w:pPr>
        <w:pStyle w:val="Normal"/>
        <w:rPr/>
      </w:pPr>
      <w:r>
        <w:rPr>
          <w:b/>
          <w:color w:val="5A5A4B"/>
          <w:sz w:val="18"/>
        </w:rPr>
        <w:t>Region: Uttar Pradesh (Rampur association; not exclusive to Awadh)  |  Yield: 8–10 pieces</w:t>
      </w:r>
    </w:p>
    <w:p>
      <w:pPr>
        <w:pStyle w:val="Normal"/>
        <w:rPr/>
      </w:pPr>
      <w:r>
        <w:rPr/>
        <w:t>Origins &amp; variations: A dense, glossy confection associated with several North Indian sweet-making traditions. Flour, ghee, sugar syrup and nuts are cooked to a firm, chewy finish.</w:t>
      </w:r>
    </w:p>
    <w:p>
      <w:pPr>
        <w:pStyle w:val="Normal"/>
        <w:rPr/>
      </w:pPr>
      <w:r>
        <w:rPr/>
        <w:t>Serving: Traditional commercial versions can be technically demanding; this small-batch version aims for the characteristic chewy texture.</w:t>
      </w:r>
    </w:p>
    <w:p>
      <w:pPr>
        <w:pStyle w:val="Heading3"/>
        <w:rPr/>
      </w:pPr>
      <w:r>
        <w:rPr/>
        <w:t>Ingredients</w:t>
      </w:r>
    </w:p>
    <w:p>
      <w:pPr>
        <w:pStyle w:val="ListBullet"/>
        <w:numPr>
          <w:ilvl w:val="0"/>
          <w:numId w:val="1"/>
        </w:numPr>
        <w:rPr/>
      </w:pPr>
      <w:r>
        <w:rPr/>
        <w:t>½ cup maida</w:t>
      </w:r>
    </w:p>
    <w:p>
      <w:pPr>
        <w:pStyle w:val="ListBullet"/>
        <w:numPr>
          <w:ilvl w:val="0"/>
          <w:numId w:val="1"/>
        </w:numPr>
        <w:rPr/>
      </w:pPr>
      <w:r>
        <w:rPr/>
        <w:t>½ cup ghee</w:t>
      </w:r>
    </w:p>
    <w:p>
      <w:pPr>
        <w:pStyle w:val="ListBullet"/>
        <w:numPr>
          <w:ilvl w:val="0"/>
          <w:numId w:val="1"/>
        </w:numPr>
        <w:rPr/>
      </w:pPr>
      <w:r>
        <w:rPr/>
        <w:t>1 cup sugar</w:t>
      </w:r>
    </w:p>
    <w:p>
      <w:pPr>
        <w:pStyle w:val="ListBullet"/>
        <w:numPr>
          <w:ilvl w:val="0"/>
          <w:numId w:val="1"/>
        </w:numPr>
        <w:rPr/>
      </w:pPr>
      <w:r>
        <w:rPr/>
        <w:t>1 cup water</w:t>
      </w:r>
    </w:p>
    <w:p>
      <w:pPr>
        <w:pStyle w:val="ListBullet"/>
        <w:numPr>
          <w:ilvl w:val="0"/>
          <w:numId w:val="1"/>
        </w:numPr>
        <w:rPr/>
      </w:pPr>
      <w:r>
        <w:rPr/>
        <w:t>2 tbsp chopped almonds</w:t>
      </w:r>
    </w:p>
    <w:p>
      <w:pPr>
        <w:pStyle w:val="ListBullet"/>
        <w:numPr>
          <w:ilvl w:val="0"/>
          <w:numId w:val="1"/>
        </w:numPr>
        <w:rPr/>
      </w:pPr>
      <w:r>
        <w:rPr/>
        <w:t>¼ tsp cardamom</w:t>
      </w:r>
    </w:p>
    <w:p>
      <w:pPr>
        <w:pStyle w:val="Heading3"/>
        <w:rPr/>
      </w:pPr>
      <w:r>
        <w:rPr/>
        <w:t>Traditional method</w:t>
      </w:r>
    </w:p>
    <w:p>
      <w:pPr>
        <w:pStyle w:val="ListNumber"/>
        <w:numPr>
          <w:ilvl w:val="0"/>
          <w:numId w:val="4"/>
        </w:numPr>
        <w:rPr/>
      </w:pPr>
      <w:r>
        <w:rPr/>
        <w:t>Make a sugar syrup by simmering sugar and water until thick and sticky.</w:t>
      </w:r>
    </w:p>
    <w:p>
      <w:pPr>
        <w:pStyle w:val="ListNumber"/>
        <w:numPr>
          <w:ilvl w:val="0"/>
          <w:numId w:val="4"/>
        </w:numPr>
        <w:rPr/>
      </w:pPr>
      <w:r>
        <w:rPr/>
        <w:t>Warm ghee in a heavy pan and add maida. Roast over low heat until aromatic and pale golden.</w:t>
      </w:r>
    </w:p>
    <w:p>
      <w:pPr>
        <w:pStyle w:val="ListNumber"/>
        <w:numPr>
          <w:ilvl w:val="0"/>
          <w:numId w:val="4"/>
        </w:numPr>
        <w:rPr/>
      </w:pPr>
      <w:r>
        <w:rPr/>
        <w:t>Gradually add hot syrup while stirring constantly; the mixture will bubble vigorously.</w:t>
      </w:r>
    </w:p>
    <w:p>
      <w:pPr>
        <w:pStyle w:val="ListNumber"/>
        <w:numPr>
          <w:ilvl w:val="0"/>
          <w:numId w:val="4"/>
        </w:numPr>
        <w:rPr/>
      </w:pPr>
      <w:r>
        <w:rPr/>
        <w:t>Continue cooking over low heat, stirring and folding until the mixture thickens, becomes glossy and begins to pull away from the pan.</w:t>
      </w:r>
    </w:p>
    <w:p>
      <w:pPr>
        <w:pStyle w:val="ListNumber"/>
        <w:numPr>
          <w:ilvl w:val="0"/>
          <w:numId w:val="4"/>
        </w:numPr>
        <w:rPr/>
      </w:pPr>
      <w:r>
        <w:rPr/>
        <w:t>Mix in nuts and cardamom. Spread into a greased tray and cool until firm enough to cut.</w:t>
      </w:r>
    </w:p>
    <w:p>
      <w:pPr>
        <w:pStyle w:val="Normal"/>
        <w:rPr/>
      </w:pPr>
      <w:r>
        <w:rPr/>
        <w:t>Technique note: Exact sohan halwa methods vary significantly by maker; the defining features are a dense, chewy set and a long, controlled cook.</w:t>
      </w:r>
    </w:p>
    <w:p>
      <w:pPr>
        <w:pStyle w:val="Heading2"/>
        <w:rPr/>
      </w:pPr>
      <w:r>
        <w:rPr/>
        <w:t>Mawa-bati</w:t>
      </w:r>
    </w:p>
    <w:p>
      <w:pPr>
        <w:pStyle w:val="Normal"/>
        <w:rPr/>
      </w:pPr>
      <w:r>
        <w:rPr>
          <w:b/>
          <w:color w:val="5A5A4B"/>
          <w:sz w:val="18"/>
        </w:rPr>
        <w:t>Region: Madhya Pradesh  |  Yield: 8 pieces</w:t>
      </w:r>
    </w:p>
    <w:p>
      <w:pPr>
        <w:pStyle w:val="Normal"/>
        <w:rPr/>
      </w:pPr>
      <w:r>
        <w:rPr/>
        <w:t>Origins &amp; variations: A rich khoya-based fried sweet found in central Indian sweet shops, often larger than gulab jamun and filled or shaped into substantial rounds.</w:t>
      </w:r>
    </w:p>
    <w:p>
      <w:pPr>
        <w:pStyle w:val="Normal"/>
        <w:rPr/>
      </w:pPr>
      <w:r>
        <w:rPr/>
        <w:t>Serving: Some versions include nuts or a small filling; a smooth dough and slow frying are essential.</w:t>
      </w:r>
    </w:p>
    <w:p>
      <w:pPr>
        <w:pStyle w:val="Heading3"/>
        <w:rPr/>
      </w:pPr>
      <w:r>
        <w:rPr/>
        <w:t>Ingredients</w:t>
      </w:r>
    </w:p>
    <w:p>
      <w:pPr>
        <w:pStyle w:val="ListBullet"/>
        <w:numPr>
          <w:ilvl w:val="0"/>
          <w:numId w:val="1"/>
        </w:numPr>
        <w:rPr/>
      </w:pPr>
      <w:r>
        <w:rPr/>
        <w:t>300 g khoya</w:t>
      </w:r>
    </w:p>
    <w:p>
      <w:pPr>
        <w:pStyle w:val="ListBullet"/>
        <w:numPr>
          <w:ilvl w:val="0"/>
          <w:numId w:val="1"/>
        </w:numPr>
        <w:rPr/>
      </w:pPr>
      <w:r>
        <w:rPr/>
        <w:t>½ cup maida</w:t>
      </w:r>
    </w:p>
    <w:p>
      <w:pPr>
        <w:pStyle w:val="ListBullet"/>
        <w:numPr>
          <w:ilvl w:val="0"/>
          <w:numId w:val="1"/>
        </w:numPr>
        <w:rPr/>
      </w:pPr>
      <w:r>
        <w:rPr/>
        <w:t>2 tbsp semolina</w:t>
      </w:r>
    </w:p>
    <w:p>
      <w:pPr>
        <w:pStyle w:val="ListBullet"/>
        <w:numPr>
          <w:ilvl w:val="0"/>
          <w:numId w:val="1"/>
        </w:numPr>
        <w:rPr/>
      </w:pPr>
      <w:r>
        <w:rPr/>
        <w:t>1–2 tbsp milk as needed</w:t>
      </w:r>
    </w:p>
    <w:p>
      <w:pPr>
        <w:pStyle w:val="ListBullet"/>
        <w:numPr>
          <w:ilvl w:val="0"/>
          <w:numId w:val="1"/>
        </w:numPr>
        <w:rPr/>
      </w:pPr>
      <w:r>
        <w:rPr/>
        <w:t>Syrup: 2 cups sugar and 2 cups water with cardamom</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Simmer sugar and water to a light sticky syrup; add cardamom and keep warm.</w:t>
      </w:r>
    </w:p>
    <w:p>
      <w:pPr>
        <w:pStyle w:val="ListNumber"/>
        <w:numPr>
          <w:ilvl w:val="0"/>
          <w:numId w:val="4"/>
        </w:numPr>
        <w:rPr/>
      </w:pPr>
      <w:r>
        <w:rPr/>
        <w:t>Crumb khoya and mix with maida and semolina. Add milk by drops to form a soft, smooth dough.</w:t>
      </w:r>
    </w:p>
    <w:p>
      <w:pPr>
        <w:pStyle w:val="ListNumber"/>
        <w:numPr>
          <w:ilvl w:val="0"/>
          <w:numId w:val="4"/>
        </w:numPr>
        <w:rPr/>
      </w:pPr>
      <w:r>
        <w:rPr/>
        <w:t>Shape into medium rounds with no cracks; keep them covered.</w:t>
      </w:r>
    </w:p>
    <w:p>
      <w:pPr>
        <w:pStyle w:val="ListNumber"/>
        <w:numPr>
          <w:ilvl w:val="0"/>
          <w:numId w:val="4"/>
        </w:numPr>
        <w:rPr/>
      </w:pPr>
      <w:r>
        <w:rPr/>
        <w:t>Fry in moderately warm ghee over low heat, turning regularly until deep golden and cooked through.</w:t>
      </w:r>
    </w:p>
    <w:p>
      <w:pPr>
        <w:pStyle w:val="ListNumber"/>
        <w:numPr>
          <w:ilvl w:val="0"/>
          <w:numId w:val="4"/>
        </w:numPr>
        <w:rPr/>
      </w:pPr>
      <w:r>
        <w:rPr/>
        <w:t>Soak in warm syrup for 1–2 hours before serving.</w:t>
      </w:r>
    </w:p>
    <w:p>
      <w:pPr>
        <w:pStyle w:val="Heading2"/>
        <w:rPr/>
      </w:pPr>
      <w:r>
        <w:rPr/>
        <w:t>Shreekhand</w:t>
      </w:r>
    </w:p>
    <w:p>
      <w:pPr>
        <w:pStyle w:val="Normal"/>
        <w:rPr/>
      </w:pPr>
      <w:r>
        <w:rPr>
          <w:b/>
          <w:color w:val="5A5A4B"/>
          <w:sz w:val="18"/>
        </w:rPr>
        <w:t>Region: Madhya Pradesh / wider western-central India  |  Yield: 6 portions</w:t>
      </w:r>
    </w:p>
    <w:p>
      <w:pPr>
        <w:pStyle w:val="Normal"/>
        <w:rPr/>
      </w:pPr>
      <w:r>
        <w:rPr/>
        <w:t>Origins &amp; variations: A strained-yogurt sweet with roots in western India and a presence in neighbouring central Indian foodways. Its texture depends on removing whey slowly.</w:t>
      </w:r>
    </w:p>
    <w:p>
      <w:pPr>
        <w:pStyle w:val="Normal"/>
        <w:rPr/>
      </w:pPr>
      <w:r>
        <w:rPr/>
        <w:t>Serving: Cardamom and saffron are classic; mango is a separate seasonal variation.</w:t>
      </w:r>
    </w:p>
    <w:p>
      <w:pPr>
        <w:pStyle w:val="Heading3"/>
        <w:rPr/>
      </w:pPr>
      <w:r>
        <w:rPr/>
        <w:t>Ingredients</w:t>
      </w:r>
    </w:p>
    <w:p>
      <w:pPr>
        <w:pStyle w:val="ListBullet"/>
        <w:numPr>
          <w:ilvl w:val="0"/>
          <w:numId w:val="1"/>
        </w:numPr>
        <w:rPr/>
      </w:pPr>
      <w:r>
        <w:rPr/>
        <w:t>1 kg full-fat plain curd</w:t>
      </w:r>
    </w:p>
    <w:p>
      <w:pPr>
        <w:pStyle w:val="ListBullet"/>
        <w:numPr>
          <w:ilvl w:val="0"/>
          <w:numId w:val="1"/>
        </w:numPr>
        <w:rPr/>
      </w:pPr>
      <w:r>
        <w:rPr/>
        <w:t>½ cup powdered sugar, to taste</w:t>
      </w:r>
    </w:p>
    <w:p>
      <w:pPr>
        <w:pStyle w:val="ListBullet"/>
        <w:numPr>
          <w:ilvl w:val="0"/>
          <w:numId w:val="1"/>
        </w:numPr>
        <w:rPr/>
      </w:pPr>
      <w:r>
        <w:rPr/>
        <w:t>¼ tsp cardamom</w:t>
      </w:r>
    </w:p>
    <w:p>
      <w:pPr>
        <w:pStyle w:val="ListBullet"/>
        <w:numPr>
          <w:ilvl w:val="0"/>
          <w:numId w:val="1"/>
        </w:numPr>
        <w:rPr/>
      </w:pPr>
      <w:r>
        <w:rPr/>
        <w:t>A few saffron strands</w:t>
      </w:r>
    </w:p>
    <w:p>
      <w:pPr>
        <w:pStyle w:val="ListBullet"/>
        <w:numPr>
          <w:ilvl w:val="0"/>
          <w:numId w:val="1"/>
        </w:numPr>
        <w:rPr/>
      </w:pPr>
      <w:r>
        <w:rPr/>
        <w:t>2 tbsp chopped pistachios</w:t>
      </w:r>
    </w:p>
    <w:p>
      <w:pPr>
        <w:pStyle w:val="Heading3"/>
        <w:rPr/>
      </w:pPr>
      <w:r>
        <w:rPr/>
        <w:t>Traditional method</w:t>
      </w:r>
    </w:p>
    <w:p>
      <w:pPr>
        <w:pStyle w:val="ListNumber"/>
        <w:numPr>
          <w:ilvl w:val="0"/>
          <w:numId w:val="4"/>
        </w:numPr>
        <w:rPr/>
      </w:pPr>
      <w:r>
        <w:rPr/>
        <w:t>Line a sieve with clean muslin, add curd and hang over a bowl in the refrigerator for 6–8 hours or overnight.</w:t>
      </w:r>
    </w:p>
    <w:p>
      <w:pPr>
        <w:pStyle w:val="ListNumber"/>
        <w:numPr>
          <w:ilvl w:val="0"/>
          <w:numId w:val="4"/>
        </w:numPr>
        <w:rPr/>
      </w:pPr>
      <w:r>
        <w:rPr/>
        <w:t>Transfer the thick strained curd to a bowl and whisk until smooth.</w:t>
      </w:r>
    </w:p>
    <w:p>
      <w:pPr>
        <w:pStyle w:val="ListNumber"/>
        <w:numPr>
          <w:ilvl w:val="0"/>
          <w:numId w:val="4"/>
        </w:numPr>
        <w:rPr/>
      </w:pPr>
      <w:r>
        <w:rPr/>
        <w:t>Add powdered sugar, cardamom and saffron. Whisk until silky and taste for sweetness.</w:t>
      </w:r>
    </w:p>
    <w:p>
      <w:pPr>
        <w:pStyle w:val="ListNumber"/>
        <w:numPr>
          <w:ilvl w:val="0"/>
          <w:numId w:val="4"/>
        </w:numPr>
        <w:rPr/>
      </w:pPr>
      <w:r>
        <w:rPr/>
        <w:t>Chill at least 1 hour. Garnish with pistachios and serve cold.</w:t>
      </w:r>
    </w:p>
    <w:p>
      <w:pPr>
        <w:pStyle w:val="Heading2"/>
        <w:rPr/>
      </w:pPr>
      <w:r>
        <w:rPr/>
        <w:t>Khoprapak</w:t>
      </w:r>
    </w:p>
    <w:p>
      <w:pPr>
        <w:pStyle w:val="Normal"/>
        <w:rPr/>
      </w:pPr>
      <w:r>
        <w:rPr>
          <w:b/>
          <w:color w:val="5A5A4B"/>
          <w:sz w:val="18"/>
        </w:rPr>
        <w:t>Region: Madhya Pradesh  |  Yield: 12 pieces</w:t>
      </w:r>
    </w:p>
    <w:p>
      <w:pPr>
        <w:pStyle w:val="Normal"/>
        <w:rPr/>
      </w:pPr>
      <w:r>
        <w:rPr/>
        <w:t>Origins &amp; variations: A coconut-based sweet, often made with grated coconut, sugar and milk or khoya. The name and exact texture vary among central Indian sweet shops.</w:t>
      </w:r>
    </w:p>
    <w:p>
      <w:pPr>
        <w:pStyle w:val="Normal"/>
        <w:rPr/>
      </w:pPr>
      <w:r>
        <w:rPr/>
        <w:t>Serving: Use fresh grated coconut for a moist, fragrant result; dry coconut yields a firmer sweet.</w:t>
      </w:r>
    </w:p>
    <w:p>
      <w:pPr>
        <w:pStyle w:val="Heading3"/>
        <w:rPr/>
      </w:pPr>
      <w:r>
        <w:rPr/>
        <w:t>Ingredients</w:t>
      </w:r>
    </w:p>
    <w:p>
      <w:pPr>
        <w:pStyle w:val="ListBullet"/>
        <w:numPr>
          <w:ilvl w:val="0"/>
          <w:numId w:val="1"/>
        </w:numPr>
        <w:rPr/>
      </w:pPr>
      <w:r>
        <w:rPr/>
        <w:t>2 cups fresh grated coconut</w:t>
      </w:r>
    </w:p>
    <w:p>
      <w:pPr>
        <w:pStyle w:val="ListBullet"/>
        <w:numPr>
          <w:ilvl w:val="0"/>
          <w:numId w:val="1"/>
        </w:numPr>
        <w:rPr/>
      </w:pPr>
      <w:r>
        <w:rPr/>
        <w:t>1 cup sugar</w:t>
      </w:r>
    </w:p>
    <w:p>
      <w:pPr>
        <w:pStyle w:val="ListBullet"/>
        <w:numPr>
          <w:ilvl w:val="0"/>
          <w:numId w:val="1"/>
        </w:numPr>
        <w:rPr/>
      </w:pPr>
      <w:r>
        <w:rPr/>
        <w:t>½ cup milk</w:t>
      </w:r>
    </w:p>
    <w:p>
      <w:pPr>
        <w:pStyle w:val="ListBullet"/>
        <w:numPr>
          <w:ilvl w:val="0"/>
          <w:numId w:val="1"/>
        </w:numPr>
        <w:rPr/>
      </w:pPr>
      <w:r>
        <w:rPr/>
        <w:t>2 tbsp ghee</w:t>
      </w:r>
    </w:p>
    <w:p>
      <w:pPr>
        <w:pStyle w:val="ListBullet"/>
        <w:numPr>
          <w:ilvl w:val="0"/>
          <w:numId w:val="1"/>
        </w:numPr>
        <w:rPr/>
      </w:pPr>
      <w:r>
        <w:rPr/>
        <w:t>¼ tsp cardamom</w:t>
      </w:r>
    </w:p>
    <w:p>
      <w:pPr>
        <w:pStyle w:val="ListBullet"/>
        <w:numPr>
          <w:ilvl w:val="0"/>
          <w:numId w:val="1"/>
        </w:numPr>
        <w:rPr/>
      </w:pPr>
      <w:r>
        <w:rPr/>
        <w:t>2 tbsp chopped nuts</w:t>
      </w:r>
    </w:p>
    <w:p>
      <w:pPr>
        <w:pStyle w:val="Heading3"/>
        <w:rPr/>
      </w:pPr>
      <w:r>
        <w:rPr/>
        <w:t>Traditional method</w:t>
      </w:r>
    </w:p>
    <w:p>
      <w:pPr>
        <w:pStyle w:val="ListNumber"/>
        <w:numPr>
          <w:ilvl w:val="0"/>
          <w:numId w:val="4"/>
        </w:numPr>
        <w:rPr/>
      </w:pPr>
      <w:r>
        <w:rPr/>
        <w:t>Grease a shallow tray. Heat ghee in a heavy pan and add coconut.</w:t>
      </w:r>
    </w:p>
    <w:p>
      <w:pPr>
        <w:pStyle w:val="ListNumber"/>
        <w:numPr>
          <w:ilvl w:val="0"/>
          <w:numId w:val="4"/>
        </w:numPr>
        <w:rPr/>
      </w:pPr>
      <w:r>
        <w:rPr/>
        <w:t>Roast gently for 3–4 minutes without browning. Add milk and simmer until the coconut softens.</w:t>
      </w:r>
    </w:p>
    <w:p>
      <w:pPr>
        <w:pStyle w:val="ListNumber"/>
        <w:numPr>
          <w:ilvl w:val="0"/>
          <w:numId w:val="4"/>
        </w:numPr>
        <w:rPr/>
      </w:pPr>
      <w:r>
        <w:rPr/>
        <w:t>Add sugar and stir continuously as the mixture releases moisture and then thickens.</w:t>
      </w:r>
    </w:p>
    <w:p>
      <w:pPr>
        <w:pStyle w:val="ListNumber"/>
        <w:numPr>
          <w:ilvl w:val="0"/>
          <w:numId w:val="4"/>
        </w:numPr>
        <w:rPr/>
      </w:pPr>
      <w:r>
        <w:rPr/>
        <w:t>Cook until it leaves the sides of the pan and holds together when pressed. Add cardamom and nuts.</w:t>
      </w:r>
    </w:p>
    <w:p>
      <w:pPr>
        <w:pStyle w:val="ListNumber"/>
        <w:numPr>
          <w:ilvl w:val="0"/>
          <w:numId w:val="4"/>
        </w:numPr>
        <w:rPr/>
      </w:pPr>
      <w:r>
        <w:rPr/>
        <w:t>Spread in the tray, level, cool until set and cut into squares.</w:t>
      </w:r>
    </w:p>
    <w:p>
      <w:pPr>
        <w:pStyle w:val="Heading2"/>
        <w:rPr/>
      </w:pPr>
      <w:r>
        <w:rPr/>
        <w:t>Kusli</w:t>
      </w:r>
    </w:p>
    <w:p>
      <w:pPr>
        <w:pStyle w:val="Normal"/>
        <w:rPr/>
      </w:pPr>
      <w:r>
        <w:rPr>
          <w:b/>
          <w:color w:val="5A5A4B"/>
          <w:sz w:val="18"/>
        </w:rPr>
        <w:t>Region: Madhya Pradesh (regional festive sweet)  |  Yield: 12 pieces</w:t>
      </w:r>
    </w:p>
    <w:p>
      <w:pPr>
        <w:pStyle w:val="Normal"/>
        <w:rPr/>
      </w:pPr>
      <w:r>
        <w:rPr/>
        <w:t>Origins &amp; variations: A crescent or half-moon pastry known in parts of central India, with local variations in the filling and shaping. It resembles other festive stuffed pastries but has its own household traditions.</w:t>
      </w:r>
    </w:p>
    <w:p>
      <w:pPr>
        <w:pStyle w:val="Normal"/>
        <w:rPr/>
      </w:pPr>
      <w:r>
        <w:rPr/>
        <w:t>Serving: A khoya-and-coconut filling is common in some versions; the dough should be firm and sealed well.</w:t>
      </w:r>
    </w:p>
    <w:p>
      <w:pPr>
        <w:pStyle w:val="Heading3"/>
        <w:rPr/>
      </w:pPr>
      <w:r>
        <w:rPr/>
        <w:t>Ingredients</w:t>
      </w:r>
    </w:p>
    <w:p>
      <w:pPr>
        <w:pStyle w:val="ListBullet"/>
        <w:numPr>
          <w:ilvl w:val="0"/>
          <w:numId w:val="1"/>
        </w:numPr>
        <w:rPr/>
      </w:pPr>
      <w:r>
        <w:rPr/>
        <w:t>Pastry: 2 cups maida, 4 tbsp ghee, water</w:t>
      </w:r>
    </w:p>
    <w:p>
      <w:pPr>
        <w:pStyle w:val="ListBullet"/>
        <w:numPr>
          <w:ilvl w:val="0"/>
          <w:numId w:val="1"/>
        </w:numPr>
        <w:rPr/>
      </w:pPr>
      <w:r>
        <w:rPr/>
        <w:t>Filling: 200 g khoya, ¼ cup grated coconut, ⅓ cup sugar, ½ tsp cardamom, 2 tbsp chopped nuts</w:t>
      </w:r>
    </w:p>
    <w:p>
      <w:pPr>
        <w:pStyle w:val="ListBullet"/>
        <w:numPr>
          <w:ilvl w:val="0"/>
          <w:numId w:val="1"/>
        </w:numPr>
        <w:rPr/>
      </w:pPr>
      <w:r>
        <w:rPr/>
        <w:t>Ghee or oil for frying</w:t>
      </w:r>
    </w:p>
    <w:p>
      <w:pPr>
        <w:pStyle w:val="Heading3"/>
        <w:rPr/>
      </w:pPr>
      <w:r>
        <w:rPr/>
        <w:t>Traditional method</w:t>
      </w:r>
    </w:p>
    <w:p>
      <w:pPr>
        <w:pStyle w:val="ListNumber"/>
        <w:numPr>
          <w:ilvl w:val="0"/>
          <w:numId w:val="4"/>
        </w:numPr>
        <w:rPr/>
      </w:pPr>
      <w:r>
        <w:rPr/>
        <w:t>Rub ghee into maida and add water gradually to form a firm dough. Rest 30 minutes.</w:t>
      </w:r>
    </w:p>
    <w:p>
      <w:pPr>
        <w:pStyle w:val="ListNumber"/>
        <w:numPr>
          <w:ilvl w:val="0"/>
          <w:numId w:val="4"/>
        </w:numPr>
        <w:rPr/>
      </w:pPr>
      <w:r>
        <w:rPr/>
        <w:t>Cook khoya and coconut over low heat until lightly dry. Cool, then mix in sugar, cardamom and nuts.</w:t>
      </w:r>
    </w:p>
    <w:p>
      <w:pPr>
        <w:pStyle w:val="ListNumber"/>
        <w:numPr>
          <w:ilvl w:val="0"/>
          <w:numId w:val="4"/>
        </w:numPr>
        <w:rPr/>
      </w:pPr>
      <w:r>
        <w:rPr/>
        <w:t>Roll dough into small discs, place filling in the centre and fold into a crescent.</w:t>
      </w:r>
    </w:p>
    <w:p>
      <w:pPr>
        <w:pStyle w:val="ListNumber"/>
        <w:numPr>
          <w:ilvl w:val="0"/>
          <w:numId w:val="4"/>
        </w:numPr>
        <w:rPr/>
      </w:pPr>
      <w:r>
        <w:rPr/>
        <w:t>Seal edges firmly with water and crimp. Keep covered while shaping.</w:t>
      </w:r>
    </w:p>
    <w:p>
      <w:pPr>
        <w:pStyle w:val="ListNumber"/>
        <w:numPr>
          <w:ilvl w:val="0"/>
          <w:numId w:val="4"/>
        </w:numPr>
        <w:rPr/>
      </w:pPr>
      <w:r>
        <w:rPr/>
        <w:t>Fry slowly over medium-low heat until golden and crisp. Cool before storing.</w:t>
      </w:r>
    </w:p>
    <w:p>
      <w:pPr>
        <w:pStyle w:val="Heading2"/>
        <w:rPr/>
      </w:pPr>
      <w:r>
        <w:rPr/>
        <w:t>Moong Dal Halwa</w:t>
      </w:r>
    </w:p>
    <w:p>
      <w:pPr>
        <w:pStyle w:val="Normal"/>
        <w:rPr/>
      </w:pPr>
      <w:r>
        <w:rPr>
          <w:b/>
          <w:color w:val="5A5A4B"/>
          <w:sz w:val="18"/>
        </w:rPr>
        <w:t>Region: Madhya Pradesh / North India  |  Yield: 6 portions</w:t>
      </w:r>
    </w:p>
    <w:p>
      <w:pPr>
        <w:pStyle w:val="Normal"/>
        <w:rPr/>
      </w:pPr>
      <w:r>
        <w:rPr/>
        <w:t>Origins &amp; variations: A winter and festive halwa made from soaked ground moong dal roasted patiently in ghee before milk or water and sugar are added.</w:t>
      </w:r>
    </w:p>
    <w:p>
      <w:pPr>
        <w:pStyle w:val="Normal"/>
        <w:rPr/>
      </w:pPr>
      <w:r>
        <w:rPr/>
        <w:t>Serving: The key is prolonged roasting; under-roasted dal tastes raw and remains pasty.</w:t>
      </w:r>
    </w:p>
    <w:p>
      <w:pPr>
        <w:pStyle w:val="Heading3"/>
        <w:rPr/>
      </w:pPr>
      <w:r>
        <w:rPr/>
        <w:t>Ingredients</w:t>
      </w:r>
    </w:p>
    <w:p>
      <w:pPr>
        <w:pStyle w:val="ListBullet"/>
        <w:numPr>
          <w:ilvl w:val="0"/>
          <w:numId w:val="1"/>
        </w:numPr>
        <w:rPr/>
      </w:pPr>
      <w:r>
        <w:rPr/>
        <w:t>1 cup yellow moong dal</w:t>
      </w:r>
    </w:p>
    <w:p>
      <w:pPr>
        <w:pStyle w:val="ListBullet"/>
        <w:numPr>
          <w:ilvl w:val="0"/>
          <w:numId w:val="1"/>
        </w:numPr>
        <w:rPr/>
      </w:pPr>
      <w:r>
        <w:rPr/>
        <w:t>½–¾ cup ghee</w:t>
      </w:r>
    </w:p>
    <w:p>
      <w:pPr>
        <w:pStyle w:val="ListBullet"/>
        <w:numPr>
          <w:ilvl w:val="0"/>
          <w:numId w:val="1"/>
        </w:numPr>
        <w:rPr/>
      </w:pPr>
      <w:r>
        <w:rPr/>
        <w:t>¾ cup sugar</w:t>
      </w:r>
    </w:p>
    <w:p>
      <w:pPr>
        <w:pStyle w:val="ListBullet"/>
        <w:numPr>
          <w:ilvl w:val="0"/>
          <w:numId w:val="1"/>
        </w:numPr>
        <w:rPr/>
      </w:pPr>
      <w:r>
        <w:rPr/>
        <w:t>2 cups milk or water</w:t>
      </w:r>
    </w:p>
    <w:p>
      <w:pPr>
        <w:pStyle w:val="ListBullet"/>
        <w:numPr>
          <w:ilvl w:val="0"/>
          <w:numId w:val="1"/>
        </w:numPr>
        <w:rPr/>
      </w:pPr>
      <w:r>
        <w:rPr/>
        <w:t>½ tsp cardamom</w:t>
      </w:r>
    </w:p>
    <w:p>
      <w:pPr>
        <w:pStyle w:val="ListBullet"/>
        <w:numPr>
          <w:ilvl w:val="0"/>
          <w:numId w:val="1"/>
        </w:numPr>
        <w:rPr/>
      </w:pPr>
      <w:r>
        <w:rPr/>
        <w:t>2 tbsp chopped nuts</w:t>
      </w:r>
    </w:p>
    <w:p>
      <w:pPr>
        <w:pStyle w:val="Heading3"/>
        <w:rPr/>
      </w:pPr>
      <w:r>
        <w:rPr/>
        <w:t>Traditional method</w:t>
      </w:r>
    </w:p>
    <w:p>
      <w:pPr>
        <w:pStyle w:val="ListNumber"/>
        <w:numPr>
          <w:ilvl w:val="0"/>
          <w:numId w:val="4"/>
        </w:numPr>
        <w:rPr/>
      </w:pPr>
      <w:r>
        <w:rPr/>
        <w:t>Wash and soak moong dal 4 hours. Drain thoroughly and grind coarsely with very little water.</w:t>
      </w:r>
    </w:p>
    <w:p>
      <w:pPr>
        <w:pStyle w:val="ListNumber"/>
        <w:numPr>
          <w:ilvl w:val="0"/>
          <w:numId w:val="4"/>
        </w:numPr>
        <w:rPr/>
      </w:pPr>
      <w:r>
        <w:rPr/>
        <w:t>Heat ghee in a heavy kadai. Add ground dal and roast over low-medium heat, stirring continuously.</w:t>
      </w:r>
    </w:p>
    <w:p>
      <w:pPr>
        <w:pStyle w:val="ListNumber"/>
        <w:numPr>
          <w:ilvl w:val="0"/>
          <w:numId w:val="4"/>
        </w:numPr>
        <w:rPr/>
      </w:pPr>
      <w:r>
        <w:rPr/>
        <w:t>Continue until the mixture turns golden, smells nutty and separates into granular crumbs; this may take 25–40 minutes.</w:t>
      </w:r>
    </w:p>
    <w:p>
      <w:pPr>
        <w:pStyle w:val="ListNumber"/>
        <w:numPr>
          <w:ilvl w:val="0"/>
          <w:numId w:val="4"/>
        </w:numPr>
        <w:rPr/>
      </w:pPr>
      <w:r>
        <w:rPr/>
        <w:t>Warm milk or water separately. Add carefully to the roasted dal, stirring as it bubbles.</w:t>
      </w:r>
    </w:p>
    <w:p>
      <w:pPr>
        <w:pStyle w:val="ListNumber"/>
        <w:numPr>
          <w:ilvl w:val="0"/>
          <w:numId w:val="4"/>
        </w:numPr>
        <w:rPr/>
      </w:pPr>
      <w:r>
        <w:rPr/>
        <w:t>Cook until liquid is absorbed and the mixture thickens. Add sugar and cook until glossy and ghee begins to show.</w:t>
      </w:r>
    </w:p>
    <w:p>
      <w:pPr>
        <w:pStyle w:val="ListNumber"/>
        <w:numPr>
          <w:ilvl w:val="0"/>
          <w:numId w:val="4"/>
        </w:numPr>
        <w:rPr/>
      </w:pPr>
      <w:r>
        <w:rPr/>
        <w:t>Finish with cardamom and nuts; serve warm.</w:t>
      </w:r>
    </w:p>
    <w:p>
      <w:pPr>
        <w:pStyle w:val="Normal"/>
        <w:rPr/>
      </w:pPr>
      <w:r>
        <w:rPr/>
      </w:r>
      <w:r>
        <w:br w:type="page"/>
      </w:r>
    </w:p>
    <w:p>
      <w:pPr>
        <w:pStyle w:val="Heading1"/>
        <w:spacing w:before="0" w:after="0"/>
        <w:rPr/>
      </w:pPr>
      <w:r>
        <w:rPr/>
        <w:t>PART VII — DRINKS AND BEVERAGES</w:t>
      </w:r>
    </w:p>
    <w:p>
      <w:pPr>
        <w:pStyle w:val="Normal"/>
        <w:rPr/>
      </w:pPr>
      <w:r>
        <w:rPr/>
        <w:t>North Indian drinks range from churned yogurt to spice-scented milk and fresh seasonal juices. Keep dairy drinks cold, freshly prepared and cleanly handled; serve traditional beverages in steel, brass or clay vessels where suitable.</w:t>
      </w:r>
    </w:p>
    <w:p>
      <w:pPr>
        <w:pStyle w:val="Heading2"/>
        <w:rPr/>
      </w:pPr>
      <w:r>
        <w:rPr/>
        <w:t>Amritsari Lassi / Meethi Lassi</w:t>
      </w:r>
    </w:p>
    <w:p>
      <w:pPr>
        <w:pStyle w:val="Normal"/>
        <w:rPr/>
      </w:pPr>
      <w:r>
        <w:rPr>
          <w:b/>
          <w:color w:val="5A5A4B"/>
          <w:sz w:val="18"/>
        </w:rPr>
        <w:t>Region: Punjab  |  Yield: 2</w:t>
      </w:r>
    </w:p>
    <w:p>
      <w:pPr>
        <w:pStyle w:val="Normal"/>
        <w:rPr/>
      </w:pPr>
      <w:r>
        <w:rPr/>
        <w:t>Origins &amp; variations: A thick, sweet yogurt drink associated with Punjab, traditionally churned until smooth and sometimes topped with malai or a little butter.</w:t>
      </w:r>
    </w:p>
    <w:p>
      <w:pPr>
        <w:pStyle w:val="Normal"/>
        <w:rPr/>
      </w:pPr>
      <w:r>
        <w:rPr/>
        <w:t>Serving: 2 glasses</w:t>
      </w:r>
    </w:p>
    <w:p>
      <w:pPr>
        <w:pStyle w:val="Heading3"/>
        <w:rPr/>
      </w:pPr>
      <w:r>
        <w:rPr/>
        <w:t>Ingredients</w:t>
      </w:r>
    </w:p>
    <w:p>
      <w:pPr>
        <w:pStyle w:val="ListBullet"/>
        <w:numPr>
          <w:ilvl w:val="0"/>
          <w:numId w:val="1"/>
        </w:numPr>
        <w:rPr/>
      </w:pPr>
      <w:r>
        <w:rPr/>
        <w:t>2 cups thick full-fat curd</w:t>
      </w:r>
    </w:p>
    <w:p>
      <w:pPr>
        <w:pStyle w:val="ListBullet"/>
        <w:numPr>
          <w:ilvl w:val="0"/>
          <w:numId w:val="1"/>
        </w:numPr>
        <w:rPr/>
      </w:pPr>
      <w:r>
        <w:rPr/>
        <w:t>½ cup cold water or milk</w:t>
      </w:r>
    </w:p>
    <w:p>
      <w:pPr>
        <w:pStyle w:val="ListBullet"/>
        <w:numPr>
          <w:ilvl w:val="0"/>
          <w:numId w:val="1"/>
        </w:numPr>
        <w:rPr/>
      </w:pPr>
      <w:r>
        <w:rPr/>
        <w:t>2–3 tbsp sugar</w:t>
      </w:r>
    </w:p>
    <w:p>
      <w:pPr>
        <w:pStyle w:val="ListBullet"/>
        <w:numPr>
          <w:ilvl w:val="0"/>
          <w:numId w:val="1"/>
        </w:numPr>
        <w:rPr/>
      </w:pPr>
      <w:r>
        <w:rPr/>
        <w:t>Pinch cardamom (optional)</w:t>
      </w:r>
    </w:p>
    <w:p>
      <w:pPr>
        <w:pStyle w:val="ListBullet"/>
        <w:numPr>
          <w:ilvl w:val="0"/>
          <w:numId w:val="1"/>
        </w:numPr>
        <w:rPr/>
      </w:pPr>
      <w:r>
        <w:rPr/>
        <w:t>Malai for topping (optional)</w:t>
      </w:r>
    </w:p>
    <w:p>
      <w:pPr>
        <w:pStyle w:val="Heading3"/>
        <w:rPr/>
      </w:pPr>
      <w:r>
        <w:rPr/>
        <w:t>Traditional method</w:t>
      </w:r>
    </w:p>
    <w:p>
      <w:pPr>
        <w:pStyle w:val="ListNumber"/>
        <w:numPr>
          <w:ilvl w:val="0"/>
          <w:numId w:val="4"/>
        </w:numPr>
        <w:rPr/>
      </w:pPr>
      <w:r>
        <w:rPr/>
        <w:t>Whisk curd until smooth, then add sugar and beat until dissolved.</w:t>
      </w:r>
    </w:p>
    <w:p>
      <w:pPr>
        <w:pStyle w:val="ListNumber"/>
        <w:numPr>
          <w:ilvl w:val="0"/>
          <w:numId w:val="4"/>
        </w:numPr>
        <w:rPr/>
      </w:pPr>
      <w:r>
        <w:rPr/>
        <w:t>Add cold water or milk gradually and churn with a wooden mathani or whisk until frothy.</w:t>
      </w:r>
    </w:p>
    <w:p>
      <w:pPr>
        <w:pStyle w:val="ListNumber"/>
        <w:numPr>
          <w:ilvl w:val="0"/>
          <w:numId w:val="4"/>
        </w:numPr>
        <w:rPr/>
      </w:pPr>
      <w:r>
        <w:rPr/>
        <w:t>Taste and adjust sweetness and thickness. Chill briefly if needed.</w:t>
      </w:r>
    </w:p>
    <w:p>
      <w:pPr>
        <w:pStyle w:val="ListNumber"/>
        <w:numPr>
          <w:ilvl w:val="0"/>
          <w:numId w:val="4"/>
        </w:numPr>
        <w:rPr/>
      </w:pPr>
      <w:r>
        <w:rPr/>
        <w:t>Pour into tall steel or clay glasses; top with a little malai if customary.</w:t>
      </w:r>
    </w:p>
    <w:p>
      <w:pPr>
        <w:pStyle w:val="Heading2"/>
        <w:rPr/>
      </w:pPr>
      <w:r>
        <w:rPr/>
        <w:t>Lassi</w:t>
      </w:r>
    </w:p>
    <w:p>
      <w:pPr>
        <w:pStyle w:val="Normal"/>
        <w:rPr/>
      </w:pPr>
      <w:r>
        <w:rPr>
          <w:b/>
          <w:color w:val="5A5A4B"/>
          <w:sz w:val="18"/>
        </w:rPr>
        <w:t>Region: Haryana / Punjab  |  Yield: 2</w:t>
      </w:r>
    </w:p>
    <w:p>
      <w:pPr>
        <w:pStyle w:val="Normal"/>
        <w:rPr/>
      </w:pPr>
      <w:r>
        <w:rPr/>
        <w:t>Origins &amp; variations: A broad family of churned yogurt drinks that may be sweet or salted. In Haryana, a simple salted lassi or chaas-like drink often accompanies a substantial meal.</w:t>
      </w:r>
    </w:p>
    <w:p>
      <w:pPr>
        <w:pStyle w:val="Normal"/>
        <w:rPr/>
      </w:pPr>
      <w:r>
        <w:rPr/>
        <w:t>Serving: 2 glasses</w:t>
      </w:r>
    </w:p>
    <w:p>
      <w:pPr>
        <w:pStyle w:val="Heading3"/>
        <w:rPr/>
      </w:pPr>
      <w:r>
        <w:rPr/>
        <w:t>Ingredients</w:t>
      </w:r>
    </w:p>
    <w:p>
      <w:pPr>
        <w:pStyle w:val="ListBullet"/>
        <w:numPr>
          <w:ilvl w:val="0"/>
          <w:numId w:val="1"/>
        </w:numPr>
        <w:rPr/>
      </w:pPr>
      <w:r>
        <w:rPr/>
        <w:t>2 cups curd</w:t>
      </w:r>
    </w:p>
    <w:p>
      <w:pPr>
        <w:pStyle w:val="ListBullet"/>
        <w:numPr>
          <w:ilvl w:val="0"/>
          <w:numId w:val="1"/>
        </w:numPr>
        <w:rPr/>
      </w:pPr>
      <w:r>
        <w:rPr/>
        <w:t>1–1½ cups cold water</w:t>
      </w:r>
    </w:p>
    <w:p>
      <w:pPr>
        <w:pStyle w:val="ListBullet"/>
        <w:numPr>
          <w:ilvl w:val="0"/>
          <w:numId w:val="1"/>
        </w:numPr>
        <w:rPr/>
      </w:pPr>
      <w:r>
        <w:rPr/>
        <w:t>For salted: ½ tsp salt and ½ tsp roasted cumin; or for sweet: 2 tbsp sugar</w:t>
      </w:r>
    </w:p>
    <w:p>
      <w:pPr>
        <w:pStyle w:val="ListBullet"/>
        <w:numPr>
          <w:ilvl w:val="0"/>
          <w:numId w:val="1"/>
        </w:numPr>
        <w:rPr/>
      </w:pPr>
      <w:r>
        <w:rPr/>
        <w:t>Mint (optional)</w:t>
      </w:r>
    </w:p>
    <w:p>
      <w:pPr>
        <w:pStyle w:val="Heading3"/>
        <w:rPr/>
      </w:pPr>
      <w:r>
        <w:rPr/>
        <w:t>Traditional method</w:t>
      </w:r>
    </w:p>
    <w:p>
      <w:pPr>
        <w:pStyle w:val="ListNumber"/>
        <w:numPr>
          <w:ilvl w:val="0"/>
          <w:numId w:val="4"/>
        </w:numPr>
        <w:rPr/>
      </w:pPr>
      <w:r>
        <w:rPr/>
        <w:t>Whisk curd until smooth.</w:t>
      </w:r>
    </w:p>
    <w:p>
      <w:pPr>
        <w:pStyle w:val="ListNumber"/>
        <w:numPr>
          <w:ilvl w:val="0"/>
          <w:numId w:val="4"/>
        </w:numPr>
        <w:rPr/>
      </w:pPr>
      <w:r>
        <w:rPr/>
        <w:t>Add water gradually and churn until lightly foamy.</w:t>
      </w:r>
    </w:p>
    <w:p>
      <w:pPr>
        <w:pStyle w:val="ListNumber"/>
        <w:numPr>
          <w:ilvl w:val="0"/>
          <w:numId w:val="4"/>
        </w:numPr>
        <w:rPr/>
      </w:pPr>
      <w:r>
        <w:rPr/>
        <w:t>Season with salt and roasted cumin, or add sugar for a sweet version.</w:t>
      </w:r>
    </w:p>
    <w:p>
      <w:pPr>
        <w:pStyle w:val="ListNumber"/>
        <w:numPr>
          <w:ilvl w:val="0"/>
          <w:numId w:val="4"/>
        </w:numPr>
        <w:rPr/>
      </w:pPr>
      <w:r>
        <w:rPr/>
        <w:t>Serve chilled with lunch or after a spicy meal.</w:t>
      </w:r>
    </w:p>
    <w:p>
      <w:pPr>
        <w:pStyle w:val="Heading2"/>
        <w:rPr/>
      </w:pPr>
      <w:r>
        <w:rPr/>
        <w:t>Shikanji</w:t>
      </w:r>
    </w:p>
    <w:p>
      <w:pPr>
        <w:pStyle w:val="Normal"/>
        <w:rPr/>
      </w:pPr>
      <w:r>
        <w:rPr>
          <w:b/>
          <w:color w:val="5A5A4B"/>
          <w:sz w:val="18"/>
        </w:rPr>
        <w:t>Region: Madhya Pradesh / North India  |  Yield: 4</w:t>
      </w:r>
    </w:p>
    <w:p>
      <w:pPr>
        <w:pStyle w:val="Normal"/>
        <w:rPr/>
      </w:pPr>
      <w:r>
        <w:rPr/>
        <w:t>Origins &amp; variations: A lemon drink seasoned with salt and spices, especially refreshing in hot weather. Regional mixes may include roasted cumin, black salt or mint.</w:t>
      </w:r>
    </w:p>
    <w:p>
      <w:pPr>
        <w:pStyle w:val="Normal"/>
        <w:rPr/>
      </w:pPr>
      <w:r>
        <w:rPr/>
        <w:t>Serving: 4 glasses</w:t>
      </w:r>
    </w:p>
    <w:p>
      <w:pPr>
        <w:pStyle w:val="Heading3"/>
        <w:rPr/>
      </w:pPr>
      <w:r>
        <w:rPr/>
        <w:t>Ingredients</w:t>
      </w:r>
    </w:p>
    <w:p>
      <w:pPr>
        <w:pStyle w:val="ListBullet"/>
        <w:numPr>
          <w:ilvl w:val="0"/>
          <w:numId w:val="1"/>
        </w:numPr>
        <w:rPr/>
      </w:pPr>
      <w:r>
        <w:rPr/>
        <w:t>4 lemons</w:t>
      </w:r>
    </w:p>
    <w:p>
      <w:pPr>
        <w:pStyle w:val="ListBullet"/>
        <w:numPr>
          <w:ilvl w:val="0"/>
          <w:numId w:val="1"/>
        </w:numPr>
        <w:rPr/>
      </w:pPr>
      <w:r>
        <w:rPr/>
        <w:t>4 cups cold water</w:t>
      </w:r>
    </w:p>
    <w:p>
      <w:pPr>
        <w:pStyle w:val="ListBullet"/>
        <w:numPr>
          <w:ilvl w:val="0"/>
          <w:numId w:val="1"/>
        </w:numPr>
        <w:rPr/>
      </w:pPr>
      <w:r>
        <w:rPr/>
        <w:t>3–4 tbsp sugar, to taste</w:t>
      </w:r>
    </w:p>
    <w:p>
      <w:pPr>
        <w:pStyle w:val="ListBullet"/>
        <w:numPr>
          <w:ilvl w:val="0"/>
          <w:numId w:val="1"/>
        </w:numPr>
        <w:rPr/>
      </w:pPr>
      <w:r>
        <w:rPr/>
        <w:t>½ tsp black salt</w:t>
      </w:r>
    </w:p>
    <w:p>
      <w:pPr>
        <w:pStyle w:val="ListBullet"/>
        <w:numPr>
          <w:ilvl w:val="0"/>
          <w:numId w:val="1"/>
        </w:numPr>
        <w:rPr/>
      </w:pPr>
      <w:r>
        <w:rPr/>
        <w:t>½ tsp roasted cumin powder</w:t>
      </w:r>
    </w:p>
    <w:p>
      <w:pPr>
        <w:pStyle w:val="ListBullet"/>
        <w:numPr>
          <w:ilvl w:val="0"/>
          <w:numId w:val="1"/>
        </w:numPr>
        <w:rPr/>
      </w:pPr>
      <w:r>
        <w:rPr/>
        <w:t>Pinch black pepper</w:t>
      </w:r>
    </w:p>
    <w:p>
      <w:pPr>
        <w:pStyle w:val="ListBullet"/>
        <w:numPr>
          <w:ilvl w:val="0"/>
          <w:numId w:val="1"/>
        </w:numPr>
        <w:rPr/>
      </w:pPr>
      <w:r>
        <w:rPr/>
        <w:t>Mint (optional)</w:t>
      </w:r>
    </w:p>
    <w:p>
      <w:pPr>
        <w:pStyle w:val="Heading3"/>
        <w:rPr/>
      </w:pPr>
      <w:r>
        <w:rPr/>
        <w:t>Traditional method</w:t>
      </w:r>
    </w:p>
    <w:p>
      <w:pPr>
        <w:pStyle w:val="ListNumber"/>
        <w:numPr>
          <w:ilvl w:val="0"/>
          <w:numId w:val="4"/>
        </w:numPr>
        <w:rPr/>
      </w:pPr>
      <w:r>
        <w:rPr/>
        <w:t>Juice the lemons and strain out seeds.</w:t>
      </w:r>
    </w:p>
    <w:p>
      <w:pPr>
        <w:pStyle w:val="ListNumber"/>
        <w:numPr>
          <w:ilvl w:val="0"/>
          <w:numId w:val="4"/>
        </w:numPr>
        <w:rPr/>
      </w:pPr>
      <w:r>
        <w:rPr/>
        <w:t>Mix lemon juice with sugar, black salt, cumin and pepper until the sugar dissolves.</w:t>
      </w:r>
    </w:p>
    <w:p>
      <w:pPr>
        <w:pStyle w:val="ListNumber"/>
        <w:numPr>
          <w:ilvl w:val="0"/>
          <w:numId w:val="4"/>
        </w:numPr>
        <w:rPr/>
      </w:pPr>
      <w:r>
        <w:rPr/>
        <w:t>Add cold water and stir well. Taste for a balance of sour, sweet and salty.</w:t>
      </w:r>
    </w:p>
    <w:p>
      <w:pPr>
        <w:pStyle w:val="ListNumber"/>
        <w:numPr>
          <w:ilvl w:val="0"/>
          <w:numId w:val="4"/>
        </w:numPr>
        <w:rPr/>
      </w:pPr>
      <w:r>
        <w:rPr/>
        <w:t>Serve in glasses with mint; ice is optional.</w:t>
      </w:r>
    </w:p>
    <w:p>
      <w:pPr>
        <w:pStyle w:val="Heading2"/>
        <w:rPr/>
      </w:pPr>
      <w:r>
        <w:rPr/>
        <w:t>Chhaas / Chaas</w:t>
      </w:r>
    </w:p>
    <w:p>
      <w:pPr>
        <w:pStyle w:val="Normal"/>
        <w:rPr/>
      </w:pPr>
      <w:r>
        <w:rPr>
          <w:b/>
          <w:color w:val="5A5A4B"/>
          <w:sz w:val="18"/>
        </w:rPr>
        <w:t>Region: Uttar Pradesh / Haryana  |  Yield: 4</w:t>
      </w:r>
    </w:p>
    <w:p>
      <w:pPr>
        <w:pStyle w:val="Normal"/>
        <w:rPr/>
      </w:pPr>
      <w:r>
        <w:rPr/>
        <w:t>Origins &amp; variations: A thin buttermilk drink made by diluting curd and churning it; traditionally it may be the liquid left after butter is churned.</w:t>
      </w:r>
    </w:p>
    <w:p>
      <w:pPr>
        <w:pStyle w:val="Normal"/>
        <w:rPr/>
      </w:pPr>
      <w:r>
        <w:rPr/>
        <w:t>Serving: 4 glasses</w:t>
      </w:r>
    </w:p>
    <w:p>
      <w:pPr>
        <w:pStyle w:val="Heading3"/>
        <w:rPr/>
      </w:pPr>
      <w:r>
        <w:rPr/>
        <w:t>Ingredients</w:t>
      </w:r>
    </w:p>
    <w:p>
      <w:pPr>
        <w:pStyle w:val="ListBullet"/>
        <w:numPr>
          <w:ilvl w:val="0"/>
          <w:numId w:val="1"/>
        </w:numPr>
        <w:rPr/>
      </w:pPr>
      <w:r>
        <w:rPr/>
        <w:t>1 cup curd</w:t>
      </w:r>
    </w:p>
    <w:p>
      <w:pPr>
        <w:pStyle w:val="ListBullet"/>
        <w:numPr>
          <w:ilvl w:val="0"/>
          <w:numId w:val="1"/>
        </w:numPr>
        <w:rPr/>
      </w:pPr>
      <w:r>
        <w:rPr/>
        <w:t>3 cups cold water</w:t>
      </w:r>
    </w:p>
    <w:p>
      <w:pPr>
        <w:pStyle w:val="ListBullet"/>
        <w:numPr>
          <w:ilvl w:val="0"/>
          <w:numId w:val="1"/>
        </w:numPr>
        <w:rPr/>
      </w:pPr>
      <w:r>
        <w:rPr/>
        <w:t>½ tsp salt</w:t>
      </w:r>
    </w:p>
    <w:p>
      <w:pPr>
        <w:pStyle w:val="ListBullet"/>
        <w:numPr>
          <w:ilvl w:val="0"/>
          <w:numId w:val="1"/>
        </w:numPr>
        <w:rPr/>
      </w:pPr>
      <w:r>
        <w:rPr/>
        <w:t>½ tsp roasted cumin powder</w:t>
      </w:r>
    </w:p>
    <w:p>
      <w:pPr>
        <w:pStyle w:val="ListBullet"/>
        <w:numPr>
          <w:ilvl w:val="0"/>
          <w:numId w:val="1"/>
        </w:numPr>
        <w:rPr/>
      </w:pPr>
      <w:r>
        <w:rPr/>
        <w:t>2 tbsp chopped coriander or mint</w:t>
      </w:r>
    </w:p>
    <w:p>
      <w:pPr>
        <w:pStyle w:val="Heading3"/>
        <w:rPr/>
      </w:pPr>
      <w:r>
        <w:rPr/>
        <w:t>Traditional method</w:t>
      </w:r>
    </w:p>
    <w:p>
      <w:pPr>
        <w:pStyle w:val="ListNumber"/>
        <w:numPr>
          <w:ilvl w:val="0"/>
          <w:numId w:val="4"/>
        </w:numPr>
        <w:rPr/>
      </w:pPr>
      <w:r>
        <w:rPr/>
        <w:t>Whisk curd until smooth, then add water gradually.</w:t>
      </w:r>
    </w:p>
    <w:p>
      <w:pPr>
        <w:pStyle w:val="ListNumber"/>
        <w:numPr>
          <w:ilvl w:val="0"/>
          <w:numId w:val="4"/>
        </w:numPr>
        <w:rPr/>
      </w:pPr>
      <w:r>
        <w:rPr/>
        <w:t>Churn briskly until lightly frothy. Skim any excess butter if present.</w:t>
      </w:r>
    </w:p>
    <w:p>
      <w:pPr>
        <w:pStyle w:val="ListNumber"/>
        <w:numPr>
          <w:ilvl w:val="0"/>
          <w:numId w:val="4"/>
        </w:numPr>
        <w:rPr/>
      </w:pPr>
      <w:r>
        <w:rPr/>
        <w:t>Stir in salt, cumin and herbs.</w:t>
      </w:r>
    </w:p>
    <w:p>
      <w:pPr>
        <w:pStyle w:val="ListNumber"/>
        <w:numPr>
          <w:ilvl w:val="0"/>
          <w:numId w:val="4"/>
        </w:numPr>
        <w:rPr/>
      </w:pPr>
      <w:r>
        <w:rPr/>
        <w:t>Serve cold alongside roti, khichdi or a summer meal.</w:t>
      </w:r>
    </w:p>
    <w:p>
      <w:pPr>
        <w:pStyle w:val="Heading2"/>
        <w:rPr/>
      </w:pPr>
      <w:r>
        <w:rPr/>
        <w:t>Thandai</w:t>
      </w:r>
    </w:p>
    <w:p>
      <w:pPr>
        <w:pStyle w:val="Normal"/>
        <w:rPr/>
      </w:pPr>
      <w:r>
        <w:rPr>
          <w:b/>
          <w:color w:val="5A5A4B"/>
          <w:sz w:val="18"/>
        </w:rPr>
        <w:t>Region: Uttar Pradesh  |  Yield: 4</w:t>
      </w:r>
    </w:p>
    <w:p>
      <w:pPr>
        <w:pStyle w:val="Normal"/>
        <w:rPr/>
      </w:pPr>
      <w:r>
        <w:rPr/>
        <w:t>Origins &amp; variations: A chilled milk drink scented with nuts, seeds, pepper and warming spices, especially associated with Holi and other festive occasions.</w:t>
      </w:r>
    </w:p>
    <w:p>
      <w:pPr>
        <w:pStyle w:val="Normal"/>
        <w:rPr/>
      </w:pPr>
      <w:r>
        <w:rPr/>
        <w:t>Serving: 4 glasses</w:t>
      </w:r>
    </w:p>
    <w:p>
      <w:pPr>
        <w:pStyle w:val="Heading3"/>
        <w:rPr/>
      </w:pPr>
      <w:r>
        <w:rPr/>
        <w:t>Ingredients</w:t>
      </w:r>
    </w:p>
    <w:p>
      <w:pPr>
        <w:pStyle w:val="ListBullet"/>
        <w:numPr>
          <w:ilvl w:val="0"/>
          <w:numId w:val="1"/>
        </w:numPr>
        <w:rPr/>
      </w:pPr>
      <w:r>
        <w:rPr/>
        <w:t>1 litre milk</w:t>
      </w:r>
    </w:p>
    <w:p>
      <w:pPr>
        <w:pStyle w:val="ListBullet"/>
        <w:numPr>
          <w:ilvl w:val="0"/>
          <w:numId w:val="1"/>
        </w:numPr>
        <w:rPr/>
      </w:pPr>
      <w:r>
        <w:rPr/>
        <w:t>¼ cup almonds</w:t>
      </w:r>
    </w:p>
    <w:p>
      <w:pPr>
        <w:pStyle w:val="ListBullet"/>
        <w:numPr>
          <w:ilvl w:val="0"/>
          <w:numId w:val="1"/>
        </w:numPr>
        <w:rPr/>
      </w:pPr>
      <w:r>
        <w:rPr/>
        <w:t>2 tbsp melon seeds</w:t>
      </w:r>
    </w:p>
    <w:p>
      <w:pPr>
        <w:pStyle w:val="ListBullet"/>
        <w:numPr>
          <w:ilvl w:val="0"/>
          <w:numId w:val="1"/>
        </w:numPr>
        <w:rPr/>
      </w:pPr>
      <w:r>
        <w:rPr/>
        <w:t>1 tbsp fennel</w:t>
      </w:r>
    </w:p>
    <w:p>
      <w:pPr>
        <w:pStyle w:val="ListBullet"/>
        <w:numPr>
          <w:ilvl w:val="0"/>
          <w:numId w:val="1"/>
        </w:numPr>
        <w:rPr/>
      </w:pPr>
      <w:r>
        <w:rPr/>
        <w:t>1 tsp poppy seeds (optional)</w:t>
      </w:r>
    </w:p>
    <w:p>
      <w:pPr>
        <w:pStyle w:val="ListBullet"/>
        <w:numPr>
          <w:ilvl w:val="0"/>
          <w:numId w:val="1"/>
        </w:numPr>
        <w:rPr/>
      </w:pPr>
      <w:r>
        <w:rPr/>
        <w:t>4 green cardamoms</w:t>
      </w:r>
    </w:p>
    <w:p>
      <w:pPr>
        <w:pStyle w:val="ListBullet"/>
        <w:numPr>
          <w:ilvl w:val="0"/>
          <w:numId w:val="1"/>
        </w:numPr>
        <w:rPr/>
      </w:pPr>
      <w:r>
        <w:rPr/>
        <w:t>6 black peppercorns</w:t>
      </w:r>
    </w:p>
    <w:p>
      <w:pPr>
        <w:pStyle w:val="ListBullet"/>
        <w:numPr>
          <w:ilvl w:val="0"/>
          <w:numId w:val="1"/>
        </w:numPr>
        <w:rPr/>
      </w:pPr>
      <w:r>
        <w:rPr/>
        <w:t>4 tbsp sugar, to taste</w:t>
      </w:r>
    </w:p>
    <w:p>
      <w:pPr>
        <w:pStyle w:val="ListBullet"/>
        <w:numPr>
          <w:ilvl w:val="0"/>
          <w:numId w:val="1"/>
        </w:numPr>
        <w:rPr/>
      </w:pPr>
      <w:r>
        <w:rPr/>
        <w:t>Saffron and rose petals optional</w:t>
      </w:r>
    </w:p>
    <w:p>
      <w:pPr>
        <w:pStyle w:val="Heading3"/>
        <w:rPr/>
      </w:pPr>
      <w:r>
        <w:rPr/>
        <w:t>Traditional method</w:t>
      </w:r>
    </w:p>
    <w:p>
      <w:pPr>
        <w:pStyle w:val="ListNumber"/>
        <w:numPr>
          <w:ilvl w:val="0"/>
          <w:numId w:val="4"/>
        </w:numPr>
        <w:rPr/>
      </w:pPr>
      <w:r>
        <w:rPr/>
        <w:t>Soak almonds, melon seeds and optional poppy seeds for 3–4 hours; peel almonds.</w:t>
      </w:r>
    </w:p>
    <w:p>
      <w:pPr>
        <w:pStyle w:val="ListNumber"/>
        <w:numPr>
          <w:ilvl w:val="0"/>
          <w:numId w:val="4"/>
        </w:numPr>
        <w:rPr/>
      </w:pPr>
      <w:r>
        <w:rPr/>
        <w:t>Grind soaked nuts and seeds with fennel, cardamom and pepper to a fine paste, adding a little milk as needed.</w:t>
      </w:r>
    </w:p>
    <w:p>
      <w:pPr>
        <w:pStyle w:val="ListNumber"/>
        <w:numPr>
          <w:ilvl w:val="0"/>
          <w:numId w:val="4"/>
        </w:numPr>
        <w:rPr/>
      </w:pPr>
      <w:r>
        <w:rPr/>
        <w:t>Whisk paste into cold milk with sugar and optional saffron. Rest 30 minutes for flavours to infuse.</w:t>
      </w:r>
    </w:p>
    <w:p>
      <w:pPr>
        <w:pStyle w:val="ListNumber"/>
        <w:numPr>
          <w:ilvl w:val="0"/>
          <w:numId w:val="4"/>
        </w:numPr>
        <w:rPr/>
      </w:pPr>
      <w:r>
        <w:rPr/>
        <w:t>Strain if a smooth drink is preferred; a traditional unstrained version is thicker.</w:t>
      </w:r>
    </w:p>
    <w:p>
      <w:pPr>
        <w:pStyle w:val="ListNumber"/>
        <w:numPr>
          <w:ilvl w:val="0"/>
          <w:numId w:val="4"/>
        </w:numPr>
        <w:rPr/>
      </w:pPr>
      <w:r>
        <w:rPr/>
        <w:t>Chill and serve in small glasses, garnished sparingly with rose petals or chopped nuts.</w:t>
      </w:r>
    </w:p>
    <w:p>
      <w:pPr>
        <w:pStyle w:val="Heading2"/>
        <w:rPr/>
      </w:pPr>
      <w:r>
        <w:rPr/>
        <w:t>Sharbat</w:t>
      </w:r>
    </w:p>
    <w:p>
      <w:pPr>
        <w:pStyle w:val="Normal"/>
        <w:rPr/>
      </w:pPr>
      <w:r>
        <w:rPr>
          <w:b/>
          <w:color w:val="5A5A4B"/>
          <w:sz w:val="18"/>
        </w:rPr>
        <w:t>Region: Uttar Pradesh  |  Yield: 4</w:t>
      </w:r>
    </w:p>
    <w:p>
      <w:pPr>
        <w:pStyle w:val="Normal"/>
        <w:rPr/>
      </w:pPr>
      <w:r>
        <w:rPr/>
        <w:t>Origins &amp; variations: Sharbat is a broad family of sweetened fruit, flower or herb drinks. Rose, khus, sandalwood and seasonal fruit syrups are familiar in North Indian summer hospitality.</w:t>
      </w:r>
    </w:p>
    <w:p>
      <w:pPr>
        <w:pStyle w:val="Normal"/>
        <w:rPr/>
      </w:pPr>
      <w:r>
        <w:rPr/>
        <w:t>Serving: 4 glasses</w:t>
      </w:r>
    </w:p>
    <w:p>
      <w:pPr>
        <w:pStyle w:val="Heading3"/>
        <w:rPr/>
      </w:pPr>
      <w:r>
        <w:rPr/>
        <w:t>Ingredients</w:t>
      </w:r>
    </w:p>
    <w:p>
      <w:pPr>
        <w:pStyle w:val="ListBullet"/>
        <w:numPr>
          <w:ilvl w:val="0"/>
          <w:numId w:val="1"/>
        </w:numPr>
        <w:rPr/>
      </w:pPr>
      <w:r>
        <w:rPr/>
        <w:t>4 tbsp rose syrup</w:t>
      </w:r>
    </w:p>
    <w:p>
      <w:pPr>
        <w:pStyle w:val="ListBullet"/>
        <w:numPr>
          <w:ilvl w:val="0"/>
          <w:numId w:val="1"/>
        </w:numPr>
        <w:rPr/>
      </w:pPr>
      <w:r>
        <w:rPr/>
        <w:t>4 cups cold water</w:t>
      </w:r>
    </w:p>
    <w:p>
      <w:pPr>
        <w:pStyle w:val="ListBullet"/>
        <w:numPr>
          <w:ilvl w:val="0"/>
          <w:numId w:val="1"/>
        </w:numPr>
        <w:rPr/>
      </w:pPr>
      <w:r>
        <w:rPr/>
        <w:t>1 tsp lemon juice (optional)</w:t>
      </w:r>
    </w:p>
    <w:p>
      <w:pPr>
        <w:pStyle w:val="ListBullet"/>
        <w:numPr>
          <w:ilvl w:val="0"/>
          <w:numId w:val="1"/>
        </w:numPr>
        <w:rPr/>
      </w:pPr>
      <w:r>
        <w:rPr/>
        <w:t>A few rose petals</w:t>
      </w:r>
    </w:p>
    <w:p>
      <w:pPr>
        <w:pStyle w:val="Heading3"/>
        <w:rPr/>
      </w:pPr>
      <w:r>
        <w:rPr/>
        <w:t>Traditional method</w:t>
      </w:r>
    </w:p>
    <w:p>
      <w:pPr>
        <w:pStyle w:val="ListNumber"/>
        <w:numPr>
          <w:ilvl w:val="0"/>
          <w:numId w:val="4"/>
        </w:numPr>
        <w:rPr/>
      </w:pPr>
      <w:r>
        <w:rPr/>
        <w:t>Place rose syrup in a jug and add a little water, stirring until evenly dissolved.</w:t>
      </w:r>
    </w:p>
    <w:p>
      <w:pPr>
        <w:pStyle w:val="ListNumber"/>
        <w:numPr>
          <w:ilvl w:val="0"/>
          <w:numId w:val="4"/>
        </w:numPr>
        <w:rPr/>
      </w:pPr>
      <w:r>
        <w:rPr/>
        <w:t>Add remaining cold water and optional lemon juice.</w:t>
      </w:r>
    </w:p>
    <w:p>
      <w:pPr>
        <w:pStyle w:val="ListNumber"/>
        <w:numPr>
          <w:ilvl w:val="0"/>
          <w:numId w:val="4"/>
        </w:numPr>
        <w:rPr/>
      </w:pPr>
      <w:r>
        <w:rPr/>
        <w:t>Taste and adjust syrup strength; different concentrates vary in sweetness.</w:t>
      </w:r>
    </w:p>
    <w:p>
      <w:pPr>
        <w:pStyle w:val="ListNumber"/>
        <w:numPr>
          <w:ilvl w:val="0"/>
          <w:numId w:val="4"/>
        </w:numPr>
        <w:rPr/>
      </w:pPr>
      <w:r>
        <w:rPr/>
        <w:t>Serve chilled in small glasses, with a few clean rose petals if desired.</w:t>
      </w:r>
    </w:p>
    <w:p>
      <w:pPr>
        <w:pStyle w:val="Heading2"/>
        <w:rPr/>
      </w:pPr>
      <w:r>
        <w:rPr/>
        <w:t>Sugarcane Juice</w:t>
      </w:r>
    </w:p>
    <w:p>
      <w:pPr>
        <w:pStyle w:val="Normal"/>
        <w:rPr/>
      </w:pPr>
      <w:r>
        <w:rPr>
          <w:b/>
          <w:color w:val="5A5A4B"/>
          <w:sz w:val="18"/>
        </w:rPr>
        <w:t>Region: Madhya Pradesh / North India  |  Yield: 2</w:t>
      </w:r>
    </w:p>
    <w:p>
      <w:pPr>
        <w:pStyle w:val="Normal"/>
        <w:rPr/>
      </w:pPr>
      <w:r>
        <w:rPr/>
        <w:t>Origins &amp; variations: Fresh pressed sugarcane juice is a seasonal street drink. Vendors often add lemon, ginger or black salt to sharpen its sweetness.</w:t>
      </w:r>
    </w:p>
    <w:p>
      <w:pPr>
        <w:pStyle w:val="Normal"/>
        <w:rPr/>
      </w:pPr>
      <w:r>
        <w:rPr/>
        <w:t>Serving: 2 glasses</w:t>
      </w:r>
    </w:p>
    <w:p>
      <w:pPr>
        <w:pStyle w:val="Heading3"/>
        <w:rPr/>
      </w:pPr>
      <w:r>
        <w:rPr/>
        <w:t>Ingredients</w:t>
      </w:r>
    </w:p>
    <w:p>
      <w:pPr>
        <w:pStyle w:val="ListBullet"/>
        <w:numPr>
          <w:ilvl w:val="0"/>
          <w:numId w:val="1"/>
        </w:numPr>
        <w:rPr/>
      </w:pPr>
      <w:r>
        <w:rPr/>
        <w:t>500 ml freshly pressed sugarcane juice</w:t>
      </w:r>
    </w:p>
    <w:p>
      <w:pPr>
        <w:pStyle w:val="ListBullet"/>
        <w:numPr>
          <w:ilvl w:val="0"/>
          <w:numId w:val="1"/>
        </w:numPr>
        <w:rPr/>
      </w:pPr>
      <w:r>
        <w:rPr/>
        <w:t>1 tsp lemon juice</w:t>
      </w:r>
    </w:p>
    <w:p>
      <w:pPr>
        <w:pStyle w:val="ListBullet"/>
        <w:numPr>
          <w:ilvl w:val="0"/>
          <w:numId w:val="1"/>
        </w:numPr>
        <w:rPr/>
      </w:pPr>
      <w:r>
        <w:rPr/>
        <w:t>Pinch black salt</w:t>
      </w:r>
    </w:p>
    <w:p>
      <w:pPr>
        <w:pStyle w:val="ListBullet"/>
        <w:numPr>
          <w:ilvl w:val="0"/>
          <w:numId w:val="1"/>
        </w:numPr>
        <w:rPr/>
      </w:pPr>
      <w:r>
        <w:rPr/>
        <w:t>Small piece ginger, crushed (optional)</w:t>
      </w:r>
    </w:p>
    <w:p>
      <w:pPr>
        <w:pStyle w:val="Heading3"/>
        <w:rPr/>
      </w:pPr>
      <w:r>
        <w:rPr/>
        <w:t>Traditional method</w:t>
      </w:r>
    </w:p>
    <w:p>
      <w:pPr>
        <w:pStyle w:val="ListNumber"/>
        <w:numPr>
          <w:ilvl w:val="0"/>
          <w:numId w:val="4"/>
        </w:numPr>
        <w:rPr/>
      </w:pPr>
      <w:r>
        <w:rPr/>
        <w:t>Strain freshly pressed juice through a clean fine sieve if needed.</w:t>
      </w:r>
    </w:p>
    <w:p>
      <w:pPr>
        <w:pStyle w:val="ListNumber"/>
        <w:numPr>
          <w:ilvl w:val="0"/>
          <w:numId w:val="4"/>
        </w:numPr>
        <w:rPr/>
      </w:pPr>
      <w:r>
        <w:rPr/>
        <w:t>Stir in lemon juice and a pinch of black salt; add a little crushed ginger if desired.</w:t>
      </w:r>
    </w:p>
    <w:p>
      <w:pPr>
        <w:pStyle w:val="ListNumber"/>
        <w:numPr>
          <w:ilvl w:val="0"/>
          <w:numId w:val="4"/>
        </w:numPr>
        <w:rPr/>
      </w:pPr>
      <w:r>
        <w:rPr/>
        <w:t>Serve immediately in clean glasses. Keep preparation equipment and hands scrupulously clean.</w:t>
      </w:r>
    </w:p>
    <w:p>
      <w:pPr>
        <w:pStyle w:val="Normal"/>
        <w:rPr/>
      </w:pPr>
      <w:r>
        <w:rPr/>
        <w:t>Technique note: Fresh sugarcane juice is highly perishable; do not leave it unrefrigerated.</w:t>
      </w:r>
    </w:p>
    <w:p>
      <w:pPr>
        <w:pStyle w:val="Heading2"/>
        <w:rPr/>
      </w:pPr>
      <w:r>
        <w:rPr/>
        <w:t>Badam Milk / Condensed Almond Milk</w:t>
      </w:r>
    </w:p>
    <w:p>
      <w:pPr>
        <w:pStyle w:val="Normal"/>
        <w:rPr/>
      </w:pPr>
      <w:r>
        <w:rPr>
          <w:b/>
          <w:color w:val="5A5A4B"/>
          <w:sz w:val="18"/>
        </w:rPr>
        <w:t>Region: Madhya Pradesh / North India  |  Yield: 4</w:t>
      </w:r>
    </w:p>
    <w:p>
      <w:pPr>
        <w:pStyle w:val="Normal"/>
        <w:rPr/>
      </w:pPr>
      <w:r>
        <w:rPr/>
        <w:t>Origins &amp; variations: Almond milk in this regional sense is usually cow’s milk enriched with ground almonds and reduced until creamy, not a modern plant-based substitute.</w:t>
      </w:r>
    </w:p>
    <w:p>
      <w:pPr>
        <w:pStyle w:val="Normal"/>
        <w:rPr/>
      </w:pPr>
      <w:r>
        <w:rPr/>
        <w:t>Serving: 4 cups</w:t>
      </w:r>
    </w:p>
    <w:p>
      <w:pPr>
        <w:pStyle w:val="Heading3"/>
        <w:rPr/>
      </w:pPr>
      <w:r>
        <w:rPr/>
        <w:t>Ingredients</w:t>
      </w:r>
    </w:p>
    <w:p>
      <w:pPr>
        <w:pStyle w:val="ListBullet"/>
        <w:numPr>
          <w:ilvl w:val="0"/>
          <w:numId w:val="1"/>
        </w:numPr>
        <w:rPr/>
      </w:pPr>
      <w:r>
        <w:rPr/>
        <w:t>1 litre full-fat milk</w:t>
      </w:r>
    </w:p>
    <w:p>
      <w:pPr>
        <w:pStyle w:val="ListBullet"/>
        <w:numPr>
          <w:ilvl w:val="0"/>
          <w:numId w:val="1"/>
        </w:numPr>
        <w:rPr/>
      </w:pPr>
      <w:r>
        <w:rPr/>
        <w:t>½ cup almonds, soaked and peeled</w:t>
      </w:r>
    </w:p>
    <w:p>
      <w:pPr>
        <w:pStyle w:val="ListBullet"/>
        <w:numPr>
          <w:ilvl w:val="0"/>
          <w:numId w:val="1"/>
        </w:numPr>
        <w:rPr/>
      </w:pPr>
      <w:r>
        <w:rPr/>
        <w:t>3–4 tbsp sugar</w:t>
      </w:r>
    </w:p>
    <w:p>
      <w:pPr>
        <w:pStyle w:val="ListBullet"/>
        <w:numPr>
          <w:ilvl w:val="0"/>
          <w:numId w:val="1"/>
        </w:numPr>
        <w:rPr/>
      </w:pPr>
      <w:r>
        <w:rPr/>
        <w:t>4 cardamom pods</w:t>
      </w:r>
    </w:p>
    <w:p>
      <w:pPr>
        <w:pStyle w:val="ListBullet"/>
        <w:numPr>
          <w:ilvl w:val="0"/>
          <w:numId w:val="1"/>
        </w:numPr>
        <w:rPr/>
      </w:pPr>
      <w:r>
        <w:rPr/>
        <w:t>A few saffron strands</w:t>
      </w:r>
    </w:p>
    <w:p>
      <w:pPr>
        <w:pStyle w:val="Heading3"/>
        <w:rPr/>
      </w:pPr>
      <w:r>
        <w:rPr/>
        <w:t>Traditional method</w:t>
      </w:r>
    </w:p>
    <w:p>
      <w:pPr>
        <w:pStyle w:val="ListNumber"/>
        <w:numPr>
          <w:ilvl w:val="0"/>
          <w:numId w:val="4"/>
        </w:numPr>
        <w:rPr/>
      </w:pPr>
      <w:r>
        <w:rPr/>
        <w:t>Grind peeled almonds with a little milk to a fine paste.</w:t>
      </w:r>
    </w:p>
    <w:p>
      <w:pPr>
        <w:pStyle w:val="ListNumber"/>
        <w:numPr>
          <w:ilvl w:val="0"/>
          <w:numId w:val="4"/>
        </w:numPr>
        <w:rPr/>
      </w:pPr>
      <w:r>
        <w:rPr/>
        <w:t>Bring the remaining milk to a boil in a heavy pot. Lower heat and simmer, stirring often.</w:t>
      </w:r>
    </w:p>
    <w:p>
      <w:pPr>
        <w:pStyle w:val="ListNumber"/>
        <w:numPr>
          <w:ilvl w:val="0"/>
          <w:numId w:val="4"/>
        </w:numPr>
        <w:rPr/>
      </w:pPr>
      <w:r>
        <w:rPr/>
        <w:t>Add almond paste and simmer 15–20 minutes until the milk thickens slightly.</w:t>
      </w:r>
    </w:p>
    <w:p>
      <w:pPr>
        <w:pStyle w:val="ListNumber"/>
        <w:numPr>
          <w:ilvl w:val="0"/>
          <w:numId w:val="4"/>
        </w:numPr>
        <w:rPr/>
      </w:pPr>
      <w:r>
        <w:rPr/>
        <w:t>Add sugar, cardamom and saffron. Simmer another 3–5 minutes.</w:t>
      </w:r>
    </w:p>
    <w:p>
      <w:pPr>
        <w:pStyle w:val="ListNumber"/>
        <w:numPr>
          <w:ilvl w:val="0"/>
          <w:numId w:val="4"/>
        </w:numPr>
        <w:rPr/>
      </w:pPr>
      <w:r>
        <w:rPr/>
        <w:t>Serve warm or chill before serving; stir before pouring if it settles.</w:t>
      </w:r>
    </w:p>
    <w:p>
      <w:pPr>
        <w:pStyle w:val="Heading2"/>
        <w:rPr/>
      </w:pPr>
      <w:r>
        <w:rPr/>
        <w:t>Falooda</w:t>
      </w:r>
    </w:p>
    <w:p>
      <w:pPr>
        <w:pStyle w:val="Normal"/>
        <w:rPr/>
      </w:pPr>
      <w:r>
        <w:rPr>
          <w:b/>
          <w:color w:val="5A5A4B"/>
          <w:sz w:val="18"/>
        </w:rPr>
        <w:t>Region: Uttar Pradesh / North India  |  Yield: 4</w:t>
      </w:r>
    </w:p>
    <w:p>
      <w:pPr>
        <w:pStyle w:val="Normal"/>
        <w:rPr/>
      </w:pPr>
      <w:r>
        <w:rPr/>
        <w:t>Origins &amp; variations: A layered chilled dessert-drink with vermicelli, basil seeds, milk and often kulfi or rose syrup. The exact assembly differs by city and vendor.</w:t>
      </w:r>
    </w:p>
    <w:p>
      <w:pPr>
        <w:pStyle w:val="Normal"/>
        <w:rPr/>
      </w:pPr>
      <w:r>
        <w:rPr/>
        <w:t>Serving: 4 glasses</w:t>
      </w:r>
    </w:p>
    <w:p>
      <w:pPr>
        <w:pStyle w:val="Heading3"/>
        <w:rPr/>
      </w:pPr>
      <w:r>
        <w:rPr/>
        <w:t>Ingredients</w:t>
      </w:r>
    </w:p>
    <w:p>
      <w:pPr>
        <w:pStyle w:val="ListBullet"/>
        <w:numPr>
          <w:ilvl w:val="0"/>
          <w:numId w:val="1"/>
        </w:numPr>
        <w:rPr/>
      </w:pPr>
      <w:r>
        <w:rPr/>
        <w:t>½ cup falooda sev or fine vermicelli</w:t>
      </w:r>
    </w:p>
    <w:p>
      <w:pPr>
        <w:pStyle w:val="ListBullet"/>
        <w:numPr>
          <w:ilvl w:val="0"/>
          <w:numId w:val="1"/>
        </w:numPr>
        <w:rPr/>
      </w:pPr>
      <w:r>
        <w:rPr/>
        <w:t>2 tbsp basil seeds</w:t>
      </w:r>
    </w:p>
    <w:p>
      <w:pPr>
        <w:pStyle w:val="ListBullet"/>
        <w:numPr>
          <w:ilvl w:val="0"/>
          <w:numId w:val="1"/>
        </w:numPr>
        <w:rPr/>
      </w:pPr>
      <w:r>
        <w:rPr/>
        <w:t>4 cups chilled sweetened milk</w:t>
      </w:r>
    </w:p>
    <w:p>
      <w:pPr>
        <w:pStyle w:val="ListBullet"/>
        <w:numPr>
          <w:ilvl w:val="0"/>
          <w:numId w:val="1"/>
        </w:numPr>
        <w:rPr/>
      </w:pPr>
      <w:r>
        <w:rPr/>
        <w:t>4 tbsp rose syrup</w:t>
      </w:r>
    </w:p>
    <w:p>
      <w:pPr>
        <w:pStyle w:val="ListBullet"/>
        <w:numPr>
          <w:ilvl w:val="0"/>
          <w:numId w:val="1"/>
        </w:numPr>
        <w:rPr/>
      </w:pPr>
      <w:r>
        <w:rPr/>
        <w:t>4 scoops kulfi</w:t>
      </w:r>
    </w:p>
    <w:p>
      <w:pPr>
        <w:pStyle w:val="ListBullet"/>
        <w:numPr>
          <w:ilvl w:val="0"/>
          <w:numId w:val="1"/>
        </w:numPr>
        <w:rPr/>
      </w:pPr>
      <w:r>
        <w:rPr/>
        <w:t>Chopped nuts</w:t>
      </w:r>
    </w:p>
    <w:p>
      <w:pPr>
        <w:pStyle w:val="Heading3"/>
        <w:rPr/>
      </w:pPr>
      <w:r>
        <w:rPr/>
        <w:t>Traditional method</w:t>
      </w:r>
    </w:p>
    <w:p>
      <w:pPr>
        <w:pStyle w:val="ListNumber"/>
        <w:numPr>
          <w:ilvl w:val="0"/>
          <w:numId w:val="4"/>
        </w:numPr>
        <w:rPr/>
      </w:pPr>
      <w:r>
        <w:rPr/>
        <w:t>Cook falooda sev according to its type until tender; drain and rinse with cool water.</w:t>
      </w:r>
    </w:p>
    <w:p>
      <w:pPr>
        <w:pStyle w:val="ListNumber"/>
        <w:numPr>
          <w:ilvl w:val="0"/>
          <w:numId w:val="4"/>
        </w:numPr>
        <w:rPr/>
      </w:pPr>
      <w:r>
        <w:rPr/>
        <w:t>Soak basil seeds in water 10–15 minutes until they swell, then drain.</w:t>
      </w:r>
    </w:p>
    <w:p>
      <w:pPr>
        <w:pStyle w:val="ListNumber"/>
        <w:numPr>
          <w:ilvl w:val="0"/>
          <w:numId w:val="4"/>
        </w:numPr>
        <w:rPr/>
      </w:pPr>
      <w:r>
        <w:rPr/>
        <w:t>Mix rose syrup into chilled milk or reserve it for the bottom of the glass.</w:t>
      </w:r>
    </w:p>
    <w:p>
      <w:pPr>
        <w:pStyle w:val="ListNumber"/>
        <w:numPr>
          <w:ilvl w:val="0"/>
          <w:numId w:val="4"/>
        </w:numPr>
        <w:rPr/>
      </w:pPr>
      <w:r>
        <w:rPr/>
        <w:t>Layer a little syrup, sev and basil seeds in tall glasses. Pour in milk and top with kulfi.</w:t>
      </w:r>
    </w:p>
    <w:p>
      <w:pPr>
        <w:pStyle w:val="ListNumber"/>
        <w:numPr>
          <w:ilvl w:val="0"/>
          <w:numId w:val="4"/>
        </w:numPr>
        <w:rPr/>
      </w:pPr>
      <w:r>
        <w:rPr/>
        <w:t>Finish with nuts and serve immediately with a long spoon.</w:t>
      </w:r>
    </w:p>
    <w:p>
      <w:pPr>
        <w:pStyle w:val="Normal"/>
        <w:rPr/>
      </w:pPr>
      <w:r>
        <w:rPr/>
      </w:r>
      <w:r>
        <w:br w:type="page"/>
      </w:r>
    </w:p>
    <w:p>
      <w:pPr>
        <w:pStyle w:val="Heading1"/>
        <w:spacing w:before="0" w:after="0"/>
        <w:rPr/>
      </w:pPr>
      <w:r>
        <w:rPr/>
        <w:t>PART VIII — ACCOMPANIMENTS, CHUTNEYS AND RAITAS</w:t>
      </w:r>
    </w:p>
    <w:p>
      <w:pPr>
        <w:pStyle w:val="Normal"/>
        <w:rPr/>
      </w:pPr>
      <w:r>
        <w:rPr/>
        <w:t>A small bowl of raita or chutney can complete a meal. Traditional accompaniments are often seasonal, quick to prepare and deliberately simple.</w:t>
      </w:r>
    </w:p>
    <w:p>
      <w:pPr>
        <w:pStyle w:val="Heading2"/>
        <w:rPr/>
      </w:pPr>
      <w:r>
        <w:rPr/>
        <w:t>Bathua Raita</w:t>
      </w:r>
    </w:p>
    <w:p>
      <w:pPr>
        <w:pStyle w:val="Normal"/>
        <w:rPr/>
      </w:pPr>
      <w:r>
        <w:rPr>
          <w:b/>
          <w:color w:val="5A5A4B"/>
          <w:sz w:val="18"/>
        </w:rPr>
        <w:t>Region: Haryana  |  Yield: 4 small bowls</w:t>
      </w:r>
    </w:p>
    <w:p>
      <w:pPr>
        <w:pStyle w:val="Normal"/>
        <w:rPr/>
      </w:pPr>
      <w:r>
        <w:rPr/>
        <w:t>Origins &amp; variations: Bathua (lamb’s quarters) is a winter green used in Haryana and neighbouring regions. Cooked bathua folded into curd makes a cooling accompaniment.</w:t>
      </w:r>
    </w:p>
    <w:p>
      <w:pPr>
        <w:pStyle w:val="Normal"/>
        <w:rPr/>
      </w:pPr>
      <w:r>
        <w:rPr/>
        <w:t>Serving: 4 portions</w:t>
      </w:r>
    </w:p>
    <w:p>
      <w:pPr>
        <w:pStyle w:val="Heading3"/>
        <w:rPr/>
      </w:pPr>
      <w:r>
        <w:rPr/>
        <w:t>Ingredients</w:t>
      </w:r>
    </w:p>
    <w:p>
      <w:pPr>
        <w:pStyle w:val="ListBullet"/>
        <w:numPr>
          <w:ilvl w:val="0"/>
          <w:numId w:val="1"/>
        </w:numPr>
        <w:rPr/>
      </w:pPr>
      <w:r>
        <w:rPr/>
        <w:t>2 cups bathua leaves, washed</w:t>
      </w:r>
    </w:p>
    <w:p>
      <w:pPr>
        <w:pStyle w:val="ListBullet"/>
        <w:numPr>
          <w:ilvl w:val="0"/>
          <w:numId w:val="1"/>
        </w:numPr>
        <w:rPr/>
      </w:pPr>
      <w:r>
        <w:rPr/>
        <w:t>2 cups thick curd</w:t>
      </w:r>
    </w:p>
    <w:p>
      <w:pPr>
        <w:pStyle w:val="ListBullet"/>
        <w:numPr>
          <w:ilvl w:val="0"/>
          <w:numId w:val="1"/>
        </w:numPr>
        <w:rPr/>
      </w:pPr>
      <w:r>
        <w:rPr/>
        <w:t>½ tsp roasted cumin</w:t>
      </w:r>
    </w:p>
    <w:p>
      <w:pPr>
        <w:pStyle w:val="ListBullet"/>
        <w:numPr>
          <w:ilvl w:val="0"/>
          <w:numId w:val="1"/>
        </w:numPr>
        <w:rPr/>
      </w:pPr>
      <w:r>
        <w:rPr/>
        <w:t>Black salt or salt</w:t>
      </w:r>
    </w:p>
    <w:p>
      <w:pPr>
        <w:pStyle w:val="ListBullet"/>
        <w:numPr>
          <w:ilvl w:val="0"/>
          <w:numId w:val="1"/>
        </w:numPr>
        <w:rPr/>
      </w:pPr>
      <w:r>
        <w:rPr/>
        <w:t>Pinch chilli powder</w:t>
      </w:r>
    </w:p>
    <w:p>
      <w:pPr>
        <w:pStyle w:val="Heading3"/>
        <w:rPr/>
      </w:pPr>
      <w:r>
        <w:rPr/>
        <w:t>Traditional method</w:t>
      </w:r>
    </w:p>
    <w:p>
      <w:pPr>
        <w:pStyle w:val="ListNumber"/>
        <w:numPr>
          <w:ilvl w:val="0"/>
          <w:numId w:val="4"/>
        </w:numPr>
        <w:rPr/>
      </w:pPr>
      <w:r>
        <w:rPr/>
        <w:t>Wash bathua carefully. Boil or steam with a spoonful of water until tender, 5–8 minutes.</w:t>
      </w:r>
    </w:p>
    <w:p>
      <w:pPr>
        <w:pStyle w:val="ListNumber"/>
        <w:numPr>
          <w:ilvl w:val="0"/>
          <w:numId w:val="4"/>
        </w:numPr>
        <w:rPr/>
      </w:pPr>
      <w:r>
        <w:rPr/>
        <w:t>Cool, squeeze out excess water and chop finely.</w:t>
      </w:r>
    </w:p>
    <w:p>
      <w:pPr>
        <w:pStyle w:val="ListNumber"/>
        <w:numPr>
          <w:ilvl w:val="0"/>
          <w:numId w:val="4"/>
        </w:numPr>
        <w:rPr/>
      </w:pPr>
      <w:r>
        <w:rPr/>
        <w:t>Whisk curd smooth and fold in bathua, cumin and salt.</w:t>
      </w:r>
    </w:p>
    <w:p>
      <w:pPr>
        <w:pStyle w:val="ListNumber"/>
        <w:numPr>
          <w:ilvl w:val="0"/>
          <w:numId w:val="4"/>
        </w:numPr>
        <w:rPr/>
      </w:pPr>
      <w:r>
        <w:rPr/>
        <w:t>Sprinkle chilli and a little extra cumin. Chill briefly and serve with paratha, roti or khichdi.</w:t>
      </w:r>
    </w:p>
    <w:p>
      <w:pPr>
        <w:pStyle w:val="Heading2"/>
        <w:rPr/>
      </w:pPr>
      <w:r>
        <w:rPr/>
        <w:t>Tamatar Chutney</w:t>
      </w:r>
    </w:p>
    <w:p>
      <w:pPr>
        <w:pStyle w:val="Normal"/>
        <w:rPr/>
      </w:pPr>
      <w:r>
        <w:rPr>
          <w:b/>
          <w:color w:val="5A5A4B"/>
          <w:sz w:val="18"/>
        </w:rPr>
        <w:t>Region: Haryana  |  Yield: 1 small bowl</w:t>
      </w:r>
    </w:p>
    <w:p>
      <w:pPr>
        <w:pStyle w:val="Normal"/>
        <w:rPr/>
      </w:pPr>
      <w:r>
        <w:rPr/>
        <w:t>Origins &amp; variations: A simple tomato chutney served with breads and everyday meals. It may be cooked down with cumin, garlic or green chilli, depending on the household.</w:t>
      </w:r>
    </w:p>
    <w:p>
      <w:pPr>
        <w:pStyle w:val="Normal"/>
        <w:rPr/>
      </w:pPr>
      <w:r>
        <w:rPr/>
        <w:t>Serving: 4 portions</w:t>
      </w:r>
    </w:p>
    <w:p>
      <w:pPr>
        <w:pStyle w:val="Heading3"/>
        <w:rPr/>
      </w:pPr>
      <w:r>
        <w:rPr/>
        <w:t>Ingredients</w:t>
      </w:r>
    </w:p>
    <w:p>
      <w:pPr>
        <w:pStyle w:val="ListBullet"/>
        <w:numPr>
          <w:ilvl w:val="0"/>
          <w:numId w:val="1"/>
        </w:numPr>
        <w:rPr/>
      </w:pPr>
      <w:r>
        <w:rPr/>
        <w:t>4 ripe tomatoes, chopped</w:t>
      </w:r>
    </w:p>
    <w:p>
      <w:pPr>
        <w:pStyle w:val="ListBullet"/>
        <w:numPr>
          <w:ilvl w:val="0"/>
          <w:numId w:val="1"/>
        </w:numPr>
        <w:rPr/>
      </w:pPr>
      <w:r>
        <w:rPr/>
        <w:t>1 tbsp mustard oil</w:t>
      </w:r>
    </w:p>
    <w:p>
      <w:pPr>
        <w:pStyle w:val="ListBullet"/>
        <w:numPr>
          <w:ilvl w:val="0"/>
          <w:numId w:val="1"/>
        </w:numPr>
        <w:rPr/>
      </w:pPr>
      <w:r>
        <w:rPr/>
        <w:t>½ tsp cumin</w:t>
      </w:r>
    </w:p>
    <w:p>
      <w:pPr>
        <w:pStyle w:val="ListBullet"/>
        <w:numPr>
          <w:ilvl w:val="0"/>
          <w:numId w:val="1"/>
        </w:numPr>
        <w:rPr/>
      </w:pPr>
      <w:r>
        <w:rPr/>
        <w:t>2 garlic cloves, chopped (optional)</w:t>
      </w:r>
    </w:p>
    <w:p>
      <w:pPr>
        <w:pStyle w:val="ListBullet"/>
        <w:numPr>
          <w:ilvl w:val="0"/>
          <w:numId w:val="1"/>
        </w:numPr>
        <w:rPr/>
      </w:pPr>
      <w:r>
        <w:rPr/>
        <w:t>1 green chilli</w:t>
      </w:r>
    </w:p>
    <w:p>
      <w:pPr>
        <w:pStyle w:val="ListBullet"/>
        <w:numPr>
          <w:ilvl w:val="0"/>
          <w:numId w:val="1"/>
        </w:numPr>
        <w:rPr/>
      </w:pPr>
      <w:r>
        <w:rPr/>
        <w:t>Salt</w:t>
      </w:r>
    </w:p>
    <w:p>
      <w:pPr>
        <w:pStyle w:val="ListBullet"/>
        <w:numPr>
          <w:ilvl w:val="0"/>
          <w:numId w:val="1"/>
        </w:numPr>
        <w:rPr/>
      </w:pPr>
      <w:r>
        <w:rPr/>
        <w:t>Pinch jaggery (optional)</w:t>
      </w:r>
    </w:p>
    <w:p>
      <w:pPr>
        <w:pStyle w:val="Heading3"/>
        <w:rPr/>
      </w:pPr>
      <w:r>
        <w:rPr/>
        <w:t>Traditional method</w:t>
      </w:r>
    </w:p>
    <w:p>
      <w:pPr>
        <w:pStyle w:val="ListNumber"/>
        <w:numPr>
          <w:ilvl w:val="0"/>
          <w:numId w:val="4"/>
        </w:numPr>
        <w:rPr/>
      </w:pPr>
      <w:r>
        <w:rPr/>
        <w:t>Heat mustard oil, then cool slightly. Add cumin and optional garlic and chilli.</w:t>
      </w:r>
    </w:p>
    <w:p>
      <w:pPr>
        <w:pStyle w:val="ListNumber"/>
        <w:numPr>
          <w:ilvl w:val="0"/>
          <w:numId w:val="4"/>
        </w:numPr>
        <w:rPr/>
      </w:pPr>
      <w:r>
        <w:rPr/>
        <w:t>Add tomatoes and salt. Cook uncovered over medium-low heat, stirring until tomatoes collapse.</w:t>
      </w:r>
    </w:p>
    <w:p>
      <w:pPr>
        <w:pStyle w:val="ListNumber"/>
        <w:numPr>
          <w:ilvl w:val="0"/>
          <w:numId w:val="4"/>
        </w:numPr>
        <w:rPr/>
      </w:pPr>
      <w:r>
        <w:rPr/>
        <w:t>Continue cooking until the chutney thickens and the raw tomato smell disappears, 15–20 minutes.</w:t>
      </w:r>
    </w:p>
    <w:p>
      <w:pPr>
        <w:pStyle w:val="ListNumber"/>
        <w:numPr>
          <w:ilvl w:val="0"/>
          <w:numId w:val="4"/>
        </w:numPr>
        <w:rPr/>
      </w:pPr>
      <w:r>
        <w:rPr/>
        <w:t>Add a pinch of jaggery only if the tomatoes are very sharp. Cool to room temperature and serve.</w:t>
      </w:r>
    </w:p>
    <w:p>
      <w:pPr>
        <w:pStyle w:val="Heading2"/>
        <w:rPr/>
      </w:pPr>
      <w:r>
        <w:rPr/>
        <w:t>Raita (General)</w:t>
      </w:r>
    </w:p>
    <w:p>
      <w:pPr>
        <w:pStyle w:val="Normal"/>
        <w:rPr/>
      </w:pPr>
      <w:r>
        <w:rPr>
          <w:b/>
          <w:color w:val="5A5A4B"/>
          <w:sz w:val="18"/>
        </w:rPr>
        <w:t>Region: Across North India  |  Yield: 4 small bowls</w:t>
      </w:r>
    </w:p>
    <w:p>
      <w:pPr>
        <w:pStyle w:val="Normal"/>
        <w:rPr/>
      </w:pPr>
      <w:r>
        <w:rPr/>
        <w:t>Origins &amp; variations: Curd-based accompaniments balance spicy food. Cucumber, onion, tomato, boondi and seasonal vegetables are common bases.</w:t>
      </w:r>
    </w:p>
    <w:p>
      <w:pPr>
        <w:pStyle w:val="Normal"/>
        <w:rPr/>
      </w:pPr>
      <w:r>
        <w:rPr/>
        <w:t>Serving: 4 portions</w:t>
      </w:r>
    </w:p>
    <w:p>
      <w:pPr>
        <w:pStyle w:val="Heading3"/>
        <w:rPr/>
      </w:pPr>
      <w:r>
        <w:rPr/>
        <w:t>Ingredients</w:t>
      </w:r>
    </w:p>
    <w:p>
      <w:pPr>
        <w:pStyle w:val="ListBullet"/>
        <w:numPr>
          <w:ilvl w:val="0"/>
          <w:numId w:val="1"/>
        </w:numPr>
        <w:rPr/>
      </w:pPr>
      <w:r>
        <w:rPr/>
        <w:t>2 cups thick curd</w:t>
      </w:r>
    </w:p>
    <w:p>
      <w:pPr>
        <w:pStyle w:val="ListBullet"/>
        <w:numPr>
          <w:ilvl w:val="0"/>
          <w:numId w:val="1"/>
        </w:numPr>
        <w:rPr/>
      </w:pPr>
      <w:r>
        <w:rPr/>
        <w:t>1 cup grated cucumber or chopped seasonal vegetables</w:t>
      </w:r>
    </w:p>
    <w:p>
      <w:pPr>
        <w:pStyle w:val="ListBullet"/>
        <w:numPr>
          <w:ilvl w:val="0"/>
          <w:numId w:val="1"/>
        </w:numPr>
        <w:rPr/>
      </w:pPr>
      <w:r>
        <w:rPr/>
        <w:t>½ tsp roasted cumin</w:t>
      </w:r>
    </w:p>
    <w:p>
      <w:pPr>
        <w:pStyle w:val="ListBullet"/>
        <w:numPr>
          <w:ilvl w:val="0"/>
          <w:numId w:val="1"/>
        </w:numPr>
        <w:rPr/>
      </w:pPr>
      <w:r>
        <w:rPr/>
        <w:t>Salt</w:t>
      </w:r>
    </w:p>
    <w:p>
      <w:pPr>
        <w:pStyle w:val="ListBullet"/>
        <w:numPr>
          <w:ilvl w:val="0"/>
          <w:numId w:val="1"/>
        </w:numPr>
        <w:rPr/>
      </w:pPr>
      <w:r>
        <w:rPr/>
        <w:t>Chopped coriander or mint</w:t>
      </w:r>
    </w:p>
    <w:p>
      <w:pPr>
        <w:pStyle w:val="ListBullet"/>
        <w:numPr>
          <w:ilvl w:val="0"/>
          <w:numId w:val="1"/>
        </w:numPr>
        <w:rPr/>
      </w:pPr>
      <w:r>
        <w:rPr/>
        <w:t>Pinch chilli powder</w:t>
      </w:r>
    </w:p>
    <w:p>
      <w:pPr>
        <w:pStyle w:val="Heading3"/>
        <w:rPr/>
      </w:pPr>
      <w:r>
        <w:rPr/>
        <w:t>Traditional method</w:t>
      </w:r>
    </w:p>
    <w:p>
      <w:pPr>
        <w:pStyle w:val="ListNumber"/>
        <w:numPr>
          <w:ilvl w:val="0"/>
          <w:numId w:val="4"/>
        </w:numPr>
        <w:rPr/>
      </w:pPr>
      <w:r>
        <w:rPr/>
        <w:t>Whisk curd until smooth. If very thick, add 1–2 tbsp cold water.</w:t>
      </w:r>
    </w:p>
    <w:p>
      <w:pPr>
        <w:pStyle w:val="ListNumber"/>
        <w:numPr>
          <w:ilvl w:val="0"/>
          <w:numId w:val="4"/>
        </w:numPr>
        <w:rPr/>
      </w:pPr>
      <w:r>
        <w:rPr/>
        <w:t>Prepare the chosen vegetable and fold into curd.</w:t>
      </w:r>
    </w:p>
    <w:p>
      <w:pPr>
        <w:pStyle w:val="ListNumber"/>
        <w:numPr>
          <w:ilvl w:val="0"/>
          <w:numId w:val="4"/>
        </w:numPr>
        <w:rPr/>
      </w:pPr>
      <w:r>
        <w:rPr/>
        <w:t>Season with salt and roasted cumin; add coriander or mint.</w:t>
      </w:r>
    </w:p>
    <w:p>
      <w:pPr>
        <w:pStyle w:val="ListNumber"/>
        <w:numPr>
          <w:ilvl w:val="0"/>
          <w:numId w:val="4"/>
        </w:numPr>
        <w:rPr/>
      </w:pPr>
      <w:r>
        <w:rPr/>
        <w:t>Chill briefly and sprinkle with chilli powder before serving.</w:t>
      </w:r>
    </w:p>
    <w:p>
      <w:pPr>
        <w:pStyle w:val="Heading2"/>
        <w:rPr/>
      </w:pPr>
      <w:r>
        <w:rPr/>
        <w:t>Boondi Raita</w:t>
      </w:r>
    </w:p>
    <w:p>
      <w:pPr>
        <w:pStyle w:val="Normal"/>
        <w:rPr/>
      </w:pPr>
      <w:r>
        <w:rPr>
          <w:b/>
          <w:color w:val="5A5A4B"/>
          <w:sz w:val="18"/>
        </w:rPr>
        <w:t>Region: North India  |  Yield: 4 small bowls</w:t>
      </w:r>
    </w:p>
    <w:p>
      <w:pPr>
        <w:pStyle w:val="Normal"/>
        <w:rPr/>
      </w:pPr>
      <w:r>
        <w:rPr/>
        <w:t>Origins &amp; variations: Savoury fried gram-flour pearls softened in seasoned curd, a common accompaniment to pulao, biryani and paratha.</w:t>
      </w:r>
    </w:p>
    <w:p>
      <w:pPr>
        <w:pStyle w:val="Normal"/>
        <w:rPr/>
      </w:pPr>
      <w:r>
        <w:rPr/>
        <w:t>Serving: 4 portions</w:t>
      </w:r>
    </w:p>
    <w:p>
      <w:pPr>
        <w:pStyle w:val="Heading3"/>
        <w:rPr/>
      </w:pPr>
      <w:r>
        <w:rPr/>
        <w:t>Ingredients</w:t>
      </w:r>
    </w:p>
    <w:p>
      <w:pPr>
        <w:pStyle w:val="ListBullet"/>
        <w:numPr>
          <w:ilvl w:val="0"/>
          <w:numId w:val="1"/>
        </w:numPr>
        <w:rPr/>
      </w:pPr>
      <w:r>
        <w:rPr/>
        <w:t>2 cups curd</w:t>
      </w:r>
    </w:p>
    <w:p>
      <w:pPr>
        <w:pStyle w:val="ListBullet"/>
        <w:numPr>
          <w:ilvl w:val="0"/>
          <w:numId w:val="1"/>
        </w:numPr>
        <w:rPr/>
      </w:pPr>
      <w:r>
        <w:rPr/>
        <w:t>¾ cup savoury boondi</w:t>
      </w:r>
    </w:p>
    <w:p>
      <w:pPr>
        <w:pStyle w:val="ListBullet"/>
        <w:numPr>
          <w:ilvl w:val="0"/>
          <w:numId w:val="1"/>
        </w:numPr>
        <w:rPr/>
      </w:pPr>
      <w:r>
        <w:rPr/>
        <w:t>½ tsp roasted cumin</w:t>
      </w:r>
    </w:p>
    <w:p>
      <w:pPr>
        <w:pStyle w:val="ListBullet"/>
        <w:numPr>
          <w:ilvl w:val="0"/>
          <w:numId w:val="1"/>
        </w:numPr>
        <w:rPr/>
      </w:pPr>
      <w:r>
        <w:rPr/>
        <w:t>Black salt or salt</w:t>
      </w:r>
    </w:p>
    <w:p>
      <w:pPr>
        <w:pStyle w:val="ListBullet"/>
        <w:numPr>
          <w:ilvl w:val="0"/>
          <w:numId w:val="1"/>
        </w:numPr>
        <w:rPr/>
      </w:pPr>
      <w:r>
        <w:rPr/>
        <w:t>Pinch chilli powder</w:t>
      </w:r>
    </w:p>
    <w:p>
      <w:pPr>
        <w:pStyle w:val="ListBullet"/>
        <w:numPr>
          <w:ilvl w:val="0"/>
          <w:numId w:val="1"/>
        </w:numPr>
        <w:rPr/>
      </w:pPr>
      <w:r>
        <w:rPr/>
        <w:t>Coriander</w:t>
      </w:r>
    </w:p>
    <w:p>
      <w:pPr>
        <w:pStyle w:val="Heading3"/>
        <w:rPr/>
      </w:pPr>
      <w:r>
        <w:rPr/>
        <w:t>Traditional method</w:t>
      </w:r>
    </w:p>
    <w:p>
      <w:pPr>
        <w:pStyle w:val="ListNumber"/>
        <w:numPr>
          <w:ilvl w:val="0"/>
          <w:numId w:val="4"/>
        </w:numPr>
        <w:rPr/>
      </w:pPr>
      <w:r>
        <w:rPr/>
        <w:t>Whisk curd smooth and season with cumin, salt and chilli.</w:t>
      </w:r>
    </w:p>
    <w:p>
      <w:pPr>
        <w:pStyle w:val="ListNumber"/>
        <w:numPr>
          <w:ilvl w:val="0"/>
          <w:numId w:val="4"/>
        </w:numPr>
        <w:rPr/>
      </w:pPr>
      <w:r>
        <w:rPr/>
        <w:t>For softer boondi, cover with warm water for 2 minutes, drain and gently press out excess water.</w:t>
      </w:r>
    </w:p>
    <w:p>
      <w:pPr>
        <w:pStyle w:val="ListNumber"/>
        <w:numPr>
          <w:ilvl w:val="0"/>
          <w:numId w:val="4"/>
        </w:numPr>
        <w:rPr/>
      </w:pPr>
      <w:r>
        <w:rPr/>
        <w:t>Fold boondi into curd and rest 5–10 minutes.</w:t>
      </w:r>
    </w:p>
    <w:p>
      <w:pPr>
        <w:pStyle w:val="ListNumber"/>
        <w:numPr>
          <w:ilvl w:val="0"/>
          <w:numId w:val="4"/>
        </w:numPr>
        <w:rPr/>
      </w:pPr>
      <w:r>
        <w:rPr/>
        <w:t>Adjust thickness with a little cold water. Garnish with coriander and serve chilled.</w:t>
      </w:r>
    </w:p>
    <w:p>
      <w:pPr>
        <w:pStyle w:val="Normal"/>
        <w:rPr/>
      </w:pPr>
      <w:r>
        <w:rPr/>
      </w:r>
      <w:r>
        <w:br w:type="page"/>
      </w:r>
    </w:p>
    <w:p>
      <w:pPr>
        <w:pStyle w:val="Heading1"/>
        <w:spacing w:before="0" w:after="0"/>
        <w:rPr/>
      </w:pPr>
      <w:r>
        <w:rPr/>
        <w:t>APPENDIX — TECHNIQUES, MENUS AND GLOSSARY</w:t>
      </w:r>
    </w:p>
    <w:p>
      <w:pPr>
        <w:pStyle w:val="Normal"/>
        <w:rPr/>
      </w:pPr>
      <w:r>
        <w:rPr/>
        <w:t>Traditional cooking is often a sequence of small, careful actions. These notes explain the methods that recur throughout the recipes.</w:t>
      </w:r>
    </w:p>
    <w:p>
      <w:pPr>
        <w:pStyle w:val="Heading2"/>
        <w:rPr/>
      </w:pPr>
      <w:r>
        <w:rPr/>
        <w:t>Tandoor cooking</w:t>
      </w:r>
    </w:p>
    <w:p>
      <w:pPr>
        <w:pStyle w:val="Normal"/>
        <w:rPr/>
      </w:pPr>
      <w:r>
        <w:rPr/>
        <w:t>A tandoor is a thick-walled clay oven heated by charcoal or wood. It stores heat in its walls and cooks breads by intense radiant heat. A properly heated tandoor has glowing embers at the bottom and a very hot inner wall. Kulcha dough is slapped onto the wall; once baked and blistered, it is lifted with a long tool. Keep the mouth clear, use heat-resistant tools, tie back loose clothing and never lean into the oven. A household tawa can make a good bread, but it does not reproduce the exact smoky, radiant tandoor effect.</w:t>
      </w:r>
    </w:p>
    <w:p>
      <w:pPr>
        <w:pStyle w:val="Heading2"/>
        <w:rPr/>
      </w:pPr>
      <w:r>
        <w:rPr/>
        <w:t>Slow cooking and bhunao</w:t>
      </w:r>
    </w:p>
    <w:p>
      <w:pPr>
        <w:pStyle w:val="Normal"/>
        <w:rPr/>
      </w:pPr>
      <w:r>
        <w:rPr/>
        <w:t>Slow cooking is not simply leaving a pot on low heat. Keep the contents at a gentle simmer, stir thick mixtures regularly, scrape the base and add hot liquid in small amounts. For dal makhani, this allows the lentils to break down and the fat and spices to integrate. Bhunao is the patient frying of an onion-tomato or spice base until the raw smell fades, the mixture thickens and the fat begins to separate. Add water only after the masala has cooked adequately.</w:t>
      </w:r>
    </w:p>
    <w:p>
      <w:pPr>
        <w:pStyle w:val="Heading2"/>
        <w:rPr/>
      </w:pPr>
      <w:r>
        <w:rPr/>
        <w:t>Dum</w:t>
      </w:r>
    </w:p>
    <w:p>
      <w:pPr>
        <w:pStyle w:val="Normal"/>
        <w:rPr/>
      </w:pPr>
      <w:r>
        <w:rPr/>
        <w:t>Dum cooking uses a covered, sealed pot so steam remains inside. Layered rice dishes are assembled in a heavy pot, covered tightly—sometimes sealed with a strip of dough—and cooked over very low heat. A tawa under the pot diffuses direct flame. Let the pot rest before opening; this allows steam to settle and the grains to firm.</w:t>
      </w:r>
    </w:p>
    <w:p>
      <w:pPr>
        <w:pStyle w:val="Heading2"/>
        <w:rPr/>
      </w:pPr>
      <w:r>
        <w:rPr/>
        <w:t>Roti on a tawa</w:t>
      </w:r>
    </w:p>
    <w:p>
      <w:pPr>
        <w:pStyle w:val="Normal"/>
        <w:rPr/>
      </w:pPr>
      <w:r>
        <w:rPr/>
        <w:t>A tawa should be hot enough to set the dough quickly but not so hot that the surface burns before the centre cooks. Millet rotis need gentle handling because they contain no gluten. Pat them with damp hands, mend cracks, and turn only once the first side has firmed. Serve immediately.</w:t>
      </w:r>
    </w:p>
    <w:p>
      <w:pPr>
        <w:pStyle w:val="Heading2"/>
        <w:rPr/>
      </w:pPr>
      <w:r>
        <w:rPr/>
        <w:t>Deep-frying and sugar syrup</w:t>
      </w:r>
    </w:p>
    <w:p>
      <w:pPr>
        <w:pStyle w:val="Normal"/>
        <w:rPr/>
      </w:pPr>
      <w:r>
        <w:rPr/>
        <w:t>For puri, samosa, kachori and sweets, oil temperature determines both texture and safety. A puri needs hot oil to puff; flaky pastries and large milk sweets need steadier, moderate heat to cook through. For syrup sweets, a sticky syrup is often enough for jalebi or balushahi, while other sweets may require a one-string stage. If unsure, cool a drop before testing between fingers; never test boiling syrup with bare fingers.</w:t>
      </w:r>
    </w:p>
    <w:p>
      <w:pPr>
        <w:pStyle w:val="Heading2"/>
        <w:rPr/>
      </w:pPr>
      <w:r>
        <w:rPr/>
        <w:t>Regional menu pairings</w:t>
      </w:r>
    </w:p>
    <w:p>
      <w:pPr>
        <w:pStyle w:val="ListBullet"/>
        <w:numPr>
          <w:ilvl w:val="0"/>
          <w:numId w:val="1"/>
        </w:numPr>
        <w:rPr/>
      </w:pPr>
      <w:r>
        <w:rPr/>
        <w:t>Punjabi winter meal: sarson ka saag, makki di roti, white butter, onion, green chilli and jaggery.</w:t>
      </w:r>
    </w:p>
    <w:p>
      <w:pPr>
        <w:pStyle w:val="ListBullet"/>
        <w:numPr>
          <w:ilvl w:val="0"/>
          <w:numId w:val="1"/>
        </w:numPr>
        <w:rPr/>
      </w:pPr>
      <w:r>
        <w:rPr/>
        <w:t>Amritsar-style meal: kulcha or bheega kulcha, Punjabi chole, pickled onion, lemon and lassi.</w:t>
      </w:r>
    </w:p>
    <w:p>
      <w:pPr>
        <w:pStyle w:val="ListBullet"/>
        <w:numPr>
          <w:ilvl w:val="0"/>
          <w:numId w:val="1"/>
        </w:numPr>
        <w:rPr/>
      </w:pPr>
      <w:r>
        <w:rPr/>
        <w:t>Haryanvi rustic meal: bajra roti, seasonal saag or kachri ki sabzi, curd, chutney and chaas.</w:t>
      </w:r>
    </w:p>
    <w:p>
      <w:pPr>
        <w:pStyle w:val="ListBullet"/>
        <w:numPr>
          <w:ilvl w:val="0"/>
          <w:numId w:val="1"/>
        </w:numPr>
        <w:rPr/>
      </w:pPr>
      <w:r>
        <w:rPr/>
        <w:t>Western UP breakfast: bedmi puri, spiced aloo sabzi, pickle and a small sweet.</w:t>
      </w:r>
    </w:p>
    <w:p>
      <w:pPr>
        <w:pStyle w:val="ListBullet"/>
        <w:numPr>
          <w:ilvl w:val="0"/>
          <w:numId w:val="1"/>
        </w:numPr>
        <w:rPr/>
      </w:pPr>
      <w:r>
        <w:rPr/>
        <w:t>Malwa meal: bafla, dal, ghee, churma and seasonal sabzi.</w:t>
      </w:r>
    </w:p>
    <w:p>
      <w:pPr>
        <w:pStyle w:val="ListBullet"/>
        <w:numPr>
          <w:ilvl w:val="0"/>
          <w:numId w:val="1"/>
        </w:numPr>
        <w:rPr/>
      </w:pPr>
      <w:r>
        <w:rPr/>
        <w:t>Indori breakfast: poha topped with sev and coriander, lemon, and jalebi on the side.</w:t>
      </w:r>
    </w:p>
    <w:p>
      <w:pPr>
        <w:pStyle w:val="ListBullet"/>
        <w:numPr>
          <w:ilvl w:val="0"/>
          <w:numId w:val="1"/>
        </w:numPr>
        <w:rPr/>
      </w:pPr>
      <w:r>
        <w:rPr/>
        <w:t>Festive North Indian table: pulao or biryani, paneer or vegetable korma, raita, papad and a milk sweet.</w:t>
      </w:r>
    </w:p>
    <w:p>
      <w:pPr>
        <w:pStyle w:val="Heading2"/>
        <w:rPr/>
      </w:pPr>
      <w:r>
        <w:rPr/>
        <w:t>Glossary</w:t>
      </w:r>
    </w:p>
    <w:p>
      <w:pPr>
        <w:pStyle w:val="Normal"/>
        <w:rPr/>
      </w:pPr>
      <w:r>
        <w:rPr>
          <w:b/>
        </w:rPr>
        <w:t xml:space="preserve">Atta — </w:t>
      </w:r>
      <w:r>
        <w:rPr/>
        <w:t>Whole-wheat flour used for everyday rotis and many fried breads.</w:t>
      </w:r>
    </w:p>
    <w:p>
      <w:pPr>
        <w:pStyle w:val="Normal"/>
        <w:rPr/>
      </w:pPr>
      <w:r>
        <w:rPr>
          <w:b/>
        </w:rPr>
        <w:t xml:space="preserve">Bhunao — </w:t>
      </w:r>
      <w:r>
        <w:rPr/>
        <w:t>Slow frying of a masala until its raw aroma disappears and it thickens.</w:t>
      </w:r>
    </w:p>
    <w:p>
      <w:pPr>
        <w:pStyle w:val="Normal"/>
        <w:rPr/>
      </w:pPr>
      <w:r>
        <w:rPr>
          <w:b/>
        </w:rPr>
        <w:t xml:space="preserve">Besan — </w:t>
      </w:r>
      <w:r>
        <w:rPr/>
        <w:t>Gram flour made from chickpeas.</w:t>
      </w:r>
    </w:p>
    <w:p>
      <w:pPr>
        <w:pStyle w:val="Normal"/>
        <w:rPr/>
      </w:pPr>
      <w:r>
        <w:rPr>
          <w:b/>
        </w:rPr>
        <w:t xml:space="preserve">Dum — </w:t>
      </w:r>
      <w:r>
        <w:rPr/>
        <w:t>Sealed, low-heat cooking that retains steam.</w:t>
      </w:r>
    </w:p>
    <w:p>
      <w:pPr>
        <w:pStyle w:val="Normal"/>
        <w:rPr/>
      </w:pPr>
      <w:r>
        <w:rPr>
          <w:b/>
        </w:rPr>
        <w:t xml:space="preserve">Ghee — </w:t>
      </w:r>
      <w:r>
        <w:rPr/>
        <w:t>Clarified butter.</w:t>
      </w:r>
    </w:p>
    <w:p>
      <w:pPr>
        <w:pStyle w:val="Normal"/>
        <w:rPr/>
      </w:pPr>
      <w:r>
        <w:rPr>
          <w:b/>
        </w:rPr>
        <w:t xml:space="preserve">Hing — </w:t>
      </w:r>
      <w:r>
        <w:rPr/>
        <w:t>Asafoetida, used in small amounts for savoury depth.</w:t>
      </w:r>
    </w:p>
    <w:p>
      <w:pPr>
        <w:pStyle w:val="Normal"/>
        <w:rPr/>
      </w:pPr>
      <w:r>
        <w:rPr>
          <w:b/>
        </w:rPr>
        <w:t xml:space="preserve">Jaggery / gur — </w:t>
      </w:r>
      <w:r>
        <w:rPr/>
        <w:t>Unrefined cane or palm sugar, depending on region.</w:t>
      </w:r>
    </w:p>
    <w:p>
      <w:pPr>
        <w:pStyle w:val="Normal"/>
        <w:rPr/>
      </w:pPr>
      <w:r>
        <w:rPr>
          <w:b/>
        </w:rPr>
        <w:t xml:space="preserve">Kadhi — </w:t>
      </w:r>
      <w:r>
        <w:rPr/>
        <w:t>A yogurt-and-gram-flour curry, often served with pakora.</w:t>
      </w:r>
    </w:p>
    <w:p>
      <w:pPr>
        <w:pStyle w:val="Normal"/>
        <w:rPr/>
      </w:pPr>
      <w:r>
        <w:rPr>
          <w:b/>
        </w:rPr>
        <w:t xml:space="preserve">Khoya / mawa — </w:t>
      </w:r>
      <w:r>
        <w:rPr/>
        <w:t>Milk solids made by reducing milk.</w:t>
      </w:r>
    </w:p>
    <w:p>
      <w:pPr>
        <w:pStyle w:val="Normal"/>
        <w:rPr/>
      </w:pPr>
      <w:r>
        <w:rPr>
          <w:b/>
        </w:rPr>
        <w:t xml:space="preserve">Mathani — </w:t>
      </w:r>
      <w:r>
        <w:rPr/>
        <w:t>Traditional hand churner used for curd and lassi.</w:t>
      </w:r>
    </w:p>
    <w:p>
      <w:pPr>
        <w:pStyle w:val="Normal"/>
        <w:rPr/>
      </w:pPr>
      <w:r>
        <w:rPr>
          <w:b/>
        </w:rPr>
        <w:t xml:space="preserve">Makhan — </w:t>
      </w:r>
      <w:r>
        <w:rPr/>
        <w:t>Butter, often fresh white butter in Punjabi and Haryanvi meals.</w:t>
      </w:r>
    </w:p>
    <w:p>
      <w:pPr>
        <w:pStyle w:val="Normal"/>
        <w:rPr/>
      </w:pPr>
      <w:r>
        <w:rPr>
          <w:b/>
        </w:rPr>
        <w:t xml:space="preserve">Masala — </w:t>
      </w:r>
      <w:r>
        <w:rPr/>
        <w:t>A spice mixture or cooked spiced base.</w:t>
      </w:r>
    </w:p>
    <w:p>
      <w:pPr>
        <w:pStyle w:val="Normal"/>
        <w:rPr/>
      </w:pPr>
      <w:r>
        <w:rPr>
          <w:b/>
        </w:rPr>
        <w:t xml:space="preserve">Saag — </w:t>
      </w:r>
      <w:r>
        <w:rPr/>
        <w:t>Cooked leafy greens; the exact greens vary regionally.</w:t>
      </w:r>
    </w:p>
    <w:p>
      <w:pPr>
        <w:pStyle w:val="Normal"/>
        <w:rPr/>
      </w:pPr>
      <w:r>
        <w:rPr>
          <w:b/>
        </w:rPr>
        <w:t xml:space="preserve">Tadka / chaunk — </w:t>
      </w:r>
      <w:r>
        <w:rPr/>
        <w:t>Spices bloomed in hot fat and added to a dish.</w:t>
      </w:r>
    </w:p>
    <w:p>
      <w:pPr>
        <w:pStyle w:val="Normal"/>
        <w:rPr/>
      </w:pPr>
      <w:r>
        <w:rPr>
          <w:b/>
        </w:rPr>
        <w:t xml:space="preserve">Tawa — </w:t>
      </w:r>
      <w:r>
        <w:rPr/>
        <w:t>A flat griddle used for roti, paratha and many snacks.</w:t>
      </w:r>
    </w:p>
    <w:p>
      <w:pPr>
        <w:pStyle w:val="Normal"/>
        <w:rPr/>
      </w:pPr>
      <w:r>
        <w:rPr>
          <w:b/>
        </w:rPr>
        <w:t xml:space="preserve">Wariyan — </w:t>
      </w:r>
      <w:r>
        <w:rPr/>
        <w:t>Dried spiced lentil dumplings, used as a side or in curry.</w:t>
      </w:r>
    </w:p>
    <w:p>
      <w:pPr>
        <w:pStyle w:val="Heading1"/>
        <w:rPr/>
      </w:pPr>
      <w:r>
        <w:rPr/>
        <w:t>Recipe index</w:t>
      </w:r>
    </w:p>
    <w:p>
      <w:pPr>
        <w:pStyle w:val="ListBullet"/>
        <w:numPr>
          <w:ilvl w:val="0"/>
          <w:numId w:val="1"/>
        </w:numPr>
        <w:rPr/>
      </w:pPr>
      <w:r>
        <w:rPr/>
        <w:t>Aloo Gobi</w:t>
      </w:r>
    </w:p>
    <w:p>
      <w:pPr>
        <w:pStyle w:val="ListBullet"/>
        <w:numPr>
          <w:ilvl w:val="0"/>
          <w:numId w:val="1"/>
        </w:numPr>
        <w:rPr/>
      </w:pPr>
      <w:r>
        <w:rPr/>
        <w:t>Aloo Puri</w:t>
      </w:r>
    </w:p>
    <w:p>
      <w:pPr>
        <w:pStyle w:val="ListBullet"/>
        <w:numPr>
          <w:ilvl w:val="0"/>
          <w:numId w:val="1"/>
        </w:numPr>
        <w:rPr/>
      </w:pPr>
      <w:r>
        <w:rPr/>
        <w:t>Aloo Tikki</w:t>
      </w:r>
    </w:p>
    <w:p>
      <w:pPr>
        <w:pStyle w:val="ListBullet"/>
        <w:numPr>
          <w:ilvl w:val="0"/>
          <w:numId w:val="1"/>
        </w:numPr>
        <w:rPr/>
      </w:pPr>
      <w:r>
        <w:rPr/>
        <w:t>Amritsari Kulcha (plain and stuffed)</w:t>
      </w:r>
    </w:p>
    <w:p>
      <w:pPr>
        <w:pStyle w:val="ListBullet"/>
        <w:numPr>
          <w:ilvl w:val="0"/>
          <w:numId w:val="1"/>
        </w:numPr>
        <w:rPr/>
      </w:pPr>
      <w:r>
        <w:rPr/>
        <w:t>Amritsari Lassi / Meethi Lassi</w:t>
      </w:r>
    </w:p>
    <w:p>
      <w:pPr>
        <w:pStyle w:val="ListBullet"/>
        <w:numPr>
          <w:ilvl w:val="0"/>
          <w:numId w:val="1"/>
        </w:numPr>
        <w:rPr/>
      </w:pPr>
      <w:r>
        <w:rPr/>
        <w:t>Amritsari Papad and Wariyan</w:t>
      </w:r>
    </w:p>
    <w:p>
      <w:pPr>
        <w:pStyle w:val="ListBullet"/>
        <w:numPr>
          <w:ilvl w:val="0"/>
          <w:numId w:val="1"/>
        </w:numPr>
        <w:rPr/>
      </w:pPr>
      <w:r>
        <w:rPr/>
        <w:t>Badam Milk / Condensed Almond Milk</w:t>
      </w:r>
    </w:p>
    <w:p>
      <w:pPr>
        <w:pStyle w:val="ListBullet"/>
        <w:numPr>
          <w:ilvl w:val="0"/>
          <w:numId w:val="1"/>
        </w:numPr>
        <w:rPr/>
      </w:pPr>
      <w:r>
        <w:rPr/>
        <w:t>Bafla</w:t>
      </w:r>
    </w:p>
    <w:p>
      <w:pPr>
        <w:pStyle w:val="ListBullet"/>
        <w:numPr>
          <w:ilvl w:val="0"/>
          <w:numId w:val="1"/>
        </w:numPr>
        <w:rPr/>
      </w:pPr>
      <w:r>
        <w:rPr/>
        <w:t>Bafla with Dal</w:t>
      </w:r>
    </w:p>
    <w:p>
      <w:pPr>
        <w:pStyle w:val="ListBullet"/>
        <w:numPr>
          <w:ilvl w:val="0"/>
          <w:numId w:val="1"/>
        </w:numPr>
        <w:rPr/>
      </w:pPr>
      <w:r>
        <w:rPr/>
        <w:t>Baingan Bharta</w:t>
      </w:r>
    </w:p>
    <w:p>
      <w:pPr>
        <w:pStyle w:val="ListBullet"/>
        <w:numPr>
          <w:ilvl w:val="0"/>
          <w:numId w:val="1"/>
        </w:numPr>
        <w:rPr/>
      </w:pPr>
      <w:r>
        <w:rPr/>
        <w:t>Bajra Aloo Roti with Makhan</w:t>
      </w:r>
    </w:p>
    <w:p>
      <w:pPr>
        <w:pStyle w:val="ListBullet"/>
        <w:numPr>
          <w:ilvl w:val="0"/>
          <w:numId w:val="1"/>
        </w:numPr>
        <w:rPr/>
      </w:pPr>
      <w:r>
        <w:rPr/>
        <w:t>Bajra Roti / Bajre ki Roti</w:t>
      </w:r>
    </w:p>
    <w:p>
      <w:pPr>
        <w:pStyle w:val="ListBullet"/>
        <w:numPr>
          <w:ilvl w:val="0"/>
          <w:numId w:val="1"/>
        </w:numPr>
        <w:rPr/>
      </w:pPr>
      <w:r>
        <w:rPr/>
        <w:t>Balushahi</w:t>
      </w:r>
    </w:p>
    <w:p>
      <w:pPr>
        <w:pStyle w:val="ListBullet"/>
        <w:numPr>
          <w:ilvl w:val="0"/>
          <w:numId w:val="1"/>
        </w:numPr>
        <w:rPr/>
      </w:pPr>
      <w:r>
        <w:rPr/>
        <w:t>Barfi (including Kaju Katli)</w:t>
      </w:r>
    </w:p>
    <w:p>
      <w:pPr>
        <w:pStyle w:val="ListBullet"/>
        <w:numPr>
          <w:ilvl w:val="0"/>
          <w:numId w:val="1"/>
        </w:numPr>
        <w:rPr/>
      </w:pPr>
      <w:r>
        <w:rPr/>
        <w:t>Bathua Raita</w:t>
      </w:r>
    </w:p>
    <w:p>
      <w:pPr>
        <w:pStyle w:val="ListBullet"/>
        <w:numPr>
          <w:ilvl w:val="0"/>
          <w:numId w:val="1"/>
        </w:numPr>
        <w:rPr/>
      </w:pPr>
      <w:r>
        <w:rPr/>
        <w:t>Bedmi Puri (Western Uttar Pradesh)</w:t>
      </w:r>
    </w:p>
    <w:p>
      <w:pPr>
        <w:pStyle w:val="ListBullet"/>
        <w:numPr>
          <w:ilvl w:val="0"/>
          <w:numId w:val="1"/>
        </w:numPr>
        <w:rPr/>
      </w:pPr>
      <w:r>
        <w:rPr/>
        <w:t>Besan Masala Roti with Makhan</w:t>
      </w:r>
    </w:p>
    <w:p>
      <w:pPr>
        <w:pStyle w:val="ListBullet"/>
        <w:numPr>
          <w:ilvl w:val="0"/>
          <w:numId w:val="1"/>
        </w:numPr>
        <w:rPr/>
      </w:pPr>
      <w:r>
        <w:rPr/>
        <w:t>Bheega Kulcha</w:t>
      </w:r>
    </w:p>
    <w:p>
      <w:pPr>
        <w:pStyle w:val="ListBullet"/>
        <w:numPr>
          <w:ilvl w:val="0"/>
          <w:numId w:val="1"/>
        </w:numPr>
        <w:rPr/>
      </w:pPr>
      <w:r>
        <w:rPr/>
        <w:t>Bhura Roti with Ghee</w:t>
      </w:r>
    </w:p>
    <w:p>
      <w:pPr>
        <w:pStyle w:val="ListBullet"/>
        <w:numPr>
          <w:ilvl w:val="0"/>
          <w:numId w:val="1"/>
        </w:numPr>
        <w:rPr/>
      </w:pPr>
      <w:r>
        <w:rPr/>
        <w:t>Bhutte ki Kees / Khees</w:t>
      </w:r>
    </w:p>
    <w:p>
      <w:pPr>
        <w:pStyle w:val="ListBullet"/>
        <w:numPr>
          <w:ilvl w:val="0"/>
          <w:numId w:val="1"/>
        </w:numPr>
        <w:rPr/>
      </w:pPr>
      <w:r>
        <w:rPr/>
        <w:t>Boondi</w:t>
      </w:r>
    </w:p>
    <w:p>
      <w:pPr>
        <w:pStyle w:val="ListBullet"/>
        <w:numPr>
          <w:ilvl w:val="0"/>
          <w:numId w:val="1"/>
        </w:numPr>
        <w:rPr/>
      </w:pPr>
      <w:r>
        <w:rPr/>
        <w:t>Boondi Raita</w:t>
      </w:r>
    </w:p>
    <w:p>
      <w:pPr>
        <w:pStyle w:val="ListBullet"/>
        <w:numPr>
          <w:ilvl w:val="0"/>
          <w:numId w:val="1"/>
        </w:numPr>
        <w:rPr/>
      </w:pPr>
      <w:r>
        <w:rPr/>
        <w:t>Chaat (Regional Base Method)</w:t>
      </w:r>
    </w:p>
    <w:p>
      <w:pPr>
        <w:pStyle w:val="ListBullet"/>
        <w:numPr>
          <w:ilvl w:val="0"/>
          <w:numId w:val="1"/>
        </w:numPr>
        <w:rPr/>
      </w:pPr>
      <w:r>
        <w:rPr/>
        <w:t>Chakki ki Shaak</w:t>
      </w:r>
    </w:p>
    <w:p>
      <w:pPr>
        <w:pStyle w:val="ListBullet"/>
        <w:numPr>
          <w:ilvl w:val="0"/>
          <w:numId w:val="1"/>
        </w:numPr>
        <w:rPr/>
      </w:pPr>
      <w:r>
        <w:rPr/>
        <w:t>Chhaas / Chaas</w:t>
      </w:r>
    </w:p>
    <w:p>
      <w:pPr>
        <w:pStyle w:val="ListBullet"/>
        <w:numPr>
          <w:ilvl w:val="0"/>
          <w:numId w:val="1"/>
        </w:numPr>
        <w:rPr/>
      </w:pPr>
      <w:r>
        <w:rPr/>
        <w:t>Chole Puri</w:t>
      </w:r>
    </w:p>
    <w:p>
      <w:pPr>
        <w:pStyle w:val="ListBullet"/>
        <w:numPr>
          <w:ilvl w:val="0"/>
          <w:numId w:val="1"/>
        </w:numPr>
        <w:rPr/>
      </w:pPr>
      <w:r>
        <w:rPr/>
        <w:t>Churma</w:t>
      </w:r>
    </w:p>
    <w:p>
      <w:pPr>
        <w:pStyle w:val="ListBullet"/>
        <w:numPr>
          <w:ilvl w:val="0"/>
          <w:numId w:val="1"/>
        </w:numPr>
        <w:rPr/>
      </w:pPr>
      <w:r>
        <w:rPr/>
        <w:t>Dal Makhani</w:t>
      </w:r>
    </w:p>
    <w:p>
      <w:pPr>
        <w:pStyle w:val="ListBullet"/>
        <w:numPr>
          <w:ilvl w:val="0"/>
          <w:numId w:val="1"/>
        </w:numPr>
        <w:rPr/>
      </w:pPr>
      <w:r>
        <w:rPr/>
        <w:t>Dum Bhindi (Stuffed Okra)</w:t>
      </w:r>
    </w:p>
    <w:p>
      <w:pPr>
        <w:pStyle w:val="ListBullet"/>
        <w:numPr>
          <w:ilvl w:val="0"/>
          <w:numId w:val="1"/>
        </w:numPr>
        <w:rPr/>
      </w:pPr>
      <w:r>
        <w:rPr/>
        <w:t>Everyday Home-Style Dal</w:t>
      </w:r>
    </w:p>
    <w:p>
      <w:pPr>
        <w:pStyle w:val="ListBullet"/>
        <w:numPr>
          <w:ilvl w:val="0"/>
          <w:numId w:val="1"/>
        </w:numPr>
        <w:rPr/>
      </w:pPr>
      <w:r>
        <w:rPr/>
        <w:t>Falooda</w:t>
      </w:r>
    </w:p>
    <w:p>
      <w:pPr>
        <w:pStyle w:val="ListBullet"/>
        <w:numPr>
          <w:ilvl w:val="0"/>
          <w:numId w:val="1"/>
        </w:numPr>
        <w:rPr/>
      </w:pPr>
      <w:r>
        <w:rPr/>
        <w:t>Gajar ka Halwa</w:t>
      </w:r>
    </w:p>
    <w:p>
      <w:pPr>
        <w:pStyle w:val="ListBullet"/>
        <w:numPr>
          <w:ilvl w:val="0"/>
          <w:numId w:val="1"/>
        </w:numPr>
        <w:rPr/>
      </w:pPr>
      <w:r>
        <w:rPr/>
        <w:t>Ghat ki Rabdi</w:t>
      </w:r>
    </w:p>
    <w:p>
      <w:pPr>
        <w:pStyle w:val="ListBullet"/>
        <w:numPr>
          <w:ilvl w:val="0"/>
          <w:numId w:val="1"/>
        </w:numPr>
        <w:rPr/>
      </w:pPr>
      <w:r>
        <w:rPr/>
        <w:t>Ghevar</w:t>
      </w:r>
    </w:p>
    <w:p>
      <w:pPr>
        <w:pStyle w:val="ListBullet"/>
        <w:numPr>
          <w:ilvl w:val="0"/>
          <w:numId w:val="1"/>
        </w:numPr>
        <w:rPr/>
      </w:pPr>
      <w:r>
        <w:rPr/>
        <w:t>Gujia</w:t>
      </w:r>
    </w:p>
    <w:p>
      <w:pPr>
        <w:pStyle w:val="ListBullet"/>
        <w:numPr>
          <w:ilvl w:val="0"/>
          <w:numId w:val="1"/>
        </w:numPr>
        <w:rPr/>
      </w:pPr>
      <w:r>
        <w:rPr/>
        <w:t>Gulab Jamun</w:t>
      </w:r>
    </w:p>
    <w:p>
      <w:pPr>
        <w:pStyle w:val="ListBullet"/>
        <w:numPr>
          <w:ilvl w:val="0"/>
          <w:numId w:val="1"/>
        </w:numPr>
        <w:rPr/>
      </w:pPr>
      <w:r>
        <w:rPr/>
        <w:t>Hara Dhania Cholia / Hara Choliya</w:t>
      </w:r>
    </w:p>
    <w:p>
      <w:pPr>
        <w:pStyle w:val="ListBullet"/>
        <w:numPr>
          <w:ilvl w:val="0"/>
          <w:numId w:val="1"/>
        </w:numPr>
        <w:rPr/>
      </w:pPr>
      <w:r>
        <w:rPr/>
        <w:t>Hara Saag</w:t>
      </w:r>
    </w:p>
    <w:p>
      <w:pPr>
        <w:pStyle w:val="ListBullet"/>
        <w:numPr>
          <w:ilvl w:val="0"/>
          <w:numId w:val="1"/>
        </w:numPr>
        <w:rPr/>
      </w:pPr>
      <w:r>
        <w:rPr/>
        <w:t>Imarti</w:t>
      </w:r>
    </w:p>
    <w:p>
      <w:pPr>
        <w:pStyle w:val="ListBullet"/>
        <w:numPr>
          <w:ilvl w:val="0"/>
          <w:numId w:val="1"/>
        </w:numPr>
        <w:rPr/>
      </w:pPr>
      <w:r>
        <w:rPr/>
        <w:t>Jalebi</w:t>
      </w:r>
    </w:p>
    <w:p>
      <w:pPr>
        <w:pStyle w:val="ListBullet"/>
        <w:numPr>
          <w:ilvl w:val="0"/>
          <w:numId w:val="1"/>
        </w:numPr>
        <w:rPr/>
      </w:pPr>
      <w:r>
        <w:rPr/>
        <w:t>Kachori (Uttar Pradesh)</w:t>
      </w:r>
    </w:p>
    <w:p>
      <w:pPr>
        <w:pStyle w:val="ListBullet"/>
        <w:numPr>
          <w:ilvl w:val="0"/>
          <w:numId w:val="1"/>
        </w:numPr>
        <w:rPr/>
      </w:pPr>
      <w:r>
        <w:rPr/>
        <w:t>Kachri ki Sabzi</w:t>
      </w:r>
    </w:p>
    <w:p>
      <w:pPr>
        <w:pStyle w:val="ListBullet"/>
        <w:numPr>
          <w:ilvl w:val="0"/>
          <w:numId w:val="1"/>
        </w:numPr>
        <w:rPr/>
      </w:pPr>
      <w:r>
        <w:rPr/>
        <w:t>Kada Parshad</w:t>
      </w:r>
    </w:p>
    <w:p>
      <w:pPr>
        <w:pStyle w:val="ListBullet"/>
        <w:numPr>
          <w:ilvl w:val="0"/>
          <w:numId w:val="1"/>
        </w:numPr>
        <w:rPr/>
      </w:pPr>
      <w:r>
        <w:rPr/>
        <w:t>Kadhi Pakora</w:t>
      </w:r>
    </w:p>
    <w:p>
      <w:pPr>
        <w:pStyle w:val="ListBullet"/>
        <w:numPr>
          <w:ilvl w:val="0"/>
          <w:numId w:val="1"/>
        </w:numPr>
        <w:rPr/>
      </w:pPr>
      <w:r>
        <w:rPr/>
        <w:t>Kalakand</w:t>
      </w:r>
    </w:p>
    <w:p>
      <w:pPr>
        <w:pStyle w:val="ListBullet"/>
        <w:numPr>
          <w:ilvl w:val="0"/>
          <w:numId w:val="1"/>
        </w:numPr>
        <w:rPr/>
      </w:pPr>
      <w:r>
        <w:rPr/>
        <w:t>Kheer</w:t>
      </w:r>
    </w:p>
    <w:p>
      <w:pPr>
        <w:pStyle w:val="ListBullet"/>
        <w:numPr>
          <w:ilvl w:val="0"/>
          <w:numId w:val="1"/>
        </w:numPr>
        <w:rPr/>
      </w:pPr>
      <w:r>
        <w:rPr/>
        <w:t>Khichdi / Bajre ki Khichdi</w:t>
      </w:r>
    </w:p>
    <w:p>
      <w:pPr>
        <w:pStyle w:val="ListBullet"/>
        <w:numPr>
          <w:ilvl w:val="0"/>
          <w:numId w:val="1"/>
        </w:numPr>
        <w:rPr/>
      </w:pPr>
      <w:r>
        <w:rPr/>
        <w:t>Khoprapak</w:t>
      </w:r>
    </w:p>
    <w:p>
      <w:pPr>
        <w:pStyle w:val="ListBullet"/>
        <w:numPr>
          <w:ilvl w:val="0"/>
          <w:numId w:val="1"/>
        </w:numPr>
        <w:rPr/>
      </w:pPr>
      <w:r>
        <w:rPr/>
        <w:t>Kulfi</w:t>
      </w:r>
    </w:p>
    <w:p>
      <w:pPr>
        <w:pStyle w:val="ListBullet"/>
        <w:numPr>
          <w:ilvl w:val="0"/>
          <w:numId w:val="1"/>
        </w:numPr>
        <w:rPr/>
      </w:pPr>
      <w:r>
        <w:rPr/>
        <w:t>Kusli</w:t>
      </w:r>
    </w:p>
    <w:p>
      <w:pPr>
        <w:pStyle w:val="ListBullet"/>
        <w:numPr>
          <w:ilvl w:val="0"/>
          <w:numId w:val="1"/>
        </w:numPr>
        <w:rPr/>
      </w:pPr>
      <w:r>
        <w:rPr/>
        <w:t>Laddu</w:t>
      </w:r>
    </w:p>
    <w:p>
      <w:pPr>
        <w:pStyle w:val="ListBullet"/>
        <w:numPr>
          <w:ilvl w:val="0"/>
          <w:numId w:val="1"/>
        </w:numPr>
        <w:rPr/>
      </w:pPr>
      <w:r>
        <w:rPr/>
        <w:t>Lassi</w:t>
      </w:r>
    </w:p>
    <w:p>
      <w:pPr>
        <w:pStyle w:val="ListBullet"/>
        <w:numPr>
          <w:ilvl w:val="0"/>
          <w:numId w:val="1"/>
        </w:numPr>
        <w:rPr/>
      </w:pPr>
      <w:r>
        <w:rPr/>
        <w:t>Makki di Roti</w:t>
      </w:r>
    </w:p>
    <w:p>
      <w:pPr>
        <w:pStyle w:val="ListBullet"/>
        <w:numPr>
          <w:ilvl w:val="0"/>
          <w:numId w:val="1"/>
        </w:numPr>
        <w:rPr/>
      </w:pPr>
      <w:r>
        <w:rPr/>
        <w:t>Malpua</w:t>
      </w:r>
    </w:p>
    <w:p>
      <w:pPr>
        <w:pStyle w:val="ListBullet"/>
        <w:numPr>
          <w:ilvl w:val="0"/>
          <w:numId w:val="1"/>
        </w:numPr>
        <w:rPr/>
      </w:pPr>
      <w:r>
        <w:rPr/>
        <w:t>Matar Paneer</w:t>
      </w:r>
    </w:p>
    <w:p>
      <w:pPr>
        <w:pStyle w:val="ListBullet"/>
        <w:numPr>
          <w:ilvl w:val="0"/>
          <w:numId w:val="1"/>
        </w:numPr>
        <w:rPr/>
      </w:pPr>
      <w:r>
        <w:rPr/>
        <w:t>Mawa-bati</w:t>
      </w:r>
    </w:p>
    <w:p>
      <w:pPr>
        <w:pStyle w:val="ListBullet"/>
        <w:numPr>
          <w:ilvl w:val="0"/>
          <w:numId w:val="1"/>
        </w:numPr>
        <w:rPr/>
      </w:pPr>
      <w:r>
        <w:rPr/>
        <w:t>Methi Gajjar</w:t>
      </w:r>
    </w:p>
    <w:p>
      <w:pPr>
        <w:pStyle w:val="ListBullet"/>
        <w:numPr>
          <w:ilvl w:val="0"/>
          <w:numId w:val="1"/>
        </w:numPr>
        <w:rPr/>
      </w:pPr>
      <w:r>
        <w:rPr/>
        <w:t>Mithe Chawal</w:t>
      </w:r>
    </w:p>
    <w:p>
      <w:pPr>
        <w:pStyle w:val="ListBullet"/>
        <w:numPr>
          <w:ilvl w:val="0"/>
          <w:numId w:val="1"/>
        </w:numPr>
        <w:rPr/>
      </w:pPr>
      <w:r>
        <w:rPr/>
        <w:t>Mixed Dal (Haryanvi Home Style)</w:t>
      </w:r>
    </w:p>
    <w:p>
      <w:pPr>
        <w:pStyle w:val="ListBullet"/>
        <w:numPr>
          <w:ilvl w:val="0"/>
          <w:numId w:val="1"/>
        </w:numPr>
        <w:rPr/>
      </w:pPr>
      <w:r>
        <w:rPr/>
        <w:t>Moong Dal Halwa</w:t>
      </w:r>
    </w:p>
    <w:p>
      <w:pPr>
        <w:pStyle w:val="ListBullet"/>
        <w:numPr>
          <w:ilvl w:val="0"/>
          <w:numId w:val="1"/>
        </w:numPr>
        <w:rPr/>
      </w:pPr>
      <w:r>
        <w:rPr/>
        <w:t>Nankhatai</w:t>
      </w:r>
    </w:p>
    <w:p>
      <w:pPr>
        <w:pStyle w:val="ListBullet"/>
        <w:numPr>
          <w:ilvl w:val="0"/>
          <w:numId w:val="1"/>
        </w:numPr>
        <w:rPr/>
      </w:pPr>
      <w:r>
        <w:rPr/>
        <w:t>Pakora</w:t>
      </w:r>
    </w:p>
    <w:p>
      <w:pPr>
        <w:pStyle w:val="ListBullet"/>
        <w:numPr>
          <w:ilvl w:val="0"/>
          <w:numId w:val="1"/>
        </w:numPr>
        <w:rPr/>
      </w:pPr>
      <w:r>
        <w:rPr/>
        <w:t>Palak Paneer</w:t>
      </w:r>
    </w:p>
    <w:p>
      <w:pPr>
        <w:pStyle w:val="ListBullet"/>
        <w:numPr>
          <w:ilvl w:val="0"/>
          <w:numId w:val="1"/>
        </w:numPr>
        <w:rPr/>
      </w:pPr>
      <w:r>
        <w:rPr/>
        <w:t>Panipuri / Pani Puri</w:t>
      </w:r>
    </w:p>
    <w:p>
      <w:pPr>
        <w:pStyle w:val="ListBullet"/>
        <w:numPr>
          <w:ilvl w:val="0"/>
          <w:numId w:val="1"/>
        </w:numPr>
        <w:rPr/>
      </w:pPr>
      <w:r>
        <w:rPr/>
        <w:t>Pasanda Paneer</w:t>
      </w:r>
    </w:p>
    <w:p>
      <w:pPr>
        <w:pStyle w:val="ListBullet"/>
        <w:numPr>
          <w:ilvl w:val="0"/>
          <w:numId w:val="1"/>
        </w:numPr>
        <w:rPr/>
      </w:pPr>
      <w:r>
        <w:rPr/>
        <w:t>Pedas (Mathura-style)</w:t>
      </w:r>
    </w:p>
    <w:p>
      <w:pPr>
        <w:pStyle w:val="ListBullet"/>
        <w:numPr>
          <w:ilvl w:val="0"/>
          <w:numId w:val="1"/>
        </w:numPr>
        <w:rPr/>
      </w:pPr>
      <w:r>
        <w:rPr/>
        <w:t>Petha (Agra-style)</w:t>
      </w:r>
    </w:p>
    <w:p>
      <w:pPr>
        <w:pStyle w:val="ListBullet"/>
        <w:numPr>
          <w:ilvl w:val="0"/>
          <w:numId w:val="1"/>
        </w:numPr>
        <w:rPr/>
      </w:pPr>
      <w:r>
        <w:rPr/>
        <w:t>Pinni</w:t>
      </w:r>
    </w:p>
    <w:p>
      <w:pPr>
        <w:pStyle w:val="ListBullet"/>
        <w:numPr>
          <w:ilvl w:val="0"/>
          <w:numId w:val="1"/>
        </w:numPr>
        <w:rPr/>
      </w:pPr>
      <w:r>
        <w:rPr/>
        <w:t>Poha (Indori Style)</w:t>
      </w:r>
    </w:p>
    <w:p>
      <w:pPr>
        <w:pStyle w:val="ListBullet"/>
        <w:numPr>
          <w:ilvl w:val="0"/>
          <w:numId w:val="1"/>
        </w:numPr>
        <w:rPr/>
      </w:pPr>
      <w:r>
        <w:rPr/>
        <w:t>Poori</w:t>
      </w:r>
    </w:p>
    <w:p>
      <w:pPr>
        <w:pStyle w:val="ListBullet"/>
        <w:numPr>
          <w:ilvl w:val="0"/>
          <w:numId w:val="1"/>
        </w:numPr>
        <w:rPr/>
      </w:pPr>
      <w:r>
        <w:rPr/>
        <w:t>Punjabi Chole / Chana Masala</w:t>
      </w:r>
    </w:p>
    <w:p>
      <w:pPr>
        <w:pStyle w:val="ListBullet"/>
        <w:numPr>
          <w:ilvl w:val="0"/>
          <w:numId w:val="1"/>
        </w:numPr>
        <w:rPr/>
      </w:pPr>
      <w:r>
        <w:rPr/>
        <w:t>Rabri</w:t>
      </w:r>
    </w:p>
    <w:p>
      <w:pPr>
        <w:pStyle w:val="ListBullet"/>
        <w:numPr>
          <w:ilvl w:val="0"/>
          <w:numId w:val="1"/>
        </w:numPr>
        <w:rPr/>
      </w:pPr>
      <w:r>
        <w:rPr/>
        <w:t>Raita (General)</w:t>
      </w:r>
    </w:p>
    <w:p>
      <w:pPr>
        <w:pStyle w:val="ListBullet"/>
        <w:numPr>
          <w:ilvl w:val="0"/>
          <w:numId w:val="1"/>
        </w:numPr>
        <w:rPr/>
      </w:pPr>
      <w:r>
        <w:rPr/>
        <w:t>Rajma</w:t>
      </w:r>
    </w:p>
    <w:p>
      <w:pPr>
        <w:pStyle w:val="ListBullet"/>
        <w:numPr>
          <w:ilvl w:val="0"/>
          <w:numId w:val="1"/>
        </w:numPr>
        <w:rPr/>
      </w:pPr>
      <w:r>
        <w:rPr/>
        <w:t>Rajma Chawal</w:t>
      </w:r>
    </w:p>
    <w:p>
      <w:pPr>
        <w:pStyle w:val="ListBullet"/>
        <w:numPr>
          <w:ilvl w:val="0"/>
          <w:numId w:val="1"/>
        </w:numPr>
        <w:rPr/>
      </w:pPr>
      <w:r>
        <w:rPr/>
        <w:t>Ras Malai</w:t>
      </w:r>
    </w:p>
    <w:p>
      <w:pPr>
        <w:pStyle w:val="ListBullet"/>
        <w:numPr>
          <w:ilvl w:val="0"/>
          <w:numId w:val="1"/>
        </w:numPr>
        <w:rPr/>
      </w:pPr>
      <w:r>
        <w:rPr/>
        <w:t>Sabudana Khichdi</w:t>
      </w:r>
    </w:p>
    <w:p>
      <w:pPr>
        <w:pStyle w:val="ListBullet"/>
        <w:numPr>
          <w:ilvl w:val="0"/>
          <w:numId w:val="1"/>
        </w:numPr>
        <w:rPr/>
      </w:pPr>
      <w:r>
        <w:rPr/>
        <w:t>Samosa</w:t>
      </w:r>
    </w:p>
    <w:p>
      <w:pPr>
        <w:pStyle w:val="ListBullet"/>
        <w:numPr>
          <w:ilvl w:val="0"/>
          <w:numId w:val="1"/>
        </w:numPr>
        <w:rPr/>
      </w:pPr>
      <w:r>
        <w:rPr/>
        <w:t>Sarson ka Saag</w:t>
      </w:r>
    </w:p>
    <w:p>
      <w:pPr>
        <w:pStyle w:val="ListBullet"/>
        <w:numPr>
          <w:ilvl w:val="0"/>
          <w:numId w:val="1"/>
        </w:numPr>
        <w:rPr/>
      </w:pPr>
      <w:r>
        <w:rPr/>
        <w:t>Shahi Paneer / Paneer Makhani</w:t>
      </w:r>
    </w:p>
    <w:p>
      <w:pPr>
        <w:pStyle w:val="ListBullet"/>
        <w:numPr>
          <w:ilvl w:val="0"/>
          <w:numId w:val="1"/>
        </w:numPr>
        <w:rPr/>
      </w:pPr>
      <w:r>
        <w:rPr/>
        <w:t>Shahi Tukda</w:t>
      </w:r>
    </w:p>
    <w:p>
      <w:pPr>
        <w:pStyle w:val="ListBullet"/>
        <w:numPr>
          <w:ilvl w:val="0"/>
          <w:numId w:val="1"/>
        </w:numPr>
        <w:rPr/>
      </w:pPr>
      <w:r>
        <w:rPr/>
        <w:t>Sharbat</w:t>
      </w:r>
    </w:p>
    <w:p>
      <w:pPr>
        <w:pStyle w:val="ListBullet"/>
        <w:numPr>
          <w:ilvl w:val="0"/>
          <w:numId w:val="1"/>
        </w:numPr>
        <w:rPr/>
      </w:pPr>
      <w:r>
        <w:rPr/>
        <w:t>Shikanji</w:t>
      </w:r>
    </w:p>
    <w:p>
      <w:pPr>
        <w:pStyle w:val="ListBullet"/>
        <w:numPr>
          <w:ilvl w:val="0"/>
          <w:numId w:val="1"/>
        </w:numPr>
        <w:rPr/>
      </w:pPr>
      <w:r>
        <w:rPr/>
        <w:t>Shreekhand</w:t>
      </w:r>
    </w:p>
    <w:p>
      <w:pPr>
        <w:pStyle w:val="ListBullet"/>
        <w:numPr>
          <w:ilvl w:val="0"/>
          <w:numId w:val="1"/>
        </w:numPr>
        <w:rPr/>
      </w:pPr>
      <w:r>
        <w:rPr/>
        <w:t>Singri ki Sabzi</w:t>
      </w:r>
    </w:p>
    <w:p>
      <w:pPr>
        <w:pStyle w:val="ListBullet"/>
        <w:numPr>
          <w:ilvl w:val="0"/>
          <w:numId w:val="1"/>
        </w:numPr>
        <w:rPr/>
      </w:pPr>
      <w:r>
        <w:rPr/>
        <w:t>Sohan Halwa</w:t>
      </w:r>
    </w:p>
    <w:p>
      <w:pPr>
        <w:pStyle w:val="ListBullet"/>
        <w:numPr>
          <w:ilvl w:val="0"/>
          <w:numId w:val="1"/>
        </w:numPr>
        <w:rPr/>
      </w:pPr>
      <w:r>
        <w:rPr/>
        <w:t>Stuffed Parathas: Aloo, Gobhi and Mooli</w:t>
      </w:r>
    </w:p>
    <w:p>
      <w:pPr>
        <w:pStyle w:val="ListBullet"/>
        <w:numPr>
          <w:ilvl w:val="0"/>
          <w:numId w:val="1"/>
        </w:numPr>
        <w:rPr/>
      </w:pPr>
      <w:r>
        <w:rPr/>
        <w:t>Sugarcane Juice</w:t>
      </w:r>
    </w:p>
    <w:p>
      <w:pPr>
        <w:pStyle w:val="ListBullet"/>
        <w:numPr>
          <w:ilvl w:val="0"/>
          <w:numId w:val="1"/>
        </w:numPr>
        <w:rPr/>
      </w:pPr>
      <w:r>
        <w:rPr/>
        <w:t>Tamatar Chutney</w:t>
      </w:r>
    </w:p>
    <w:p>
      <w:pPr>
        <w:pStyle w:val="ListBullet"/>
        <w:numPr>
          <w:ilvl w:val="0"/>
          <w:numId w:val="1"/>
        </w:numPr>
        <w:rPr/>
      </w:pPr>
      <w:r>
        <w:rPr/>
        <w:t>Tehri (Vegetable Rice)</w:t>
      </w:r>
    </w:p>
    <w:p>
      <w:pPr>
        <w:pStyle w:val="ListBullet"/>
        <w:numPr>
          <w:ilvl w:val="0"/>
          <w:numId w:val="1"/>
        </w:numPr>
        <w:rPr/>
      </w:pPr>
      <w:r>
        <w:rPr/>
        <w:t>Thandai</w:t>
      </w:r>
    </w:p>
    <w:p>
      <w:pPr>
        <w:pStyle w:val="ListBullet"/>
        <w:numPr>
          <w:ilvl w:val="0"/>
          <w:numId w:val="1"/>
        </w:numPr>
        <w:rPr/>
      </w:pPr>
      <w:r>
        <w:rPr/>
        <w:t>Thekua</w:t>
      </w:r>
    </w:p>
    <w:p>
      <w:pPr>
        <w:pStyle w:val="ListBullet"/>
        <w:numPr>
          <w:ilvl w:val="0"/>
          <w:numId w:val="1"/>
        </w:numPr>
        <w:rPr/>
      </w:pPr>
      <w:r>
        <w:rPr/>
        <w:t>Tikkis (Malwa / Uttar Pradesh Variations)</w:t>
      </w:r>
    </w:p>
    <w:p>
      <w:pPr>
        <w:pStyle w:val="ListBullet"/>
        <w:numPr>
          <w:ilvl w:val="0"/>
          <w:numId w:val="1"/>
        </w:numPr>
        <w:rPr/>
      </w:pPr>
      <w:r>
        <w:rPr/>
        <w:t>Vegetable Biryani / Pulao</w:t>
      </w:r>
    </w:p>
    <w:p>
      <w:pPr>
        <w:pStyle w:val="ListBullet"/>
        <w:numPr>
          <w:ilvl w:val="0"/>
          <w:numId w:val="1"/>
        </w:numPr>
        <w:rPr/>
      </w:pPr>
      <w:r>
        <w:rPr/>
        <w:t>Vegetable Kofta</w:t>
      </w:r>
    </w:p>
    <w:p>
      <w:pPr>
        <w:pStyle w:val="ListBullet"/>
        <w:numPr>
          <w:ilvl w:val="0"/>
          <w:numId w:val="1"/>
        </w:numPr>
        <w:spacing w:before="0" w:after="100"/>
        <w:contextualSpacing/>
        <w:rPr/>
      </w:pPr>
      <w:r>
        <w:rPr/>
        <w:t>Vegetable Korma</w:t>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181" w:right="1181" w:gutter="0" w:header="720" w:top="1037" w:footer="720" w:bottom="103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Georgia">
    <w:charset w:val="01"/>
    <w:family w:val="roman"/>
    <w:pitch w:val="variable"/>
  </w:font>
  <w:font w:name="Calibri">
    <w:charset w:val="01"/>
    <w:family w:val="roman"/>
    <w:pitch w:val="variable"/>
  </w:font>
  <w:font w:name="Courier">
    <w:altName w:val="Courier New"/>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786450"/>
        <w:sz w:val="16"/>
      </w:rPr>
      <w:t xml:space="preserve">Punjab • Haryana • Uttar Pradesh • Madhya Pradesh  |  </w:t>
    </w:r>
    <w:r>
      <w:rPr/>
      <w:fldChar w:fldCharType="begin"/>
    </w:r>
    <w:r>
      <w:rPr/>
      <w:instrText xml:space="preserve"> PAGE </w:instrText>
    </w:r>
    <w:r>
      <w:rPr/>
      <w:fldChar w:fldCharType="separate"/>
    </w:r>
    <w:r>
      <w:rPr/>
      <w:t>47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786450"/>
        <w:sz w:val="16"/>
      </w:rPr>
      <w:t xml:space="preserve">Punjab • Haryana • Uttar Pradesh • Madhya Pradesh  |  </w:t>
    </w:r>
    <w:r>
      <w:rPr/>
      <w:fldChar w:fldCharType="begin"/>
    </w:r>
    <w:r>
      <w:rPr/>
      <w:instrText xml:space="preserve"> PAGE </w:instrText>
    </w:r>
    <w:r>
      <w:rPr/>
      <w:fldChar w:fldCharType="separate"/>
    </w:r>
    <w:r>
      <w:rPr/>
      <w:t>47</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color w:val="786450"/>
        <w:sz w:val="16"/>
      </w:rPr>
      <w:t>THE TRADITIONAL VEGETARIAN KITCHEN OF NORTH INDIA</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color w:val="786450"/>
        <w:sz w:val="16"/>
      </w:rPr>
      <w:t>THE TRADITIONAL VEGETARIAN KITCHEN OF NORTH INDIA</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00"/>
      <w:jc w:val="left"/>
    </w:pPr>
    <w:rPr>
      <w:rFonts w:ascii="Georgia" w:hAnsi="Georgia" w:eastAsia="Georgia" w:cs="" w:cstheme="minorBidi"/>
      <w:color w:val="auto"/>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6A2E1F"/>
      <w:sz w:val="44"/>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8A4B2A"/>
      <w:sz w:val="30"/>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26044"/>
      <w:sz w:val="2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DejaVu Sans"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b/>
      <w:color w:val="4B2418"/>
      <w:spacing w:val="5"/>
      <w:kern w:val="2"/>
      <w:sz w:val="60"/>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Application>LibreOffice/25.2.3.2$Linux_AARCH64 LibreOffice_project/520$Build-2</Application>
  <AppVersion>15.0000</AppVersion>
  <Pages>77</Pages>
  <Words>18744</Words>
  <Characters>88099</Characters>
  <CharactersWithSpaces>103768</CharactersWithSpaces>
  <Paragraphs>1907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OpenAI</dc:creator>
  <dc:description>generated by python-docx</dc:description>
  <cp:keywords>North Indian vegetarian Punjabi Haryanvi Uttar Pradesh Madhya Pradesh traditional recipes</cp:keywords>
  <dc:language>en-IN</dc:language>
  <cp:lastModifiedBy/>
  <dcterms:modified xsi:type="dcterms:W3CDTF">2026-10-19T18:58:32Z</dcterms:modified>
  <cp:revision>5</cp:revision>
  <dc:subject>Traditional vegetarian recipes from Punjab, Haryana, Uttar Pradesh and Madhya Pradesh</dc:subject>
  <dc:title>The Traditional Vegetarian Kitchen of North India</dc:title>
</cp:coreProperties>
</file>

<file path=docProps/custom.xml><?xml version="1.0" encoding="utf-8"?>
<Properties xmlns="http://schemas.openxmlformats.org/officeDocument/2006/custom-properties" xmlns:vt="http://schemas.openxmlformats.org/officeDocument/2006/docPropsVTypes"/>
</file>